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A3422" w:rsidR="00762809" w:rsidP="00F76209" w:rsidRDefault="00F76209" w14:paraId="626EAA68" w14:textId="77777777">
      <w:pPr>
        <w:spacing w:after="120"/>
        <w:rPr>
          <w:b/>
          <w:sz w:val="24"/>
          <w:szCs w:val="24"/>
        </w:rPr>
      </w:pPr>
      <w:r w:rsidRPr="00F76209">
        <w:rPr>
          <w:b/>
          <w:sz w:val="24"/>
          <w:szCs w:val="24"/>
        </w:rPr>
        <w:t xml:space="preserve">Lisa 2 </w:t>
      </w:r>
      <w:r w:rsidRPr="00FA3422">
        <w:rPr>
          <w:b/>
          <w:sz w:val="24"/>
          <w:szCs w:val="24"/>
        </w:rPr>
        <w:t xml:space="preserve">- </w:t>
      </w:r>
      <w:r w:rsidRPr="00FA3422" w:rsidR="00FA3422">
        <w:rPr>
          <w:b/>
          <w:iCs/>
          <w:sz w:val="24"/>
          <w:szCs w:val="24"/>
        </w:rPr>
        <w:t>raamlepingu partnerite loetelu</w:t>
      </w:r>
    </w:p>
    <w:tbl>
      <w:tblPr>
        <w:tblW w:w="1274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2232"/>
        <w:gridCol w:w="1656"/>
        <w:gridCol w:w="3096"/>
        <w:gridCol w:w="2016"/>
        <w:gridCol w:w="3744"/>
      </w:tblGrid>
      <w:tr w:rsidRPr="00F76209" w:rsidR="00F76209" w:rsidTr="78BF4B98" w14:paraId="485BBBDA" w14:textId="77777777">
        <w:trPr>
          <w:cantSplit/>
          <w:tblHeader/>
          <w:trHeight w:val="300"/>
        </w:trPr>
        <w:tc>
          <w:tcPr>
            <w:tcW w:w="2232" w:type="dxa"/>
            <w:shd w:val="clear" w:color="auto" w:fill="D9E2F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Pr="00F76209" w:rsidR="00F76209" w:rsidP="78BF4B98" w:rsidRDefault="00F76209" w14:paraId="4A8C4840" w14:textId="77777777">
            <w:pPr>
              <w:rPr>
                <w:b w:val="1"/>
                <w:bCs w:val="1"/>
                <w:sz w:val="24"/>
                <w:szCs w:val="24"/>
              </w:rPr>
            </w:pPr>
            <w:r w:rsidRPr="78BF4B98" w:rsidR="5AA7484B">
              <w:rPr>
                <w:b w:val="1"/>
                <w:bCs w:val="1"/>
                <w:sz w:val="24"/>
                <w:szCs w:val="24"/>
              </w:rPr>
              <w:t>Juriidilise isiku nimetus</w:t>
            </w:r>
          </w:p>
        </w:tc>
        <w:tc>
          <w:tcPr>
            <w:tcW w:w="1656" w:type="dxa"/>
            <w:shd w:val="clear" w:color="auto" w:fill="D9E2F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Pr="00F76209" w:rsidR="00F76209" w:rsidP="78BF4B98" w:rsidRDefault="00F76209" w14:paraId="02BC8B62" w14:textId="77777777">
            <w:pPr>
              <w:rPr>
                <w:b w:val="1"/>
                <w:bCs w:val="1"/>
                <w:sz w:val="24"/>
                <w:szCs w:val="24"/>
              </w:rPr>
            </w:pPr>
            <w:r w:rsidRPr="78BF4B98" w:rsidR="5AA7484B">
              <w:rPr>
                <w:b w:val="1"/>
                <w:bCs w:val="1"/>
                <w:sz w:val="24"/>
                <w:szCs w:val="24"/>
              </w:rPr>
              <w:t>R</w:t>
            </w:r>
            <w:r w:rsidRPr="78BF4B98" w:rsidR="5AA7484B">
              <w:rPr>
                <w:b w:val="1"/>
                <w:bCs w:val="1"/>
                <w:sz w:val="24"/>
                <w:szCs w:val="24"/>
              </w:rPr>
              <w:t>egistrikood</w:t>
            </w:r>
          </w:p>
        </w:tc>
        <w:tc>
          <w:tcPr>
            <w:tcW w:w="3096" w:type="dxa"/>
            <w:shd w:val="clear" w:color="auto" w:fill="D9E2F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CB094A" w:rsidP="78BF4B98" w:rsidRDefault="00FE2ECA" w14:paraId="163BD0B2" w14:textId="77777777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RPr="78BF4B98" w:rsidR="69D08EC7">
              <w:rPr>
                <w:b w:val="1"/>
                <w:bCs w:val="1"/>
                <w:sz w:val="24"/>
                <w:szCs w:val="24"/>
              </w:rPr>
              <w:t>Asukoht</w:t>
            </w:r>
          </w:p>
        </w:tc>
        <w:tc>
          <w:tcPr>
            <w:tcW w:w="2016" w:type="dxa"/>
            <w:shd w:val="clear" w:color="auto" w:fill="D9E2F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Pr="00F76209" w:rsidR="00F76209" w:rsidP="78BF4B98" w:rsidRDefault="00F76209" w14:paraId="0FC208F2" w14:textId="77777777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RPr="78BF4B98" w:rsidR="5AA7484B">
              <w:rPr>
                <w:b w:val="1"/>
                <w:bCs w:val="1"/>
                <w:sz w:val="24"/>
                <w:szCs w:val="24"/>
              </w:rPr>
              <w:t>Lepingu allkirjastaja(</w:t>
            </w:r>
            <w:r w:rsidRPr="78BF4B98" w:rsidR="5AA7484B">
              <w:rPr>
                <w:b w:val="1"/>
                <w:bCs w:val="1"/>
                <w:sz w:val="24"/>
                <w:szCs w:val="24"/>
              </w:rPr>
              <w:t>d)</w:t>
            </w:r>
          </w:p>
        </w:tc>
        <w:tc>
          <w:tcPr>
            <w:tcW w:w="3744" w:type="dxa"/>
            <w:shd w:val="clear" w:color="auto" w:fill="D9E2F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Pr="00F76209" w:rsidR="00F76209" w:rsidP="78BF4B98" w:rsidRDefault="00F76209" w14:paraId="21DDF2F3" w14:textId="77777777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RPr="78BF4B98" w:rsidR="5AA7484B">
              <w:rPr>
                <w:b w:val="1"/>
                <w:bCs w:val="1"/>
                <w:sz w:val="24"/>
                <w:szCs w:val="24"/>
              </w:rPr>
              <w:t>Lepingu kontaktisiku(te) andmed (nimi, meiliaadress, tel nr)</w:t>
            </w:r>
          </w:p>
        </w:tc>
      </w:tr>
      <w:tr w:rsidRPr="00516C10" w:rsidR="00F76209" w:rsidTr="78BF4B98" w14:paraId="5FFF6ED5" w14:textId="77777777">
        <w:trPr>
          <w:cantSplit/>
          <w:trHeight w:val="300"/>
        </w:trPr>
        <w:tc>
          <w:tcPr>
            <w:tcW w:w="223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516C10" w:rsidR="00F76209" w:rsidRDefault="00F76209" w14:paraId="02427D7B" w14:textId="77777777">
            <w:pPr>
              <w:rPr>
                <w:sz w:val="20"/>
                <w:szCs w:val="20"/>
              </w:rPr>
            </w:pPr>
            <w:r w:rsidRPr="00516C10">
              <w:rPr>
                <w:sz w:val="20"/>
                <w:szCs w:val="20"/>
              </w:rPr>
              <w:t>Futurist Estonia OÜ</w:t>
            </w:r>
          </w:p>
        </w:tc>
        <w:tc>
          <w:tcPr>
            <w:tcW w:w="16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516C10" w:rsidR="00F76209" w:rsidRDefault="00F76209" w14:paraId="4BD47EA5" w14:textId="77777777">
            <w:pPr>
              <w:jc w:val="center"/>
              <w:rPr>
                <w:sz w:val="20"/>
                <w:szCs w:val="20"/>
              </w:rPr>
            </w:pPr>
            <w:r w:rsidRPr="00516C10">
              <w:rPr>
                <w:sz w:val="20"/>
                <w:szCs w:val="20"/>
              </w:rPr>
              <w:t>14460225</w:t>
            </w:r>
          </w:p>
        </w:tc>
        <w:tc>
          <w:tcPr>
            <w:tcW w:w="3096" w:type="dxa"/>
            <w:tcMar/>
          </w:tcPr>
          <w:p w:rsidRPr="00516C10" w:rsidR="00CB094A" w:rsidRDefault="00FE2ECA" w14:paraId="320B6B2B" w14:textId="77777777">
            <w:pPr>
              <w:rPr>
                <w:sz w:val="20"/>
                <w:szCs w:val="20"/>
              </w:rPr>
            </w:pPr>
            <w:r w:rsidRPr="00516C10">
              <w:rPr>
                <w:sz w:val="20"/>
                <w:szCs w:val="20"/>
              </w:rPr>
              <w:t>Harju maakond, Viimsi vald, Haabneeme alevik, Paadi tee 3, 74001</w:t>
            </w:r>
          </w:p>
        </w:tc>
        <w:tc>
          <w:tcPr>
            <w:tcW w:w="201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516C10" w:rsidR="00F76209" w:rsidRDefault="00F76209" w14:paraId="7B1B1853" w14:textId="77777777">
            <w:pPr>
              <w:rPr>
                <w:sz w:val="20"/>
                <w:szCs w:val="20"/>
              </w:rPr>
            </w:pPr>
            <w:r w:rsidRPr="00516C10">
              <w:rPr>
                <w:sz w:val="20"/>
                <w:szCs w:val="20"/>
              </w:rPr>
              <w:t>Andres Kostiv</w:t>
            </w:r>
          </w:p>
        </w:tc>
        <w:tc>
          <w:tcPr>
            <w:tcW w:w="37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516C10" w:rsidR="00F76209" w:rsidRDefault="00F76209" w14:paraId="598121D6" w14:textId="77777777">
            <w:pPr>
              <w:rPr>
                <w:sz w:val="20"/>
                <w:szCs w:val="20"/>
              </w:rPr>
            </w:pPr>
            <w:r w:rsidRPr="00516C10">
              <w:rPr>
                <w:sz w:val="20"/>
                <w:szCs w:val="20"/>
              </w:rPr>
              <w:t>Andres Kostiv andres@futurist.ee 5289406</w:t>
            </w:r>
          </w:p>
        </w:tc>
      </w:tr>
      <w:tr w:rsidRPr="00516C10" w:rsidR="00F76209" w:rsidTr="78BF4B98" w14:paraId="290DD294" w14:textId="77777777">
        <w:trPr>
          <w:cantSplit/>
          <w:trHeight w:val="300"/>
        </w:trPr>
        <w:tc>
          <w:tcPr>
            <w:tcW w:w="223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516C10" w:rsidR="00F76209" w:rsidRDefault="00F76209" w14:paraId="654BDBBC" w14:textId="77777777">
            <w:pPr>
              <w:rPr>
                <w:sz w:val="20"/>
                <w:szCs w:val="20"/>
              </w:rPr>
            </w:pPr>
            <w:r w:rsidRPr="00516C10">
              <w:rPr>
                <w:sz w:val="20"/>
                <w:szCs w:val="20"/>
              </w:rPr>
              <w:t>RiskSight OÜ</w:t>
            </w:r>
          </w:p>
        </w:tc>
        <w:tc>
          <w:tcPr>
            <w:tcW w:w="16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516C10" w:rsidR="00F76209" w:rsidRDefault="00F76209" w14:paraId="2A39ACE4" w14:textId="77777777">
            <w:pPr>
              <w:jc w:val="center"/>
              <w:rPr>
                <w:sz w:val="20"/>
                <w:szCs w:val="20"/>
              </w:rPr>
            </w:pPr>
            <w:r w:rsidRPr="00516C10">
              <w:rPr>
                <w:sz w:val="20"/>
                <w:szCs w:val="20"/>
              </w:rPr>
              <w:t>14406183</w:t>
            </w:r>
          </w:p>
        </w:tc>
        <w:tc>
          <w:tcPr>
            <w:tcW w:w="3096" w:type="dxa"/>
            <w:tcMar/>
          </w:tcPr>
          <w:p w:rsidRPr="00516C10" w:rsidR="00CB094A" w:rsidRDefault="00FE2ECA" w14:paraId="01AA6865" w14:textId="77777777">
            <w:pPr>
              <w:rPr>
                <w:sz w:val="20"/>
                <w:szCs w:val="20"/>
              </w:rPr>
            </w:pPr>
            <w:r w:rsidRPr="00516C10">
              <w:rPr>
                <w:sz w:val="20"/>
                <w:szCs w:val="20"/>
              </w:rPr>
              <w:t>Harju maakond, Tallinn, Kristiine linnaosa, Pirni tn 7/1, 10617</w:t>
            </w:r>
          </w:p>
        </w:tc>
        <w:tc>
          <w:tcPr>
            <w:tcW w:w="201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516C10" w:rsidR="00F76209" w:rsidRDefault="00F76209" w14:paraId="01739BB3" w14:textId="77777777">
            <w:pPr>
              <w:rPr>
                <w:sz w:val="20"/>
                <w:szCs w:val="20"/>
              </w:rPr>
            </w:pPr>
            <w:r w:rsidRPr="00516C10">
              <w:rPr>
                <w:sz w:val="20"/>
                <w:szCs w:val="20"/>
              </w:rPr>
              <w:t>Markus Ilmar Münzer</w:t>
            </w:r>
          </w:p>
        </w:tc>
        <w:tc>
          <w:tcPr>
            <w:tcW w:w="37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516C10" w:rsidR="00F76209" w:rsidRDefault="00F76209" w14:paraId="4B28CD90" w14:textId="77777777">
            <w:pPr>
              <w:rPr>
                <w:sz w:val="20"/>
                <w:szCs w:val="20"/>
              </w:rPr>
            </w:pPr>
            <w:r w:rsidRPr="00516C10">
              <w:rPr>
                <w:sz w:val="20"/>
                <w:szCs w:val="20"/>
              </w:rPr>
              <w:t>Vahur Rähn, vahur.rahn@risksight.io, 53445528</w:t>
            </w:r>
          </w:p>
        </w:tc>
      </w:tr>
      <w:tr w:rsidRPr="00516C10" w:rsidR="00F76209" w:rsidTr="78BF4B98" w14:paraId="6EF94313" w14:textId="77777777">
        <w:trPr>
          <w:cantSplit/>
          <w:trHeight w:val="300"/>
        </w:trPr>
        <w:tc>
          <w:tcPr>
            <w:tcW w:w="223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3E0102" w:rsidR="00F76209" w:rsidP="540E6DDA" w:rsidRDefault="00F76209" w14:paraId="6480088F" w14:textId="55B73770">
            <w:pPr>
              <w:rPr>
                <w:rFonts w:ascii="Times New Roman" w:hAnsi="Times New Roman" w:eastAsia="Times New Roman" w:cs="Times New Roman"/>
                <w:noProof w:val="0"/>
                <w:color w:val="auto"/>
                <w:sz w:val="20"/>
                <w:szCs w:val="20"/>
                <w:lang w:val="en-US"/>
              </w:rPr>
            </w:pPr>
            <w:r w:rsidRPr="540E6DDA" w:rsidR="7434BBA5">
              <w:rPr>
                <w:color w:val="auto"/>
                <w:sz w:val="20"/>
                <w:szCs w:val="20"/>
              </w:rPr>
              <w:t>Educraftor</w:t>
            </w:r>
            <w:r w:rsidRPr="540E6DDA" w:rsidR="7434BBA5">
              <w:rPr>
                <w:color w:val="auto"/>
                <w:sz w:val="20"/>
                <w:szCs w:val="20"/>
              </w:rPr>
              <w:t xml:space="preserve"> Oy Ab</w:t>
            </w:r>
            <w:r w:rsidRPr="540E6DDA" w:rsidR="0398638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0"/>
                <w:szCs w:val="20"/>
                <w:lang w:val="en-US"/>
              </w:rPr>
              <w:t xml:space="preserve">Eesti </w:t>
            </w:r>
            <w:r w:rsidRPr="540E6DDA" w:rsidR="0398638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0"/>
                <w:szCs w:val="20"/>
                <w:lang w:val="en-US"/>
              </w:rPr>
              <w:t>Rahvusraamatukogu</w:t>
            </w:r>
            <w:r w:rsidRPr="540E6DDA" w:rsidR="0398638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0"/>
                <w:szCs w:val="20"/>
                <w:lang w:val="en-US"/>
              </w:rPr>
              <w:t xml:space="preserve"> (74000139) SIA Riga International Tuition Centre (40103978328)</w:t>
            </w:r>
          </w:p>
          <w:p w:rsidRPr="003E0102" w:rsidR="00F76209" w:rsidP="540E6DDA" w:rsidRDefault="00F76209" w14:paraId="12543955" w14:textId="7C82D8DB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16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3E0102" w:rsidR="00F76209" w:rsidP="540E6DDA" w:rsidRDefault="00F76209" w14:paraId="442822E2" w14:textId="77777777">
            <w:pPr>
              <w:jc w:val="center"/>
              <w:rPr>
                <w:color w:val="auto"/>
                <w:sz w:val="20"/>
                <w:szCs w:val="20"/>
              </w:rPr>
            </w:pPr>
            <w:r w:rsidRPr="540E6DDA" w:rsidR="7434BBA5">
              <w:rPr>
                <w:color w:val="auto"/>
                <w:sz w:val="20"/>
                <w:szCs w:val="20"/>
              </w:rPr>
              <w:t>0839665-2</w:t>
            </w:r>
          </w:p>
        </w:tc>
        <w:tc>
          <w:tcPr>
            <w:tcW w:w="3096" w:type="dxa"/>
            <w:tcMar/>
          </w:tcPr>
          <w:p w:rsidRPr="00174B80" w:rsidR="00174B80" w:rsidP="540E6DDA" w:rsidRDefault="00174B80" w14:paraId="75E5AB44" w14:textId="77777777">
            <w:pPr>
              <w:rPr>
                <w:color w:val="auto"/>
                <w:sz w:val="20"/>
                <w:szCs w:val="20"/>
              </w:rPr>
            </w:pPr>
          </w:p>
          <w:p w:rsidRPr="00516C10" w:rsidR="00CB094A" w:rsidP="540E6DDA" w:rsidRDefault="00174B80" w14:paraId="52CF09FF" w14:textId="06E83695">
            <w:pPr>
              <w:rPr>
                <w:color w:val="auto"/>
                <w:sz w:val="20"/>
                <w:szCs w:val="20"/>
              </w:rPr>
            </w:pPr>
            <w:r w:rsidRPr="540E6DDA" w:rsidR="1481156F">
              <w:rPr>
                <w:color w:val="auto"/>
                <w:sz w:val="20"/>
                <w:szCs w:val="20"/>
              </w:rPr>
              <w:t>Harju maakond, Tallinn, Kesklinna linnaosa, Pärnu mnt 10, 10148</w:t>
            </w:r>
          </w:p>
        </w:tc>
        <w:tc>
          <w:tcPr>
            <w:tcW w:w="201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516C10" w:rsidR="00F76209" w:rsidP="540E6DDA" w:rsidRDefault="00F76209" w14:paraId="6BBF69EE" w14:textId="77777777">
            <w:pPr>
              <w:rPr>
                <w:color w:val="auto"/>
                <w:sz w:val="20"/>
                <w:szCs w:val="20"/>
              </w:rPr>
            </w:pPr>
            <w:r w:rsidRPr="540E6DDA" w:rsidR="7434BBA5">
              <w:rPr>
                <w:color w:val="auto"/>
                <w:sz w:val="20"/>
                <w:szCs w:val="20"/>
              </w:rPr>
              <w:t>Peter Fagerström</w:t>
            </w:r>
          </w:p>
        </w:tc>
        <w:tc>
          <w:tcPr>
            <w:tcW w:w="37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516C10" w:rsidR="00F76209" w:rsidP="540E6DDA" w:rsidRDefault="00F76209" w14:paraId="294FB7B0" w14:textId="77777777">
            <w:pPr>
              <w:rPr>
                <w:color w:val="auto"/>
                <w:sz w:val="20"/>
                <w:szCs w:val="20"/>
              </w:rPr>
            </w:pPr>
            <w:r w:rsidRPr="540E6DDA" w:rsidR="7434BBA5">
              <w:rPr>
                <w:color w:val="auto"/>
                <w:sz w:val="20"/>
                <w:szCs w:val="20"/>
              </w:rPr>
              <w:t xml:space="preserve">Marie Nõgisto, </w:t>
            </w:r>
          </w:p>
          <w:p w:rsidRPr="00516C10" w:rsidR="00F76209" w:rsidP="540E6DDA" w:rsidRDefault="00F76209" w14:paraId="7246A7E3" w14:textId="77777777">
            <w:pPr>
              <w:rPr>
                <w:color w:val="auto"/>
                <w:sz w:val="20"/>
                <w:szCs w:val="20"/>
              </w:rPr>
            </w:pPr>
            <w:r w:rsidRPr="540E6DDA" w:rsidR="7434BBA5">
              <w:rPr>
                <w:color w:val="auto"/>
                <w:sz w:val="20"/>
                <w:szCs w:val="20"/>
              </w:rPr>
              <w:t>marie@educraftor.com, 53862191</w:t>
            </w:r>
          </w:p>
        </w:tc>
      </w:tr>
      <w:tr w:rsidRPr="00516C10" w:rsidR="00F76209" w:rsidTr="78BF4B98" w14:paraId="37F9270C" w14:textId="77777777">
        <w:trPr>
          <w:cantSplit/>
          <w:trHeight w:val="300"/>
        </w:trPr>
        <w:tc>
          <w:tcPr>
            <w:tcW w:w="223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516C10" w:rsidR="00F76209" w:rsidRDefault="00F76209" w14:paraId="6B8F185A" w14:textId="77777777">
            <w:pPr>
              <w:rPr>
                <w:sz w:val="20"/>
                <w:szCs w:val="20"/>
              </w:rPr>
            </w:pPr>
            <w:r w:rsidRPr="00516C10">
              <w:rPr>
                <w:sz w:val="20"/>
                <w:szCs w:val="20"/>
              </w:rPr>
              <w:t>Silver Trading OÜ</w:t>
            </w:r>
          </w:p>
        </w:tc>
        <w:tc>
          <w:tcPr>
            <w:tcW w:w="16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516C10" w:rsidR="00F76209" w:rsidRDefault="00F76209" w14:paraId="6BA616A0" w14:textId="77777777">
            <w:pPr>
              <w:jc w:val="center"/>
              <w:rPr>
                <w:sz w:val="20"/>
                <w:szCs w:val="20"/>
              </w:rPr>
            </w:pPr>
            <w:r w:rsidRPr="00516C10">
              <w:rPr>
                <w:sz w:val="20"/>
                <w:szCs w:val="20"/>
              </w:rPr>
              <w:t>11765289</w:t>
            </w:r>
          </w:p>
        </w:tc>
        <w:tc>
          <w:tcPr>
            <w:tcW w:w="3096" w:type="dxa"/>
            <w:tcMar/>
          </w:tcPr>
          <w:p w:rsidRPr="00516C10" w:rsidR="00CB094A" w:rsidRDefault="0070550E" w14:paraId="5DBEE18C" w14:textId="01C2A373">
            <w:pPr>
              <w:rPr>
                <w:sz w:val="20"/>
                <w:szCs w:val="20"/>
              </w:rPr>
            </w:pPr>
            <w:r w:rsidRPr="00516C10">
              <w:rPr>
                <w:sz w:val="20"/>
                <w:szCs w:val="20"/>
              </w:rPr>
              <w:br/>
            </w:r>
            <w:r w:rsidRPr="00516C10">
              <w:rPr>
                <w:sz w:val="20"/>
                <w:szCs w:val="20"/>
              </w:rPr>
              <w:t>Harju maakond, Viimsi vald, Pringi küla, Rannaniidu tee 24, 74011</w:t>
            </w:r>
          </w:p>
        </w:tc>
        <w:tc>
          <w:tcPr>
            <w:tcW w:w="201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516C10" w:rsidR="00F76209" w:rsidRDefault="00F76209" w14:paraId="7EDFA793" w14:textId="77777777">
            <w:pPr>
              <w:rPr>
                <w:sz w:val="20"/>
                <w:szCs w:val="20"/>
              </w:rPr>
            </w:pPr>
            <w:r w:rsidRPr="00516C10">
              <w:rPr>
                <w:sz w:val="20"/>
                <w:szCs w:val="20"/>
              </w:rPr>
              <w:t>Piret Ilver</w:t>
            </w:r>
          </w:p>
        </w:tc>
        <w:tc>
          <w:tcPr>
            <w:tcW w:w="37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516C10" w:rsidR="00F76209" w:rsidRDefault="00F76209" w14:paraId="652CABEF" w14:textId="77777777">
            <w:pPr>
              <w:rPr>
                <w:sz w:val="20"/>
                <w:szCs w:val="20"/>
              </w:rPr>
            </w:pPr>
            <w:r w:rsidRPr="00516C10">
              <w:rPr>
                <w:sz w:val="20"/>
                <w:szCs w:val="20"/>
              </w:rPr>
              <w:t>Piret Ilver, 53903597, piret.ilver@gmail.com</w:t>
            </w:r>
          </w:p>
        </w:tc>
      </w:tr>
      <w:tr w:rsidRPr="00516C10" w:rsidR="00F76209" w:rsidTr="78BF4B98" w14:paraId="7FA4568F" w14:textId="77777777">
        <w:trPr>
          <w:cantSplit/>
          <w:trHeight w:val="300"/>
        </w:trPr>
        <w:tc>
          <w:tcPr>
            <w:tcW w:w="223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516C10" w:rsidR="00F76209" w:rsidRDefault="00F76209" w14:paraId="6C5BC283" w14:textId="77777777">
            <w:pPr>
              <w:rPr>
                <w:sz w:val="20"/>
                <w:szCs w:val="20"/>
              </w:rPr>
            </w:pPr>
            <w:r w:rsidRPr="00516C10">
              <w:rPr>
                <w:sz w:val="20"/>
                <w:szCs w:val="20"/>
              </w:rPr>
              <w:t>Garage48 OÜ</w:t>
            </w:r>
          </w:p>
        </w:tc>
        <w:tc>
          <w:tcPr>
            <w:tcW w:w="16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516C10" w:rsidR="00F76209" w:rsidRDefault="00F76209" w14:paraId="1741FC8D" w14:textId="77777777">
            <w:pPr>
              <w:jc w:val="center"/>
              <w:rPr>
                <w:sz w:val="20"/>
                <w:szCs w:val="20"/>
              </w:rPr>
            </w:pPr>
            <w:r w:rsidRPr="00516C10">
              <w:rPr>
                <w:sz w:val="20"/>
                <w:szCs w:val="20"/>
              </w:rPr>
              <w:t>14270370</w:t>
            </w:r>
          </w:p>
        </w:tc>
        <w:tc>
          <w:tcPr>
            <w:tcW w:w="3096" w:type="dxa"/>
            <w:tcMar/>
          </w:tcPr>
          <w:p w:rsidRPr="00516C10" w:rsidR="00CB094A" w:rsidRDefault="00FE2ECA" w14:paraId="5982627F" w14:textId="77777777">
            <w:pPr>
              <w:rPr>
                <w:sz w:val="20"/>
                <w:szCs w:val="20"/>
              </w:rPr>
            </w:pPr>
            <w:r w:rsidRPr="00516C10">
              <w:rPr>
                <w:sz w:val="20"/>
                <w:szCs w:val="20"/>
              </w:rPr>
              <w:t>Harju maakond, Tallinn, Põhja-Tallinna linnaosa, Telliskivi tn 57/1</w:t>
            </w:r>
          </w:p>
        </w:tc>
        <w:tc>
          <w:tcPr>
            <w:tcW w:w="201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516C10" w:rsidR="00F76209" w:rsidRDefault="00F76209" w14:paraId="7A098198" w14:textId="77777777">
            <w:pPr>
              <w:rPr>
                <w:sz w:val="20"/>
                <w:szCs w:val="20"/>
              </w:rPr>
            </w:pPr>
            <w:r w:rsidRPr="00516C10">
              <w:rPr>
                <w:sz w:val="20"/>
                <w:szCs w:val="20"/>
              </w:rPr>
              <w:t>Mari Hanikat</w:t>
            </w:r>
          </w:p>
        </w:tc>
        <w:tc>
          <w:tcPr>
            <w:tcW w:w="37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516C10" w:rsidR="00F76209" w:rsidRDefault="00F76209" w14:paraId="59BD8DCB" w14:textId="77777777">
            <w:pPr>
              <w:rPr>
                <w:sz w:val="20"/>
                <w:szCs w:val="20"/>
              </w:rPr>
            </w:pPr>
            <w:r w:rsidRPr="00516C10">
              <w:rPr>
                <w:sz w:val="20"/>
                <w:szCs w:val="20"/>
              </w:rPr>
              <w:t>Mari Hanikat, mari@garage48.org, 56677510</w:t>
            </w:r>
          </w:p>
        </w:tc>
      </w:tr>
      <w:tr w:rsidRPr="00516C10" w:rsidR="00F76209" w:rsidTr="78BF4B98" w14:paraId="1DE5CADE" w14:textId="77777777">
        <w:trPr>
          <w:cantSplit/>
          <w:trHeight w:val="300"/>
        </w:trPr>
        <w:tc>
          <w:tcPr>
            <w:tcW w:w="223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516C10" w:rsidR="00F76209" w:rsidRDefault="00F76209" w14:paraId="5E999E5D" w14:textId="77777777">
            <w:pPr>
              <w:rPr>
                <w:sz w:val="20"/>
                <w:szCs w:val="20"/>
              </w:rPr>
            </w:pPr>
            <w:r w:rsidRPr="00516C10">
              <w:rPr>
                <w:sz w:val="20"/>
                <w:szCs w:val="20"/>
              </w:rPr>
              <w:t>Digitarkus MTÜ</w:t>
            </w:r>
          </w:p>
        </w:tc>
        <w:tc>
          <w:tcPr>
            <w:tcW w:w="16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516C10" w:rsidR="00F76209" w:rsidRDefault="00F76209" w14:paraId="465D3DB6" w14:textId="77777777">
            <w:pPr>
              <w:jc w:val="center"/>
              <w:rPr>
                <w:sz w:val="20"/>
                <w:szCs w:val="20"/>
              </w:rPr>
            </w:pPr>
            <w:r w:rsidRPr="00516C10">
              <w:rPr>
                <w:sz w:val="20"/>
                <w:szCs w:val="20"/>
              </w:rPr>
              <w:t>80637065</w:t>
            </w:r>
          </w:p>
        </w:tc>
        <w:tc>
          <w:tcPr>
            <w:tcW w:w="3096" w:type="dxa"/>
            <w:tcMar/>
          </w:tcPr>
          <w:p w:rsidRPr="00516C10" w:rsidR="00CB094A" w:rsidRDefault="00FE2ECA" w14:paraId="0215467D" w14:textId="77777777">
            <w:pPr>
              <w:rPr>
                <w:sz w:val="20"/>
                <w:szCs w:val="20"/>
              </w:rPr>
            </w:pPr>
            <w:r w:rsidRPr="00516C10">
              <w:rPr>
                <w:sz w:val="20"/>
                <w:szCs w:val="20"/>
              </w:rPr>
              <w:t>Harju maakond, Tallinn, Kesklinna linnaosa, Karnapi tee 17, 74021</w:t>
            </w:r>
          </w:p>
        </w:tc>
        <w:tc>
          <w:tcPr>
            <w:tcW w:w="201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516C10" w:rsidR="00F76209" w:rsidRDefault="00F76209" w14:paraId="053DD4F3" w14:textId="77777777">
            <w:pPr>
              <w:rPr>
                <w:sz w:val="20"/>
                <w:szCs w:val="20"/>
              </w:rPr>
            </w:pPr>
            <w:r w:rsidRPr="00516C10">
              <w:rPr>
                <w:sz w:val="20"/>
                <w:szCs w:val="20"/>
              </w:rPr>
              <w:t>Lea Tolmats</w:t>
            </w:r>
          </w:p>
        </w:tc>
        <w:tc>
          <w:tcPr>
            <w:tcW w:w="37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516C10" w:rsidR="00F76209" w:rsidRDefault="00F76209" w14:paraId="301F0FD9" w14:textId="77777777">
            <w:pPr>
              <w:rPr>
                <w:sz w:val="20"/>
                <w:szCs w:val="20"/>
              </w:rPr>
            </w:pPr>
            <w:r w:rsidRPr="00516C10">
              <w:rPr>
                <w:sz w:val="20"/>
                <w:szCs w:val="20"/>
              </w:rPr>
              <w:t>Lea Tolmats, leatolmats@gmail.com 56729241</w:t>
            </w:r>
          </w:p>
        </w:tc>
      </w:tr>
      <w:tr w:rsidRPr="00516C10" w:rsidR="00F76209" w:rsidTr="78BF4B98" w14:paraId="79F16F1D" w14:textId="77777777">
        <w:trPr>
          <w:cantSplit/>
          <w:trHeight w:val="300"/>
        </w:trPr>
        <w:tc>
          <w:tcPr>
            <w:tcW w:w="223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516C10" w:rsidR="00F76209" w:rsidRDefault="00F76209" w14:paraId="13A45718" w14:textId="77777777">
            <w:pPr>
              <w:rPr>
                <w:sz w:val="20"/>
                <w:szCs w:val="20"/>
              </w:rPr>
            </w:pPr>
            <w:r w:rsidRPr="00516C10">
              <w:rPr>
                <w:sz w:val="20"/>
                <w:szCs w:val="20"/>
              </w:rPr>
              <w:t>Väike Päike Koolituskeskus Oü</w:t>
            </w:r>
          </w:p>
        </w:tc>
        <w:tc>
          <w:tcPr>
            <w:tcW w:w="16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516C10" w:rsidR="00F76209" w:rsidRDefault="00F76209" w14:paraId="22ADE489" w14:textId="77777777">
            <w:pPr>
              <w:jc w:val="center"/>
              <w:rPr>
                <w:sz w:val="20"/>
                <w:szCs w:val="20"/>
              </w:rPr>
            </w:pPr>
            <w:r w:rsidRPr="00516C10">
              <w:rPr>
                <w:sz w:val="20"/>
                <w:szCs w:val="20"/>
              </w:rPr>
              <w:t>14946577</w:t>
            </w:r>
          </w:p>
        </w:tc>
        <w:tc>
          <w:tcPr>
            <w:tcW w:w="3096" w:type="dxa"/>
            <w:tcMar/>
          </w:tcPr>
          <w:p w:rsidRPr="00516C10" w:rsidR="00CB094A" w:rsidRDefault="00FE2ECA" w14:paraId="04252F6E" w14:textId="77777777">
            <w:pPr>
              <w:rPr>
                <w:sz w:val="20"/>
                <w:szCs w:val="20"/>
              </w:rPr>
            </w:pPr>
            <w:r w:rsidRPr="00516C10">
              <w:rPr>
                <w:sz w:val="20"/>
                <w:szCs w:val="20"/>
              </w:rPr>
              <w:t>Harju maakond, Tallinn, Kesklinna linnaosa, Tuukri tn 11, 10120</w:t>
            </w:r>
          </w:p>
        </w:tc>
        <w:tc>
          <w:tcPr>
            <w:tcW w:w="201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516C10" w:rsidR="00F76209" w:rsidRDefault="00F76209" w14:paraId="21994E04" w14:textId="77777777">
            <w:pPr>
              <w:rPr>
                <w:sz w:val="20"/>
                <w:szCs w:val="20"/>
              </w:rPr>
            </w:pPr>
            <w:r w:rsidRPr="00516C10">
              <w:rPr>
                <w:sz w:val="20"/>
                <w:szCs w:val="20"/>
              </w:rPr>
              <w:t>Sven Soomuste</w:t>
            </w:r>
          </w:p>
        </w:tc>
        <w:tc>
          <w:tcPr>
            <w:tcW w:w="37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516C10" w:rsidR="00F76209" w:rsidRDefault="00F76209" w14:paraId="1152B062" w14:textId="77777777">
            <w:pPr>
              <w:rPr>
                <w:sz w:val="20"/>
                <w:szCs w:val="20"/>
              </w:rPr>
            </w:pPr>
            <w:r w:rsidRPr="00516C10">
              <w:rPr>
                <w:sz w:val="20"/>
                <w:szCs w:val="20"/>
              </w:rPr>
              <w:t>Mari Kummer, mari.kummer@lasteklubi.ee, +372 5623 9539</w:t>
            </w:r>
          </w:p>
        </w:tc>
      </w:tr>
      <w:tr w:rsidRPr="00516C10" w:rsidR="00F76209" w:rsidTr="78BF4B98" w14:paraId="6DC033C0" w14:textId="77777777">
        <w:trPr>
          <w:cantSplit/>
          <w:trHeight w:val="300"/>
        </w:trPr>
        <w:tc>
          <w:tcPr>
            <w:tcW w:w="223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516C10" w:rsidR="00F76209" w:rsidRDefault="00F76209" w14:paraId="3E4096A5" w14:textId="77777777">
            <w:pPr>
              <w:rPr>
                <w:sz w:val="20"/>
                <w:szCs w:val="20"/>
              </w:rPr>
            </w:pPr>
            <w:r w:rsidRPr="00516C10">
              <w:rPr>
                <w:sz w:val="20"/>
                <w:szCs w:val="20"/>
              </w:rPr>
              <w:t>Delfi Meedia AS</w:t>
            </w:r>
          </w:p>
        </w:tc>
        <w:tc>
          <w:tcPr>
            <w:tcW w:w="16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516C10" w:rsidR="00F76209" w:rsidRDefault="00F76209" w14:paraId="4EE017C6" w14:textId="77777777">
            <w:pPr>
              <w:jc w:val="center"/>
              <w:rPr>
                <w:sz w:val="20"/>
                <w:szCs w:val="20"/>
              </w:rPr>
            </w:pPr>
            <w:r w:rsidRPr="00516C10">
              <w:rPr>
                <w:sz w:val="20"/>
                <w:szCs w:val="20"/>
              </w:rPr>
              <w:t>10586863</w:t>
            </w:r>
          </w:p>
        </w:tc>
        <w:tc>
          <w:tcPr>
            <w:tcW w:w="3096" w:type="dxa"/>
            <w:tcMar/>
          </w:tcPr>
          <w:p w:rsidRPr="00516C10" w:rsidR="00CB094A" w:rsidRDefault="00FE2ECA" w14:paraId="05FCECFC" w14:textId="77777777">
            <w:pPr>
              <w:rPr>
                <w:sz w:val="20"/>
                <w:szCs w:val="20"/>
              </w:rPr>
            </w:pPr>
            <w:r w:rsidRPr="00516C10">
              <w:rPr>
                <w:sz w:val="20"/>
                <w:szCs w:val="20"/>
              </w:rPr>
              <w:t>Harju maakond, Tallinn, Kesklinna linnaosa, Narva mnt 13, 10151</w:t>
            </w:r>
          </w:p>
        </w:tc>
        <w:tc>
          <w:tcPr>
            <w:tcW w:w="201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516C10" w:rsidR="00F76209" w:rsidRDefault="00F76209" w14:paraId="531C4228" w14:textId="77777777">
            <w:pPr>
              <w:rPr>
                <w:sz w:val="20"/>
                <w:szCs w:val="20"/>
              </w:rPr>
            </w:pPr>
            <w:r w:rsidRPr="00516C10">
              <w:rPr>
                <w:sz w:val="20"/>
                <w:szCs w:val="20"/>
              </w:rPr>
              <w:t>Erik Heinsaar</w:t>
            </w:r>
          </w:p>
        </w:tc>
        <w:tc>
          <w:tcPr>
            <w:tcW w:w="37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516C10" w:rsidR="00F76209" w:rsidRDefault="00F76209" w14:paraId="7E22E4B9" w14:textId="77777777">
            <w:pPr>
              <w:rPr>
                <w:sz w:val="20"/>
                <w:szCs w:val="20"/>
              </w:rPr>
            </w:pPr>
            <w:r w:rsidRPr="78BF4B98" w:rsidR="5AA7484B">
              <w:rPr>
                <w:sz w:val="20"/>
                <w:szCs w:val="20"/>
              </w:rPr>
              <w:t xml:space="preserve">Eveli Reitelmann, </w:t>
            </w:r>
            <w:hyperlink r:id="Rbd2028fe648f4053">
              <w:r w:rsidRPr="78BF4B98" w:rsidR="5AA7484B">
                <w:rPr>
                  <w:rFonts w:ascii="Times New Roman" w:hAnsi="Times New Roman" w:eastAsia="Times New Roman" w:cs="Times New Roman" w:asciiTheme="minorAscii" w:hAnsiTheme="minorAscii" w:eastAsiaTheme="minorEastAsia" w:cstheme="minorBidi"/>
                  <w:color w:val="auto"/>
                  <w:sz w:val="20"/>
                  <w:szCs w:val="20"/>
                  <w:lang w:eastAsia="en-US" w:bidi="ar-SA"/>
                </w:rPr>
                <w:t>eveli.reitelmann@eestikonverentsikeskus.ee</w:t>
              </w:r>
            </w:hyperlink>
            <w:r w:rsidRPr="78BF4B98" w:rsidR="5AA7484B">
              <w:rPr>
                <w:rFonts w:ascii="Times New Roman" w:hAnsi="Times New Roman" w:eastAsia="Times New Roman" w:cs="Times New Roman" w:asciiTheme="minorAscii" w:hAnsiTheme="minorAscii" w:eastAsiaTheme="minorEastAsia" w:cstheme="minorBidi"/>
                <w:color w:val="auto"/>
                <w:sz w:val="20"/>
                <w:szCs w:val="20"/>
                <w:lang w:eastAsia="en-US" w:bidi="ar-SA"/>
              </w:rPr>
              <w:t>, 54547878</w:t>
            </w:r>
          </w:p>
        </w:tc>
      </w:tr>
      <w:tr w:rsidRPr="00516C10" w:rsidR="00F76209" w:rsidTr="78BF4B98" w14:paraId="1032273F" w14:textId="77777777">
        <w:trPr>
          <w:cantSplit/>
          <w:trHeight w:val="300"/>
        </w:trPr>
        <w:tc>
          <w:tcPr>
            <w:tcW w:w="223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516C10" w:rsidR="00F76209" w:rsidRDefault="00F76209" w14:paraId="018E3102" w14:textId="77777777">
            <w:pPr>
              <w:rPr>
                <w:sz w:val="20"/>
                <w:szCs w:val="20"/>
              </w:rPr>
            </w:pPr>
            <w:r w:rsidRPr="00516C10">
              <w:rPr>
                <w:sz w:val="20"/>
                <w:szCs w:val="20"/>
              </w:rPr>
              <w:t>Sajoko OÜ</w:t>
            </w:r>
          </w:p>
        </w:tc>
        <w:tc>
          <w:tcPr>
            <w:tcW w:w="16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516C10" w:rsidR="00F76209" w:rsidRDefault="00F76209" w14:paraId="46FACEB3" w14:textId="77777777">
            <w:pPr>
              <w:jc w:val="center"/>
              <w:rPr>
                <w:sz w:val="20"/>
                <w:szCs w:val="20"/>
              </w:rPr>
            </w:pPr>
            <w:r w:rsidRPr="00516C10">
              <w:rPr>
                <w:sz w:val="20"/>
                <w:szCs w:val="20"/>
              </w:rPr>
              <w:t>14340062</w:t>
            </w:r>
          </w:p>
        </w:tc>
        <w:tc>
          <w:tcPr>
            <w:tcW w:w="3096" w:type="dxa"/>
            <w:tcMar/>
          </w:tcPr>
          <w:p w:rsidRPr="00516C10" w:rsidR="00CB094A" w:rsidRDefault="00FE2ECA" w14:paraId="1ED892FB" w14:textId="77777777">
            <w:pPr>
              <w:rPr>
                <w:sz w:val="20"/>
                <w:szCs w:val="20"/>
              </w:rPr>
            </w:pPr>
            <w:r w:rsidRPr="00516C10">
              <w:rPr>
                <w:sz w:val="20"/>
                <w:szCs w:val="20"/>
              </w:rPr>
              <w:t>Harju maakond, Tallinn, Kesklinna linnaosa, Koidu tn 40-7, 10136</w:t>
            </w:r>
          </w:p>
        </w:tc>
        <w:tc>
          <w:tcPr>
            <w:tcW w:w="201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516C10" w:rsidR="00F76209" w:rsidRDefault="00F76209" w14:paraId="758B5FFA" w14:textId="77777777">
            <w:pPr>
              <w:rPr>
                <w:sz w:val="20"/>
                <w:szCs w:val="20"/>
              </w:rPr>
            </w:pPr>
            <w:r w:rsidRPr="00516C10">
              <w:rPr>
                <w:sz w:val="20"/>
                <w:szCs w:val="20"/>
              </w:rPr>
              <w:t>Egle Saska</w:t>
            </w:r>
          </w:p>
        </w:tc>
        <w:tc>
          <w:tcPr>
            <w:tcW w:w="37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516C10" w:rsidR="00F76209" w:rsidRDefault="00F76209" w14:paraId="7EEDEDE1" w14:textId="77777777">
            <w:pPr>
              <w:rPr>
                <w:sz w:val="20"/>
                <w:szCs w:val="20"/>
              </w:rPr>
            </w:pPr>
            <w:r w:rsidRPr="00516C10">
              <w:rPr>
                <w:sz w:val="20"/>
                <w:szCs w:val="20"/>
              </w:rPr>
              <w:t>1. Egle Saska, eglesaska@gmail.com, 5166390. 2. Mare Tolli, tollimare@gmail.com, 56497807</w:t>
            </w:r>
          </w:p>
        </w:tc>
      </w:tr>
      <w:tr w:rsidRPr="00516C10" w:rsidR="00F76209" w:rsidTr="78BF4B98" w14:paraId="467CFEAE" w14:textId="77777777">
        <w:trPr>
          <w:cantSplit/>
          <w:trHeight w:val="300"/>
        </w:trPr>
        <w:tc>
          <w:tcPr>
            <w:tcW w:w="223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516C10" w:rsidR="00F76209" w:rsidRDefault="00F76209" w14:paraId="6F1856A1" w14:textId="77777777">
            <w:pPr>
              <w:rPr>
                <w:sz w:val="20"/>
                <w:szCs w:val="20"/>
              </w:rPr>
            </w:pPr>
            <w:r w:rsidRPr="00516C10">
              <w:rPr>
                <w:sz w:val="20"/>
                <w:szCs w:val="20"/>
              </w:rPr>
              <w:t>mittetulundusühing Valga Arvutikeskus</w:t>
            </w:r>
          </w:p>
        </w:tc>
        <w:tc>
          <w:tcPr>
            <w:tcW w:w="16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516C10" w:rsidR="00F76209" w:rsidRDefault="00F76209" w14:paraId="13C047EA" w14:textId="77777777">
            <w:pPr>
              <w:jc w:val="center"/>
              <w:rPr>
                <w:sz w:val="20"/>
                <w:szCs w:val="20"/>
              </w:rPr>
            </w:pPr>
            <w:r w:rsidRPr="00516C10">
              <w:rPr>
                <w:sz w:val="20"/>
                <w:szCs w:val="20"/>
              </w:rPr>
              <w:t>80087434</w:t>
            </w:r>
          </w:p>
        </w:tc>
        <w:tc>
          <w:tcPr>
            <w:tcW w:w="3096" w:type="dxa"/>
            <w:tcMar/>
          </w:tcPr>
          <w:p w:rsidRPr="00516C10" w:rsidR="00CB094A" w:rsidRDefault="00FE2ECA" w14:paraId="5293A55D" w14:textId="77777777">
            <w:pPr>
              <w:rPr>
                <w:sz w:val="20"/>
                <w:szCs w:val="20"/>
              </w:rPr>
            </w:pPr>
            <w:r w:rsidRPr="00516C10">
              <w:rPr>
                <w:sz w:val="20"/>
                <w:szCs w:val="20"/>
              </w:rPr>
              <w:t>Valga maakond, Valga vald, Valga linn, Vabaduse tn 22, 68204</w:t>
            </w:r>
          </w:p>
        </w:tc>
        <w:tc>
          <w:tcPr>
            <w:tcW w:w="201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516C10" w:rsidR="00F76209" w:rsidRDefault="00F76209" w14:paraId="053BB3F6" w14:textId="77777777">
            <w:pPr>
              <w:rPr>
                <w:sz w:val="20"/>
                <w:szCs w:val="20"/>
              </w:rPr>
            </w:pPr>
            <w:r w:rsidRPr="00516C10">
              <w:rPr>
                <w:sz w:val="20"/>
                <w:szCs w:val="20"/>
              </w:rPr>
              <w:t>Igor Jallai</w:t>
            </w:r>
          </w:p>
        </w:tc>
        <w:tc>
          <w:tcPr>
            <w:tcW w:w="37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516C10" w:rsidR="00F76209" w:rsidRDefault="00F76209" w14:paraId="5E73894E" w14:textId="77777777">
            <w:pPr>
              <w:rPr>
                <w:sz w:val="20"/>
                <w:szCs w:val="20"/>
              </w:rPr>
            </w:pPr>
            <w:r w:rsidRPr="00516C10">
              <w:rPr>
                <w:sz w:val="20"/>
                <w:szCs w:val="20"/>
              </w:rPr>
              <w:t>Igor Jallai, info@walk.ee, 56634269</w:t>
            </w:r>
          </w:p>
        </w:tc>
      </w:tr>
      <w:tr w:rsidRPr="00516C10" w:rsidR="00F76209" w:rsidTr="78BF4B98" w14:paraId="426EC4EA" w14:textId="77777777">
        <w:trPr>
          <w:cantSplit/>
          <w:trHeight w:val="300"/>
        </w:trPr>
        <w:tc>
          <w:tcPr>
            <w:tcW w:w="223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516C10" w:rsidR="00F76209" w:rsidRDefault="00F76209" w14:paraId="44432B7B" w14:textId="77777777">
            <w:pPr>
              <w:rPr>
                <w:sz w:val="20"/>
                <w:szCs w:val="20"/>
              </w:rPr>
            </w:pPr>
            <w:r w:rsidRPr="00516C10">
              <w:rPr>
                <w:sz w:val="20"/>
                <w:szCs w:val="20"/>
              </w:rPr>
              <w:t>Veebikool OÜ</w:t>
            </w:r>
          </w:p>
        </w:tc>
        <w:tc>
          <w:tcPr>
            <w:tcW w:w="16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516C10" w:rsidR="00F76209" w:rsidRDefault="00F76209" w14:paraId="5FE7F874" w14:textId="77777777">
            <w:pPr>
              <w:jc w:val="center"/>
              <w:rPr>
                <w:sz w:val="20"/>
                <w:szCs w:val="20"/>
              </w:rPr>
            </w:pPr>
            <w:r w:rsidRPr="00516C10">
              <w:rPr>
                <w:sz w:val="20"/>
                <w:szCs w:val="20"/>
              </w:rPr>
              <w:t>16717378</w:t>
            </w:r>
          </w:p>
        </w:tc>
        <w:tc>
          <w:tcPr>
            <w:tcW w:w="3096" w:type="dxa"/>
            <w:tcMar/>
          </w:tcPr>
          <w:p w:rsidRPr="00516C10" w:rsidR="00CB094A" w:rsidRDefault="00FE2ECA" w14:paraId="6133741F" w14:textId="77777777">
            <w:pPr>
              <w:rPr>
                <w:sz w:val="20"/>
                <w:szCs w:val="20"/>
              </w:rPr>
            </w:pPr>
            <w:r w:rsidRPr="00516C10">
              <w:rPr>
                <w:sz w:val="20"/>
                <w:szCs w:val="20"/>
              </w:rPr>
              <w:t>Järva maakond, Paide linn, Paide linn, Pikk tn 1, 72713</w:t>
            </w:r>
          </w:p>
        </w:tc>
        <w:tc>
          <w:tcPr>
            <w:tcW w:w="201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516C10" w:rsidR="00F76209" w:rsidRDefault="00F76209" w14:paraId="0DFABE61" w14:textId="77777777">
            <w:pPr>
              <w:rPr>
                <w:sz w:val="20"/>
                <w:szCs w:val="20"/>
              </w:rPr>
            </w:pPr>
            <w:r w:rsidRPr="00516C10">
              <w:rPr>
                <w:sz w:val="20"/>
                <w:szCs w:val="20"/>
              </w:rPr>
              <w:t>Marika Juusu</w:t>
            </w:r>
          </w:p>
        </w:tc>
        <w:tc>
          <w:tcPr>
            <w:tcW w:w="37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516C10" w:rsidR="00F76209" w:rsidRDefault="00F76209" w14:paraId="67663F0A" w14:textId="77777777">
            <w:pPr>
              <w:rPr>
                <w:sz w:val="20"/>
                <w:szCs w:val="20"/>
              </w:rPr>
            </w:pPr>
            <w:r w:rsidRPr="00516C10">
              <w:rPr>
                <w:sz w:val="20"/>
                <w:szCs w:val="20"/>
              </w:rPr>
              <w:t>Marika Juusu, marika@veebikool.ee, 58566702; Kirsike Kukk-Viiol, kirsike@veebikool.ee, 53485717</w:t>
            </w:r>
          </w:p>
        </w:tc>
      </w:tr>
      <w:tr w:rsidRPr="00516C10" w:rsidR="00F76209" w:rsidTr="78BF4B98" w14:paraId="2BB46CBD" w14:textId="77777777">
        <w:trPr>
          <w:cantSplit/>
          <w:trHeight w:val="300"/>
        </w:trPr>
        <w:tc>
          <w:tcPr>
            <w:tcW w:w="223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516C10" w:rsidR="00F76209" w:rsidRDefault="00F76209" w14:paraId="2E85273D" w14:textId="77777777">
            <w:pPr>
              <w:rPr>
                <w:sz w:val="20"/>
                <w:szCs w:val="20"/>
              </w:rPr>
            </w:pPr>
            <w:r w:rsidRPr="00516C10">
              <w:rPr>
                <w:sz w:val="20"/>
                <w:szCs w:val="20"/>
              </w:rPr>
              <w:t>PragmatiqAI</w:t>
            </w:r>
          </w:p>
        </w:tc>
        <w:tc>
          <w:tcPr>
            <w:tcW w:w="16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516C10" w:rsidR="00F76209" w:rsidRDefault="00F76209" w14:paraId="453F2E05" w14:textId="77777777">
            <w:pPr>
              <w:jc w:val="center"/>
              <w:rPr>
                <w:sz w:val="20"/>
                <w:szCs w:val="20"/>
              </w:rPr>
            </w:pPr>
            <w:r w:rsidRPr="00516C10">
              <w:rPr>
                <w:sz w:val="20"/>
                <w:szCs w:val="20"/>
              </w:rPr>
              <w:t>17189378</w:t>
            </w:r>
          </w:p>
        </w:tc>
        <w:tc>
          <w:tcPr>
            <w:tcW w:w="3096" w:type="dxa"/>
            <w:tcMar/>
          </w:tcPr>
          <w:p w:rsidRPr="00516C10" w:rsidR="00CB094A" w:rsidRDefault="00FE2ECA" w14:paraId="23D54E02" w14:textId="77777777">
            <w:pPr>
              <w:rPr>
                <w:sz w:val="20"/>
                <w:szCs w:val="20"/>
              </w:rPr>
            </w:pPr>
            <w:r w:rsidRPr="00516C10">
              <w:rPr>
                <w:sz w:val="20"/>
                <w:szCs w:val="20"/>
              </w:rPr>
              <w:t>Harju maakond, Tallinn, Lasnamäe linnaosa, Katusepapi tn 12-20, 11412</w:t>
            </w:r>
          </w:p>
        </w:tc>
        <w:tc>
          <w:tcPr>
            <w:tcW w:w="201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516C10" w:rsidR="00F76209" w:rsidRDefault="00F76209" w14:paraId="491E748C" w14:textId="77777777">
            <w:pPr>
              <w:rPr>
                <w:sz w:val="20"/>
                <w:szCs w:val="20"/>
              </w:rPr>
            </w:pPr>
            <w:r w:rsidRPr="00516C10">
              <w:rPr>
                <w:sz w:val="20"/>
                <w:szCs w:val="20"/>
              </w:rPr>
              <w:t>Andres Gavriljuk</w:t>
            </w:r>
          </w:p>
        </w:tc>
        <w:tc>
          <w:tcPr>
            <w:tcW w:w="37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516C10" w:rsidR="00F76209" w:rsidRDefault="00F76209" w14:paraId="306A0630" w14:textId="77777777">
            <w:pPr>
              <w:rPr>
                <w:sz w:val="20"/>
                <w:szCs w:val="20"/>
              </w:rPr>
            </w:pPr>
            <w:r w:rsidRPr="00516C10">
              <w:rPr>
                <w:sz w:val="20"/>
                <w:szCs w:val="20"/>
              </w:rPr>
              <w:t>Henri Nõmm, henri@pragmatiqai.com, 6237154, 53736870</w:t>
            </w:r>
          </w:p>
        </w:tc>
      </w:tr>
      <w:tr w:rsidRPr="00516C10" w:rsidR="00F76209" w:rsidTr="78BF4B98" w14:paraId="001891D0" w14:textId="77777777">
        <w:trPr>
          <w:cantSplit/>
          <w:trHeight w:val="300"/>
        </w:trPr>
        <w:tc>
          <w:tcPr>
            <w:tcW w:w="223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516C10" w:rsidR="00F76209" w:rsidRDefault="00F76209" w14:paraId="43BC53AB" w14:textId="77777777">
            <w:pPr>
              <w:rPr>
                <w:sz w:val="20"/>
                <w:szCs w:val="20"/>
              </w:rPr>
            </w:pPr>
            <w:r w:rsidRPr="00516C10">
              <w:rPr>
                <w:sz w:val="20"/>
                <w:szCs w:val="20"/>
              </w:rPr>
              <w:t>KoolitusAI OÜ</w:t>
            </w:r>
          </w:p>
        </w:tc>
        <w:tc>
          <w:tcPr>
            <w:tcW w:w="16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516C10" w:rsidR="00F76209" w:rsidRDefault="00F76209" w14:paraId="2AE2AC20" w14:textId="77777777">
            <w:pPr>
              <w:jc w:val="center"/>
              <w:rPr>
                <w:sz w:val="20"/>
                <w:szCs w:val="20"/>
              </w:rPr>
            </w:pPr>
            <w:r w:rsidRPr="00516C10">
              <w:rPr>
                <w:sz w:val="20"/>
                <w:szCs w:val="20"/>
              </w:rPr>
              <w:t>17571634</w:t>
            </w:r>
          </w:p>
        </w:tc>
        <w:tc>
          <w:tcPr>
            <w:tcW w:w="3096" w:type="dxa"/>
            <w:tcMar/>
          </w:tcPr>
          <w:p w:rsidRPr="00516C10" w:rsidR="00CB094A" w:rsidRDefault="00FE2ECA" w14:paraId="54F21BC5" w14:textId="77777777">
            <w:pPr>
              <w:rPr>
                <w:sz w:val="20"/>
                <w:szCs w:val="20"/>
              </w:rPr>
            </w:pPr>
            <w:r w:rsidRPr="00516C10">
              <w:rPr>
                <w:sz w:val="20"/>
                <w:szCs w:val="20"/>
              </w:rPr>
              <w:t>Harju maakond, Tallinn, Kesklinna linnaosa, J. Poska tn 4, 10121</w:t>
            </w:r>
          </w:p>
        </w:tc>
        <w:tc>
          <w:tcPr>
            <w:tcW w:w="201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516C10" w:rsidR="00F76209" w:rsidRDefault="00F76209" w14:paraId="67202DBB" w14:textId="77777777">
            <w:pPr>
              <w:rPr>
                <w:sz w:val="20"/>
                <w:szCs w:val="20"/>
              </w:rPr>
            </w:pPr>
            <w:r w:rsidRPr="00516C10">
              <w:rPr>
                <w:sz w:val="20"/>
                <w:szCs w:val="20"/>
              </w:rPr>
              <w:t>Deniss Osman</w:t>
            </w:r>
          </w:p>
        </w:tc>
        <w:tc>
          <w:tcPr>
            <w:tcW w:w="37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516C10" w:rsidR="00F76209" w:rsidRDefault="00F76209" w14:paraId="58873E9E" w14:textId="77777777">
            <w:pPr>
              <w:rPr>
                <w:sz w:val="20"/>
                <w:szCs w:val="20"/>
              </w:rPr>
            </w:pPr>
            <w:r w:rsidRPr="00516C10">
              <w:rPr>
                <w:sz w:val="20"/>
                <w:szCs w:val="20"/>
              </w:rPr>
              <w:t xml:space="preserve">Deniss Osman; </w:t>
            </w:r>
            <w:hyperlink w:history="1" r:id="rId7">
              <w:r w:rsidRPr="00516C10">
                <w:rPr>
                  <w:rStyle w:val="a"/>
                  <w:sz w:val="20"/>
                  <w:szCs w:val="20"/>
                </w:rPr>
                <w:t>deniss.osman@gmail.com</w:t>
              </w:r>
            </w:hyperlink>
            <w:r w:rsidRPr="00516C10">
              <w:rPr>
                <w:sz w:val="20"/>
                <w:szCs w:val="20"/>
              </w:rPr>
              <w:t>; 53659974</w:t>
            </w:r>
          </w:p>
        </w:tc>
      </w:tr>
      <w:tr w:rsidRPr="00516C10" w:rsidR="00F76209" w:rsidTr="78BF4B98" w14:paraId="702E0798" w14:textId="77777777">
        <w:trPr>
          <w:cantSplit/>
          <w:trHeight w:val="300"/>
        </w:trPr>
        <w:tc>
          <w:tcPr>
            <w:tcW w:w="223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516C10" w:rsidR="00F76209" w:rsidRDefault="00F76209" w14:paraId="499E7748" w14:textId="77777777">
            <w:pPr>
              <w:rPr>
                <w:sz w:val="20"/>
                <w:szCs w:val="20"/>
              </w:rPr>
            </w:pPr>
            <w:r w:rsidRPr="00516C10">
              <w:rPr>
                <w:sz w:val="20"/>
                <w:szCs w:val="20"/>
              </w:rPr>
              <w:t>Tallinna Tehnikaülikool</w:t>
            </w:r>
          </w:p>
        </w:tc>
        <w:tc>
          <w:tcPr>
            <w:tcW w:w="16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516C10" w:rsidR="00F76209" w:rsidRDefault="00F76209" w14:paraId="5F52F121" w14:textId="77777777">
            <w:pPr>
              <w:jc w:val="center"/>
              <w:rPr>
                <w:sz w:val="20"/>
                <w:szCs w:val="20"/>
              </w:rPr>
            </w:pPr>
            <w:r w:rsidRPr="00516C10">
              <w:rPr>
                <w:sz w:val="20"/>
                <w:szCs w:val="20"/>
              </w:rPr>
              <w:t>74000323</w:t>
            </w:r>
          </w:p>
        </w:tc>
        <w:tc>
          <w:tcPr>
            <w:tcW w:w="3096" w:type="dxa"/>
            <w:tcMar/>
          </w:tcPr>
          <w:p w:rsidRPr="00516C10" w:rsidR="00CB094A" w:rsidRDefault="00FE2ECA" w14:paraId="0BF95CA7" w14:textId="77777777">
            <w:pPr>
              <w:rPr>
                <w:sz w:val="20"/>
                <w:szCs w:val="20"/>
              </w:rPr>
            </w:pPr>
            <w:r w:rsidRPr="00516C10">
              <w:rPr>
                <w:sz w:val="20"/>
                <w:szCs w:val="20"/>
              </w:rPr>
              <w:t>Harju maakond, Tallinn, Mustamäe linnaosa, Ehitajate tee 5, 19086</w:t>
            </w:r>
          </w:p>
        </w:tc>
        <w:tc>
          <w:tcPr>
            <w:tcW w:w="201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516C10" w:rsidR="00F76209" w:rsidRDefault="00F76209" w14:paraId="78642817" w14:textId="77777777">
            <w:pPr>
              <w:rPr>
                <w:sz w:val="20"/>
                <w:szCs w:val="20"/>
              </w:rPr>
            </w:pPr>
            <w:r w:rsidRPr="00516C10">
              <w:rPr>
                <w:sz w:val="20"/>
                <w:szCs w:val="20"/>
              </w:rPr>
              <w:t>Ingrid Pappel</w:t>
            </w:r>
          </w:p>
        </w:tc>
        <w:tc>
          <w:tcPr>
            <w:tcW w:w="37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516C10" w:rsidR="00F76209" w:rsidRDefault="00F76209" w14:paraId="3562E7C0" w14:textId="77777777">
            <w:pPr>
              <w:rPr>
                <w:sz w:val="20"/>
                <w:szCs w:val="20"/>
              </w:rPr>
            </w:pPr>
            <w:r w:rsidRPr="00516C10">
              <w:rPr>
                <w:sz w:val="20"/>
                <w:szCs w:val="20"/>
              </w:rPr>
              <w:t>Hanno Tomberg, hanno.tomberg@taltech.ee,50 31345</w:t>
            </w:r>
          </w:p>
        </w:tc>
      </w:tr>
      <w:tr w:rsidRPr="00516C10" w:rsidR="00F76209" w:rsidTr="78BF4B98" w14:paraId="2A815C14" w14:textId="77777777">
        <w:trPr>
          <w:cantSplit/>
          <w:trHeight w:val="300"/>
        </w:trPr>
        <w:tc>
          <w:tcPr>
            <w:tcW w:w="223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516C10" w:rsidR="00F76209" w:rsidRDefault="00F76209" w14:paraId="30E63580" w14:textId="77777777">
            <w:pPr>
              <w:rPr>
                <w:sz w:val="20"/>
                <w:szCs w:val="20"/>
              </w:rPr>
            </w:pPr>
            <w:r w:rsidRPr="00516C10">
              <w:rPr>
                <w:sz w:val="20"/>
                <w:szCs w:val="20"/>
              </w:rPr>
              <w:t>SA Tartu Rahvaülikool</w:t>
            </w:r>
          </w:p>
        </w:tc>
        <w:tc>
          <w:tcPr>
            <w:tcW w:w="16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516C10" w:rsidR="00F76209" w:rsidRDefault="00F76209" w14:paraId="0A9F3CE8" w14:textId="77777777">
            <w:pPr>
              <w:jc w:val="center"/>
              <w:rPr>
                <w:sz w:val="20"/>
                <w:szCs w:val="20"/>
              </w:rPr>
            </w:pPr>
            <w:r w:rsidRPr="00516C10">
              <w:rPr>
                <w:sz w:val="20"/>
                <w:szCs w:val="20"/>
              </w:rPr>
              <w:t>90007135</w:t>
            </w:r>
          </w:p>
        </w:tc>
        <w:tc>
          <w:tcPr>
            <w:tcW w:w="3096" w:type="dxa"/>
            <w:tcMar/>
          </w:tcPr>
          <w:p w:rsidRPr="00516C10" w:rsidR="00CB094A" w:rsidRDefault="00FE2ECA" w14:paraId="19F035C0" w14:textId="77777777">
            <w:pPr>
              <w:rPr>
                <w:sz w:val="20"/>
                <w:szCs w:val="20"/>
              </w:rPr>
            </w:pPr>
            <w:r w:rsidRPr="00516C10">
              <w:rPr>
                <w:sz w:val="20"/>
                <w:szCs w:val="20"/>
              </w:rPr>
              <w:t>Tartu maakond, Tartu linn, Tartu linn, Pepleri tn 4, 51003</w:t>
            </w:r>
          </w:p>
        </w:tc>
        <w:tc>
          <w:tcPr>
            <w:tcW w:w="201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516C10" w:rsidR="00F76209" w:rsidRDefault="00F76209" w14:paraId="2F4AB355" w14:textId="77777777">
            <w:pPr>
              <w:rPr>
                <w:sz w:val="20"/>
                <w:szCs w:val="20"/>
              </w:rPr>
            </w:pPr>
            <w:r w:rsidRPr="00516C10">
              <w:rPr>
                <w:sz w:val="20"/>
                <w:szCs w:val="20"/>
              </w:rPr>
              <w:t>Kristjan Silm</w:t>
            </w:r>
          </w:p>
        </w:tc>
        <w:tc>
          <w:tcPr>
            <w:tcW w:w="37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516C10" w:rsidR="00F76209" w:rsidRDefault="00F76209" w14:paraId="5FCEA0A3" w14:textId="77777777">
            <w:pPr>
              <w:rPr>
                <w:sz w:val="20"/>
                <w:szCs w:val="20"/>
              </w:rPr>
            </w:pPr>
            <w:r w:rsidRPr="00516C10">
              <w:rPr>
                <w:sz w:val="20"/>
                <w:szCs w:val="20"/>
              </w:rPr>
              <w:t>Anette-Helena Endrekson-Hendriksman, anette@rahvaylikool.ee,736 1544</w:t>
            </w:r>
          </w:p>
        </w:tc>
      </w:tr>
      <w:tr w:rsidRPr="00516C10" w:rsidR="00F76209" w:rsidTr="78BF4B98" w14:paraId="230ABE10" w14:textId="77777777">
        <w:trPr>
          <w:cantSplit/>
          <w:trHeight w:val="300"/>
        </w:trPr>
        <w:tc>
          <w:tcPr>
            <w:tcW w:w="223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516C10" w:rsidR="00F76209" w:rsidRDefault="00F76209" w14:paraId="3FB6481A" w14:textId="77777777">
            <w:pPr>
              <w:rPr>
                <w:sz w:val="20"/>
                <w:szCs w:val="20"/>
              </w:rPr>
            </w:pPr>
            <w:r w:rsidRPr="00516C10">
              <w:rPr>
                <w:sz w:val="20"/>
                <w:szCs w:val="20"/>
              </w:rPr>
              <w:t>Artelity OÜ</w:t>
            </w:r>
          </w:p>
        </w:tc>
        <w:tc>
          <w:tcPr>
            <w:tcW w:w="16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516C10" w:rsidR="00F76209" w:rsidRDefault="00F76209" w14:paraId="4EF8E94F" w14:textId="77777777">
            <w:pPr>
              <w:jc w:val="center"/>
              <w:rPr>
                <w:sz w:val="20"/>
                <w:szCs w:val="20"/>
              </w:rPr>
            </w:pPr>
            <w:r w:rsidRPr="00516C10">
              <w:rPr>
                <w:sz w:val="20"/>
                <w:szCs w:val="20"/>
              </w:rPr>
              <w:t>14610133</w:t>
            </w:r>
          </w:p>
        </w:tc>
        <w:tc>
          <w:tcPr>
            <w:tcW w:w="3096" w:type="dxa"/>
            <w:tcMar/>
          </w:tcPr>
          <w:p w:rsidRPr="00516C10" w:rsidR="00CB094A" w:rsidRDefault="00516C10" w14:paraId="3E1B49B3" w14:textId="404A2342">
            <w:pPr>
              <w:rPr>
                <w:sz w:val="20"/>
                <w:szCs w:val="20"/>
              </w:rPr>
            </w:pPr>
            <w:r w:rsidRPr="00516C10">
              <w:rPr>
                <w:sz w:val="20"/>
                <w:szCs w:val="20"/>
              </w:rPr>
              <w:br/>
            </w:r>
            <w:r w:rsidRPr="00516C10">
              <w:rPr>
                <w:sz w:val="20"/>
                <w:szCs w:val="20"/>
              </w:rPr>
              <w:t>Harju maakond, Tallinn, Pirita linnaosa, Tohu tn 8-5, 12013</w:t>
            </w:r>
          </w:p>
        </w:tc>
        <w:tc>
          <w:tcPr>
            <w:tcW w:w="201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516C10" w:rsidR="00F76209" w:rsidRDefault="00F76209" w14:paraId="37E7353D" w14:textId="77777777">
            <w:pPr>
              <w:rPr>
                <w:sz w:val="20"/>
                <w:szCs w:val="20"/>
              </w:rPr>
            </w:pPr>
            <w:r w:rsidRPr="00516C10">
              <w:rPr>
                <w:sz w:val="20"/>
                <w:szCs w:val="20"/>
              </w:rPr>
              <w:t>Artur Makarov</w:t>
            </w:r>
          </w:p>
        </w:tc>
        <w:tc>
          <w:tcPr>
            <w:tcW w:w="37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516C10" w:rsidR="00F76209" w:rsidRDefault="00F76209" w14:paraId="3BF23D80" w14:textId="77777777">
            <w:pPr>
              <w:rPr>
                <w:sz w:val="20"/>
                <w:szCs w:val="20"/>
              </w:rPr>
            </w:pPr>
            <w:r w:rsidRPr="00516C10">
              <w:rPr>
                <w:sz w:val="20"/>
                <w:szCs w:val="20"/>
              </w:rPr>
              <w:t>Artur Makarov, artur@artelityai.com, +58035166</w:t>
            </w:r>
          </w:p>
        </w:tc>
      </w:tr>
      <w:tr w:rsidRPr="00516C10" w:rsidR="00F76209" w:rsidTr="78BF4B98" w14:paraId="53D3A930" w14:textId="77777777">
        <w:trPr>
          <w:cantSplit/>
          <w:trHeight w:val="300"/>
        </w:trPr>
        <w:tc>
          <w:tcPr>
            <w:tcW w:w="223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516C10" w:rsidR="00F76209" w:rsidRDefault="00F76209" w14:paraId="6E2A328B" w14:textId="77777777">
            <w:pPr>
              <w:rPr>
                <w:sz w:val="20"/>
                <w:szCs w:val="20"/>
              </w:rPr>
            </w:pPr>
            <w:r w:rsidRPr="00516C10">
              <w:rPr>
                <w:sz w:val="20"/>
                <w:szCs w:val="20"/>
              </w:rPr>
              <w:t>TechTailor OÜ</w:t>
            </w:r>
          </w:p>
        </w:tc>
        <w:tc>
          <w:tcPr>
            <w:tcW w:w="16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516C10" w:rsidR="00F76209" w:rsidRDefault="00F76209" w14:paraId="63E1EA51" w14:textId="77777777">
            <w:pPr>
              <w:jc w:val="center"/>
              <w:rPr>
                <w:sz w:val="20"/>
                <w:szCs w:val="20"/>
              </w:rPr>
            </w:pPr>
            <w:r w:rsidRPr="00516C10">
              <w:rPr>
                <w:sz w:val="20"/>
                <w:szCs w:val="20"/>
              </w:rPr>
              <w:t>17455041</w:t>
            </w:r>
          </w:p>
        </w:tc>
        <w:tc>
          <w:tcPr>
            <w:tcW w:w="3096" w:type="dxa"/>
            <w:tcMar/>
          </w:tcPr>
          <w:p w:rsidRPr="00516C10" w:rsidR="00CB094A" w:rsidRDefault="00FE2ECA" w14:paraId="6CE70DF3" w14:textId="77777777">
            <w:pPr>
              <w:rPr>
                <w:sz w:val="20"/>
                <w:szCs w:val="20"/>
              </w:rPr>
            </w:pPr>
            <w:r w:rsidRPr="00516C10">
              <w:rPr>
                <w:sz w:val="20"/>
                <w:szCs w:val="20"/>
              </w:rPr>
              <w:t>Harju maakond, Tallinn, Kesklinna linnaosa, Filtri tee 8, 10132</w:t>
            </w:r>
          </w:p>
        </w:tc>
        <w:tc>
          <w:tcPr>
            <w:tcW w:w="201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516C10" w:rsidR="00F76209" w:rsidRDefault="00F76209" w14:paraId="770F0C06" w14:textId="77777777">
            <w:pPr>
              <w:rPr>
                <w:sz w:val="20"/>
                <w:szCs w:val="20"/>
              </w:rPr>
            </w:pPr>
            <w:r w:rsidRPr="00516C10">
              <w:rPr>
                <w:sz w:val="20"/>
                <w:szCs w:val="20"/>
              </w:rPr>
              <w:t>Mirjam Rätsep-Mikkov</w:t>
            </w:r>
          </w:p>
        </w:tc>
        <w:tc>
          <w:tcPr>
            <w:tcW w:w="37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516C10" w:rsidR="00F76209" w:rsidRDefault="00F76209" w14:paraId="174D3FFD" w14:textId="77777777">
            <w:pPr>
              <w:rPr>
                <w:sz w:val="20"/>
                <w:szCs w:val="20"/>
              </w:rPr>
            </w:pPr>
            <w:r w:rsidRPr="00516C10">
              <w:rPr>
                <w:sz w:val="20"/>
                <w:szCs w:val="20"/>
              </w:rPr>
              <w:t>Mirjam Rätsep-Mikkov, mirjam.ratsep@gmail.com,55678907</w:t>
            </w:r>
          </w:p>
        </w:tc>
      </w:tr>
      <w:tr w:rsidRPr="00516C10" w:rsidR="00F76209" w:rsidTr="78BF4B98" w14:paraId="00DB451E" w14:textId="77777777">
        <w:trPr>
          <w:cantSplit/>
          <w:trHeight w:val="300"/>
        </w:trPr>
        <w:tc>
          <w:tcPr>
            <w:tcW w:w="223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516C10" w:rsidR="00F76209" w:rsidRDefault="00F76209" w14:paraId="55A5E104" w14:textId="1DCA3386">
            <w:pPr/>
            <w:r w:rsidRPr="540E6DDA" w:rsidR="7434BBA5">
              <w:rPr>
                <w:sz w:val="20"/>
                <w:szCs w:val="20"/>
              </w:rPr>
              <w:t>Produktize OÜ</w:t>
            </w:r>
          </w:p>
          <w:p w:rsidRPr="00516C10" w:rsidR="00F76209" w:rsidP="540E6DDA" w:rsidRDefault="00F76209" w14:textId="77777777" w14:paraId="5A8160A2">
            <w:pPr>
              <w:rPr>
                <w:sz w:val="20"/>
                <w:szCs w:val="20"/>
              </w:rPr>
            </w:pPr>
            <w:r w:rsidRPr="540E6DDA" w:rsidR="01D6FB56">
              <w:rPr>
                <w:sz w:val="20"/>
                <w:szCs w:val="20"/>
              </w:rPr>
              <w:t>TA RE Disain OÜ (16811060)</w:t>
            </w:r>
          </w:p>
          <w:p w:rsidRPr="00516C10" w:rsidR="00F76209" w:rsidP="540E6DDA" w:rsidRDefault="00F76209" w14:paraId="324D81E8" w14:textId="53AA1FBC">
            <w:pPr>
              <w:rPr>
                <w:sz w:val="20"/>
                <w:szCs w:val="20"/>
              </w:rPr>
            </w:pPr>
          </w:p>
          <w:p w:rsidRPr="00516C10" w:rsidR="00F76209" w:rsidRDefault="00F76209" w14:paraId="7A0E7AEA" w14:textId="0F2CAFB1">
            <w:pPr>
              <w:rPr>
                <w:sz w:val="20"/>
                <w:szCs w:val="20"/>
              </w:rPr>
            </w:pPr>
          </w:p>
        </w:tc>
        <w:tc>
          <w:tcPr>
            <w:tcW w:w="16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516C10" w:rsidR="00F76209" w:rsidRDefault="00F76209" w14:paraId="188E531A" w14:textId="77777777">
            <w:pPr>
              <w:jc w:val="center"/>
              <w:rPr>
                <w:sz w:val="20"/>
                <w:szCs w:val="20"/>
              </w:rPr>
            </w:pPr>
            <w:r w:rsidRPr="00516C10">
              <w:rPr>
                <w:sz w:val="20"/>
                <w:szCs w:val="20"/>
              </w:rPr>
              <w:t>16729335</w:t>
            </w:r>
          </w:p>
        </w:tc>
        <w:tc>
          <w:tcPr>
            <w:tcW w:w="3096" w:type="dxa"/>
            <w:tcMar/>
          </w:tcPr>
          <w:p w:rsidRPr="00516C10" w:rsidR="00CB094A" w:rsidRDefault="00344694" w14:paraId="2716DC19" w14:textId="564402FD">
            <w:pPr>
              <w:rPr>
                <w:sz w:val="20"/>
                <w:szCs w:val="20"/>
              </w:rPr>
            </w:pPr>
            <w:r w:rsidRPr="00516C10">
              <w:rPr>
                <w:sz w:val="20"/>
                <w:szCs w:val="20"/>
              </w:rPr>
              <w:br/>
            </w:r>
            <w:r w:rsidRPr="00516C10">
              <w:rPr>
                <w:sz w:val="20"/>
                <w:szCs w:val="20"/>
              </w:rPr>
              <w:t>Harju maakond, Tallinn, Põhja-Tallinna linnaosa, Vibu tn 5-8, 10415</w:t>
            </w:r>
          </w:p>
        </w:tc>
        <w:tc>
          <w:tcPr>
            <w:tcW w:w="201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516C10" w:rsidR="00F76209" w:rsidRDefault="00F76209" w14:paraId="330661C8" w14:textId="77777777">
            <w:pPr>
              <w:rPr>
                <w:sz w:val="20"/>
                <w:szCs w:val="20"/>
              </w:rPr>
            </w:pPr>
            <w:r w:rsidRPr="00516C10">
              <w:rPr>
                <w:sz w:val="20"/>
                <w:szCs w:val="20"/>
              </w:rPr>
              <w:t>Anna-Liisa Reinson, Helen Minarik</w:t>
            </w:r>
          </w:p>
        </w:tc>
        <w:tc>
          <w:tcPr>
            <w:tcW w:w="37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516C10" w:rsidR="00F76209" w:rsidRDefault="00F76209" w14:paraId="16E20010" w14:textId="77777777">
            <w:pPr>
              <w:rPr>
                <w:sz w:val="20"/>
                <w:szCs w:val="20"/>
              </w:rPr>
            </w:pPr>
            <w:r w:rsidRPr="00516C10">
              <w:rPr>
                <w:sz w:val="20"/>
                <w:szCs w:val="20"/>
              </w:rPr>
              <w:t>Helen Minarik, minarikhelen@gmail.com, 56680126; Anna-Liisa Reinson, anna-liisa@produktize.eu, 5531365</w:t>
            </w:r>
          </w:p>
        </w:tc>
      </w:tr>
      <w:tr w:rsidRPr="00516C10" w:rsidR="00F76209" w:rsidTr="78BF4B98" w14:paraId="44D28B08" w14:textId="77777777">
        <w:trPr>
          <w:cantSplit/>
          <w:trHeight w:val="300"/>
        </w:trPr>
        <w:tc>
          <w:tcPr>
            <w:tcW w:w="223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516C10" w:rsidR="00F76209" w:rsidP="540E6DDA" w:rsidRDefault="00F76209" w14:paraId="7EF1CBA4" w14:textId="22094BEE">
            <w:pPr>
              <w:rPr>
                <w:sz w:val="20"/>
                <w:szCs w:val="20"/>
              </w:rPr>
            </w:pPr>
            <w:r w:rsidRPr="540E6DDA" w:rsidR="7434BBA5">
              <w:rPr>
                <w:sz w:val="20"/>
                <w:szCs w:val="20"/>
              </w:rPr>
              <w:t>BDA Consulting OÜ</w:t>
            </w:r>
            <w:r w:rsidRPr="540E6DDA" w:rsidR="27FEE214">
              <w:rPr>
                <w:sz w:val="20"/>
                <w:szCs w:val="20"/>
              </w:rPr>
              <w:t>Digiwise</w:t>
            </w:r>
            <w:r w:rsidRPr="540E6DDA" w:rsidR="27FEE214">
              <w:rPr>
                <w:sz w:val="20"/>
                <w:szCs w:val="20"/>
              </w:rPr>
              <w:t xml:space="preserve"> OÜ (12538302); </w:t>
            </w:r>
            <w:r w:rsidRPr="540E6DDA" w:rsidR="27FEE214">
              <w:rPr>
                <w:sz w:val="20"/>
                <w:szCs w:val="20"/>
              </w:rPr>
              <w:t>Sihtasutus</w:t>
            </w:r>
            <w:r w:rsidRPr="540E6DDA" w:rsidR="27FEE214">
              <w:rPr>
                <w:sz w:val="20"/>
                <w:szCs w:val="20"/>
              </w:rPr>
              <w:t xml:space="preserve"> </w:t>
            </w:r>
            <w:r w:rsidRPr="540E6DDA" w:rsidR="27FEE214">
              <w:rPr>
                <w:sz w:val="20"/>
                <w:szCs w:val="20"/>
              </w:rPr>
              <w:t>Tallinna</w:t>
            </w:r>
            <w:r w:rsidRPr="540E6DDA" w:rsidR="27FEE214">
              <w:rPr>
                <w:sz w:val="20"/>
                <w:szCs w:val="20"/>
              </w:rPr>
              <w:t xml:space="preserve"> </w:t>
            </w:r>
            <w:r w:rsidRPr="540E6DDA" w:rsidR="27FEE214">
              <w:rPr>
                <w:sz w:val="20"/>
                <w:szCs w:val="20"/>
              </w:rPr>
              <w:t>Teaduspark</w:t>
            </w:r>
            <w:r w:rsidRPr="540E6DDA" w:rsidR="27FEE214">
              <w:rPr>
                <w:sz w:val="20"/>
                <w:szCs w:val="20"/>
              </w:rPr>
              <w:t xml:space="preserve"> TEHNOPOL (90008258)</w:t>
            </w:r>
          </w:p>
          <w:p w:rsidRPr="00516C10" w:rsidR="00F76209" w:rsidRDefault="00F76209" w14:paraId="76F73762" w14:textId="69AFDCE4">
            <w:pPr>
              <w:rPr>
                <w:sz w:val="20"/>
                <w:szCs w:val="20"/>
              </w:rPr>
            </w:pPr>
          </w:p>
        </w:tc>
        <w:tc>
          <w:tcPr>
            <w:tcW w:w="16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516C10" w:rsidR="00F76209" w:rsidRDefault="00F76209" w14:paraId="0514A03E" w14:textId="77777777">
            <w:pPr>
              <w:jc w:val="center"/>
              <w:rPr>
                <w:sz w:val="20"/>
                <w:szCs w:val="20"/>
              </w:rPr>
            </w:pPr>
            <w:r w:rsidRPr="00516C10">
              <w:rPr>
                <w:sz w:val="20"/>
                <w:szCs w:val="20"/>
              </w:rPr>
              <w:t>11152948</w:t>
            </w:r>
          </w:p>
        </w:tc>
        <w:tc>
          <w:tcPr>
            <w:tcW w:w="3096" w:type="dxa"/>
            <w:tcMar/>
          </w:tcPr>
          <w:p w:rsidRPr="00516C10" w:rsidR="00CB094A" w:rsidRDefault="00344694" w14:paraId="03543049" w14:textId="4EDB9A0C">
            <w:pPr>
              <w:rPr>
                <w:sz w:val="20"/>
                <w:szCs w:val="20"/>
              </w:rPr>
            </w:pPr>
            <w:r w:rsidRPr="00516C10">
              <w:rPr>
                <w:sz w:val="20"/>
                <w:szCs w:val="20"/>
              </w:rPr>
              <w:t>Harju maakond, Tallinn, Põhja-Tallinna linnaosa, Sõle tn 14, 10611</w:t>
            </w:r>
          </w:p>
        </w:tc>
        <w:tc>
          <w:tcPr>
            <w:tcW w:w="201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516C10" w:rsidR="00F76209" w:rsidRDefault="00F76209" w14:paraId="4FCD181E" w14:textId="77777777">
            <w:pPr>
              <w:rPr>
                <w:sz w:val="20"/>
                <w:szCs w:val="20"/>
              </w:rPr>
            </w:pPr>
            <w:r w:rsidRPr="00516C10">
              <w:rPr>
                <w:sz w:val="20"/>
                <w:szCs w:val="20"/>
              </w:rPr>
              <w:t>Marikai Karilaid</w:t>
            </w:r>
          </w:p>
        </w:tc>
        <w:tc>
          <w:tcPr>
            <w:tcW w:w="37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516C10" w:rsidR="00F76209" w:rsidRDefault="00F76209" w14:paraId="0A230834" w14:textId="77777777">
            <w:pPr>
              <w:rPr>
                <w:sz w:val="20"/>
                <w:szCs w:val="20"/>
              </w:rPr>
            </w:pPr>
            <w:r w:rsidRPr="00516C10">
              <w:rPr>
                <w:sz w:val="20"/>
                <w:szCs w:val="20"/>
              </w:rPr>
              <w:t>Marikai Karilaid, marikai@bda.ee, 56461333,</w:t>
            </w:r>
          </w:p>
        </w:tc>
      </w:tr>
      <w:tr w:rsidRPr="00516C10" w:rsidR="00F76209" w:rsidTr="78BF4B98" w14:paraId="03BF9EE2" w14:textId="77777777">
        <w:trPr>
          <w:cantSplit/>
          <w:trHeight w:val="300"/>
        </w:trPr>
        <w:tc>
          <w:tcPr>
            <w:tcW w:w="223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516C10" w:rsidR="00F76209" w:rsidRDefault="00F76209" w14:paraId="5C2C7CC2" w14:textId="77777777">
            <w:pPr>
              <w:rPr>
                <w:sz w:val="20"/>
                <w:szCs w:val="20"/>
              </w:rPr>
            </w:pPr>
            <w:r w:rsidRPr="00516C10">
              <w:rPr>
                <w:sz w:val="20"/>
                <w:szCs w:val="20"/>
              </w:rPr>
              <w:t>OÜ Otek</w:t>
            </w:r>
          </w:p>
        </w:tc>
        <w:tc>
          <w:tcPr>
            <w:tcW w:w="16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516C10" w:rsidR="00F76209" w:rsidRDefault="00F76209" w14:paraId="31BB09ED" w14:textId="77777777">
            <w:pPr>
              <w:jc w:val="center"/>
              <w:rPr>
                <w:sz w:val="20"/>
                <w:szCs w:val="20"/>
              </w:rPr>
            </w:pPr>
            <w:r w:rsidRPr="00516C10">
              <w:rPr>
                <w:sz w:val="20"/>
                <w:szCs w:val="20"/>
              </w:rPr>
              <w:t>12907515</w:t>
            </w:r>
          </w:p>
        </w:tc>
        <w:tc>
          <w:tcPr>
            <w:tcW w:w="3096" w:type="dxa"/>
            <w:tcMar/>
          </w:tcPr>
          <w:p w:rsidRPr="00516C10" w:rsidR="00CB094A" w:rsidRDefault="00F9180E" w14:paraId="6F788EB4" w14:textId="7B38502E">
            <w:pPr>
              <w:rPr>
                <w:sz w:val="20"/>
                <w:szCs w:val="20"/>
              </w:rPr>
            </w:pPr>
            <w:r w:rsidRPr="00516C10">
              <w:rPr>
                <w:sz w:val="20"/>
                <w:szCs w:val="20"/>
              </w:rPr>
              <w:br/>
            </w:r>
            <w:r w:rsidRPr="00516C10">
              <w:rPr>
                <w:sz w:val="20"/>
                <w:szCs w:val="20"/>
              </w:rPr>
              <w:t>Harju maakond, Rae vald, Järveküla, Maidu tee 8, 75304</w:t>
            </w:r>
          </w:p>
        </w:tc>
        <w:tc>
          <w:tcPr>
            <w:tcW w:w="201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516C10" w:rsidR="00F76209" w:rsidRDefault="00F76209" w14:paraId="7F0785C6" w14:textId="77777777">
            <w:pPr>
              <w:rPr>
                <w:sz w:val="20"/>
                <w:szCs w:val="20"/>
              </w:rPr>
            </w:pPr>
            <w:r w:rsidRPr="00516C10">
              <w:rPr>
                <w:sz w:val="20"/>
                <w:szCs w:val="20"/>
              </w:rPr>
              <w:t>Ott Velsberg</w:t>
            </w:r>
          </w:p>
        </w:tc>
        <w:tc>
          <w:tcPr>
            <w:tcW w:w="37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516C10" w:rsidR="00F76209" w:rsidRDefault="00F76209" w14:paraId="5EA3FCD5" w14:textId="77777777">
            <w:pPr>
              <w:rPr>
                <w:sz w:val="20"/>
                <w:szCs w:val="20"/>
              </w:rPr>
            </w:pPr>
            <w:r w:rsidRPr="00516C10">
              <w:rPr>
                <w:sz w:val="20"/>
                <w:szCs w:val="20"/>
              </w:rPr>
              <w:t>Ott Velsberg, ott.velsberg@gmail.com, 5133898</w:t>
            </w:r>
          </w:p>
        </w:tc>
      </w:tr>
      <w:tr w:rsidRPr="00516C10" w:rsidR="00F76209" w:rsidTr="78BF4B98" w14:paraId="73EDA5F4" w14:textId="77777777">
        <w:trPr>
          <w:cantSplit/>
          <w:trHeight w:val="300"/>
        </w:trPr>
        <w:tc>
          <w:tcPr>
            <w:tcW w:w="223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516C10" w:rsidR="00F76209" w:rsidRDefault="00F76209" w14:paraId="693EE657" w14:textId="77777777">
            <w:pPr>
              <w:rPr>
                <w:sz w:val="20"/>
                <w:szCs w:val="20"/>
              </w:rPr>
            </w:pPr>
            <w:r w:rsidRPr="00516C10">
              <w:rPr>
                <w:sz w:val="20"/>
                <w:szCs w:val="20"/>
              </w:rPr>
              <w:t>Finnable OÜ</w:t>
            </w:r>
          </w:p>
        </w:tc>
        <w:tc>
          <w:tcPr>
            <w:tcW w:w="16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516C10" w:rsidR="00F76209" w:rsidRDefault="00F76209" w14:paraId="2D17982F" w14:textId="77777777">
            <w:pPr>
              <w:jc w:val="center"/>
              <w:rPr>
                <w:sz w:val="20"/>
                <w:szCs w:val="20"/>
              </w:rPr>
            </w:pPr>
            <w:r w:rsidRPr="00516C10">
              <w:rPr>
                <w:sz w:val="20"/>
                <w:szCs w:val="20"/>
              </w:rPr>
              <w:t>16022676</w:t>
            </w:r>
          </w:p>
        </w:tc>
        <w:tc>
          <w:tcPr>
            <w:tcW w:w="3096" w:type="dxa"/>
            <w:tcMar/>
          </w:tcPr>
          <w:p w:rsidRPr="00516C10" w:rsidR="00CB094A" w:rsidRDefault="00FE2ECA" w14:paraId="7D361139" w14:textId="77777777">
            <w:pPr>
              <w:rPr>
                <w:sz w:val="20"/>
                <w:szCs w:val="20"/>
              </w:rPr>
            </w:pPr>
            <w:r w:rsidRPr="00516C10">
              <w:rPr>
                <w:sz w:val="20"/>
                <w:szCs w:val="20"/>
              </w:rPr>
              <w:t>Harju maakond, Jõelähtme vald, Iru küla, Metsa tee 24/1, 74206</w:t>
            </w:r>
          </w:p>
        </w:tc>
        <w:tc>
          <w:tcPr>
            <w:tcW w:w="201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516C10" w:rsidR="00F76209" w:rsidRDefault="00F76209" w14:paraId="1E3FA2DB" w14:textId="77777777">
            <w:pPr>
              <w:rPr>
                <w:sz w:val="20"/>
                <w:szCs w:val="20"/>
              </w:rPr>
            </w:pPr>
            <w:r w:rsidRPr="00516C10">
              <w:rPr>
                <w:sz w:val="20"/>
                <w:szCs w:val="20"/>
              </w:rPr>
              <w:t>Gerlyn Tiigemäe</w:t>
            </w:r>
          </w:p>
        </w:tc>
        <w:tc>
          <w:tcPr>
            <w:tcW w:w="37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516C10" w:rsidR="00F76209" w:rsidRDefault="00F76209" w14:paraId="0A577BCF" w14:textId="77777777">
            <w:pPr>
              <w:rPr>
                <w:sz w:val="20"/>
                <w:szCs w:val="20"/>
              </w:rPr>
            </w:pPr>
            <w:r w:rsidRPr="00516C10">
              <w:rPr>
                <w:sz w:val="20"/>
                <w:szCs w:val="20"/>
              </w:rPr>
              <w:t>Gerlyn Tiigemäe, gerlyn@tiigemae.ee, 5269209; Marju Sokman, marjusokman@gmail.com, 5169671; Airi Mitendorf, airi.mitendorf@gmail.com, 5233188</w:t>
            </w:r>
          </w:p>
        </w:tc>
      </w:tr>
      <w:tr w:rsidRPr="00516C10" w:rsidR="00F76209" w:rsidTr="78BF4B98" w14:paraId="48ABA1FF" w14:textId="77777777">
        <w:trPr>
          <w:cantSplit/>
          <w:trHeight w:val="300"/>
        </w:trPr>
        <w:tc>
          <w:tcPr>
            <w:tcW w:w="223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516C10" w:rsidR="00F76209" w:rsidRDefault="00F76209" w14:paraId="7F046CA2" w14:textId="77777777">
            <w:pPr>
              <w:rPr>
                <w:sz w:val="20"/>
                <w:szCs w:val="20"/>
              </w:rPr>
            </w:pPr>
            <w:r w:rsidRPr="00516C10">
              <w:rPr>
                <w:sz w:val="20"/>
                <w:szCs w:val="20"/>
              </w:rPr>
              <w:t>Tehisintellekt OÜ</w:t>
            </w:r>
          </w:p>
        </w:tc>
        <w:tc>
          <w:tcPr>
            <w:tcW w:w="16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516C10" w:rsidR="00F76209" w:rsidRDefault="00F76209" w14:paraId="67C891BD" w14:textId="77777777">
            <w:pPr>
              <w:jc w:val="center"/>
              <w:rPr>
                <w:sz w:val="20"/>
                <w:szCs w:val="20"/>
              </w:rPr>
            </w:pPr>
            <w:r w:rsidRPr="00516C10">
              <w:rPr>
                <w:sz w:val="20"/>
                <w:szCs w:val="20"/>
              </w:rPr>
              <w:t>16967299</w:t>
            </w:r>
          </w:p>
        </w:tc>
        <w:tc>
          <w:tcPr>
            <w:tcW w:w="3096" w:type="dxa"/>
            <w:tcMar/>
          </w:tcPr>
          <w:p w:rsidRPr="00516C10" w:rsidR="00CB094A" w:rsidRDefault="00FE2ECA" w14:paraId="148BE87D" w14:textId="77777777">
            <w:pPr>
              <w:rPr>
                <w:sz w:val="20"/>
                <w:szCs w:val="20"/>
              </w:rPr>
            </w:pPr>
            <w:r w:rsidRPr="00516C10">
              <w:rPr>
                <w:sz w:val="20"/>
                <w:szCs w:val="20"/>
              </w:rPr>
              <w:t>Harju maakond, Tallinn, Kesklinna linnaosa, Jalgpalli tn 1, 11312</w:t>
            </w:r>
          </w:p>
        </w:tc>
        <w:tc>
          <w:tcPr>
            <w:tcW w:w="201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516C10" w:rsidR="00F76209" w:rsidRDefault="00F76209" w14:paraId="5662BB4E" w14:textId="77777777">
            <w:pPr>
              <w:rPr>
                <w:sz w:val="20"/>
                <w:szCs w:val="20"/>
              </w:rPr>
            </w:pPr>
            <w:r w:rsidRPr="00516C10">
              <w:rPr>
                <w:sz w:val="20"/>
                <w:szCs w:val="20"/>
              </w:rPr>
              <w:t>Eneli Eljand</w:t>
            </w:r>
          </w:p>
        </w:tc>
        <w:tc>
          <w:tcPr>
            <w:tcW w:w="37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516C10" w:rsidR="00F76209" w:rsidRDefault="00F76209" w14:paraId="24B88C82" w14:textId="77777777">
            <w:pPr>
              <w:rPr>
                <w:sz w:val="20"/>
                <w:szCs w:val="20"/>
              </w:rPr>
            </w:pPr>
            <w:r w:rsidRPr="00516C10">
              <w:rPr>
                <w:sz w:val="20"/>
                <w:szCs w:val="20"/>
              </w:rPr>
              <w:t>Eneli Eljand, eneli@tehisintellekt.ee 56474115</w:t>
            </w:r>
          </w:p>
        </w:tc>
      </w:tr>
      <w:tr w:rsidRPr="00516C10" w:rsidR="00F76209" w:rsidTr="78BF4B98" w14:paraId="75D18327" w14:textId="77777777">
        <w:trPr>
          <w:cantSplit/>
          <w:trHeight w:val="300"/>
        </w:trPr>
        <w:tc>
          <w:tcPr>
            <w:tcW w:w="223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516C10" w:rsidR="00F76209" w:rsidRDefault="00F76209" w14:paraId="7B7295CA" w14:textId="77777777">
            <w:pPr>
              <w:rPr>
                <w:sz w:val="20"/>
                <w:szCs w:val="20"/>
              </w:rPr>
            </w:pPr>
            <w:r w:rsidRPr="00516C10">
              <w:rPr>
                <w:sz w:val="20"/>
                <w:szCs w:val="20"/>
              </w:rPr>
              <w:t>Miltton New Nordics OÜ</w:t>
            </w:r>
          </w:p>
        </w:tc>
        <w:tc>
          <w:tcPr>
            <w:tcW w:w="16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516C10" w:rsidR="00F76209" w:rsidRDefault="00F76209" w14:paraId="75E964A2" w14:textId="77777777">
            <w:pPr>
              <w:jc w:val="center"/>
              <w:rPr>
                <w:sz w:val="20"/>
                <w:szCs w:val="20"/>
              </w:rPr>
            </w:pPr>
            <w:r w:rsidRPr="00516C10">
              <w:rPr>
                <w:sz w:val="20"/>
                <w:szCs w:val="20"/>
              </w:rPr>
              <w:t>14618181</w:t>
            </w:r>
          </w:p>
        </w:tc>
        <w:tc>
          <w:tcPr>
            <w:tcW w:w="3096" w:type="dxa"/>
            <w:tcMar/>
          </w:tcPr>
          <w:p w:rsidRPr="00516C10" w:rsidR="00CB094A" w:rsidRDefault="00FE2ECA" w14:paraId="15C69D9B" w14:textId="77777777">
            <w:pPr>
              <w:rPr>
                <w:sz w:val="20"/>
                <w:szCs w:val="20"/>
              </w:rPr>
            </w:pPr>
            <w:r w:rsidRPr="00516C10">
              <w:rPr>
                <w:sz w:val="20"/>
                <w:szCs w:val="20"/>
              </w:rPr>
              <w:t>Harju maakond, Tallinn, Põhja-Tallinna linnaosa, Telliskivi tn 60/2, 10412</w:t>
            </w:r>
          </w:p>
        </w:tc>
        <w:tc>
          <w:tcPr>
            <w:tcW w:w="201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516C10" w:rsidR="00F76209" w:rsidRDefault="00F76209" w14:paraId="7F98F56F" w14:textId="77777777">
            <w:pPr>
              <w:rPr>
                <w:sz w:val="20"/>
                <w:szCs w:val="20"/>
              </w:rPr>
            </w:pPr>
            <w:r w:rsidRPr="00516C10">
              <w:rPr>
                <w:sz w:val="20"/>
                <w:szCs w:val="20"/>
              </w:rPr>
              <w:t>Sandra Kamilova</w:t>
            </w:r>
          </w:p>
        </w:tc>
        <w:tc>
          <w:tcPr>
            <w:tcW w:w="37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516C10" w:rsidR="00F76209" w:rsidRDefault="00F76209" w14:paraId="2A0C9105" w14:textId="77777777">
            <w:pPr>
              <w:rPr>
                <w:sz w:val="20"/>
                <w:szCs w:val="20"/>
              </w:rPr>
            </w:pPr>
            <w:r w:rsidRPr="00516C10">
              <w:rPr>
                <w:sz w:val="20"/>
                <w:szCs w:val="20"/>
              </w:rPr>
              <w:t xml:space="preserve">Sandra Kamilova, sandra.kamilova@miltton.com, </w:t>
            </w:r>
          </w:p>
          <w:p w:rsidRPr="00516C10" w:rsidR="00F76209" w:rsidRDefault="00F76209" w14:paraId="3F2443A9" w14:textId="77777777">
            <w:pPr>
              <w:rPr>
                <w:sz w:val="20"/>
                <w:szCs w:val="20"/>
              </w:rPr>
            </w:pPr>
            <w:r w:rsidRPr="00516C10">
              <w:rPr>
                <w:sz w:val="20"/>
                <w:szCs w:val="20"/>
              </w:rPr>
              <w:t>5667 5362</w:t>
            </w:r>
          </w:p>
        </w:tc>
      </w:tr>
      <w:tr w:rsidRPr="00516C10" w:rsidR="00F76209" w:rsidTr="78BF4B98" w14:paraId="1688F0D3" w14:textId="77777777">
        <w:trPr>
          <w:cantSplit/>
          <w:trHeight w:val="300"/>
        </w:trPr>
        <w:tc>
          <w:tcPr>
            <w:tcW w:w="223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516C10" w:rsidR="00F76209" w:rsidRDefault="00F76209" w14:paraId="01A154DA" w14:textId="77777777">
            <w:pPr>
              <w:rPr>
                <w:sz w:val="20"/>
                <w:szCs w:val="20"/>
              </w:rPr>
            </w:pPr>
            <w:r w:rsidRPr="00516C10">
              <w:rPr>
                <w:sz w:val="20"/>
                <w:szCs w:val="20"/>
              </w:rPr>
              <w:t>TopAI OÜ</w:t>
            </w:r>
          </w:p>
        </w:tc>
        <w:tc>
          <w:tcPr>
            <w:tcW w:w="16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516C10" w:rsidR="00F76209" w:rsidRDefault="00F76209" w14:paraId="2540CF0B" w14:textId="77777777">
            <w:pPr>
              <w:jc w:val="center"/>
              <w:rPr>
                <w:sz w:val="20"/>
                <w:szCs w:val="20"/>
              </w:rPr>
            </w:pPr>
            <w:r w:rsidRPr="00516C10">
              <w:rPr>
                <w:sz w:val="20"/>
                <w:szCs w:val="20"/>
              </w:rPr>
              <w:t>17545353</w:t>
            </w:r>
          </w:p>
        </w:tc>
        <w:tc>
          <w:tcPr>
            <w:tcW w:w="3096" w:type="dxa"/>
            <w:tcMar/>
          </w:tcPr>
          <w:p w:rsidRPr="00516C10" w:rsidR="00CB094A" w:rsidRDefault="00FE2ECA" w14:paraId="4253940A" w14:textId="77777777">
            <w:pPr>
              <w:rPr>
                <w:sz w:val="20"/>
                <w:szCs w:val="20"/>
              </w:rPr>
            </w:pPr>
            <w:r w:rsidRPr="00516C10">
              <w:rPr>
                <w:sz w:val="20"/>
                <w:szCs w:val="20"/>
              </w:rPr>
              <w:t>Harju maakond, Tallinn, Kesklinna linnaosa, Narva mnt 5, 10117</w:t>
            </w:r>
          </w:p>
        </w:tc>
        <w:tc>
          <w:tcPr>
            <w:tcW w:w="201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516C10" w:rsidR="00F76209" w:rsidRDefault="00F76209" w14:paraId="1B632E12" w14:textId="77777777">
            <w:pPr>
              <w:rPr>
                <w:sz w:val="20"/>
                <w:szCs w:val="20"/>
              </w:rPr>
            </w:pPr>
            <w:r w:rsidRPr="00516C10">
              <w:rPr>
                <w:sz w:val="20"/>
                <w:szCs w:val="20"/>
              </w:rPr>
              <w:t>Sven Illing</w:t>
            </w:r>
          </w:p>
        </w:tc>
        <w:tc>
          <w:tcPr>
            <w:tcW w:w="37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516C10" w:rsidR="00F76209" w:rsidRDefault="00F76209" w14:paraId="46EB3005" w14:textId="77777777">
            <w:pPr>
              <w:rPr>
                <w:sz w:val="20"/>
                <w:szCs w:val="20"/>
              </w:rPr>
            </w:pPr>
            <w:r w:rsidRPr="00516C10">
              <w:rPr>
                <w:sz w:val="20"/>
                <w:szCs w:val="20"/>
              </w:rPr>
              <w:t xml:space="preserve">Sven Illing, </w:t>
            </w:r>
            <w:hyperlink w:history="1" r:id="rId8">
              <w:r w:rsidRPr="00516C10">
                <w:rPr>
                  <w:rStyle w:val="a"/>
                  <w:sz w:val="20"/>
                  <w:szCs w:val="20"/>
                </w:rPr>
                <w:t>sven@topai.ee</w:t>
              </w:r>
            </w:hyperlink>
            <w:r w:rsidRPr="00516C10">
              <w:rPr>
                <w:sz w:val="20"/>
                <w:szCs w:val="20"/>
              </w:rPr>
              <w:t>, 5251686</w:t>
            </w:r>
          </w:p>
        </w:tc>
      </w:tr>
      <w:tr w:rsidRPr="00516C10" w:rsidR="00F76209" w:rsidTr="78BF4B98" w14:paraId="6C43F5C4" w14:textId="77777777">
        <w:trPr>
          <w:cantSplit/>
          <w:trHeight w:val="300"/>
        </w:trPr>
        <w:tc>
          <w:tcPr>
            <w:tcW w:w="223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516C10" w:rsidR="00F76209" w:rsidRDefault="00F76209" w14:paraId="1E8B8DD2" w14:textId="77777777">
            <w:pPr>
              <w:rPr>
                <w:sz w:val="20"/>
                <w:szCs w:val="20"/>
              </w:rPr>
            </w:pPr>
            <w:r w:rsidRPr="00516C10">
              <w:rPr>
                <w:sz w:val="20"/>
                <w:szCs w:val="20"/>
              </w:rPr>
              <w:t>Kungla Koolitused OÜ</w:t>
            </w:r>
          </w:p>
        </w:tc>
        <w:tc>
          <w:tcPr>
            <w:tcW w:w="16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516C10" w:rsidR="00F76209" w:rsidRDefault="00F76209" w14:paraId="6ACC697C" w14:textId="77777777">
            <w:pPr>
              <w:jc w:val="center"/>
              <w:rPr>
                <w:sz w:val="20"/>
                <w:szCs w:val="20"/>
              </w:rPr>
            </w:pPr>
            <w:r w:rsidRPr="00516C10">
              <w:rPr>
                <w:sz w:val="20"/>
                <w:szCs w:val="20"/>
              </w:rPr>
              <w:t>17578045</w:t>
            </w:r>
          </w:p>
        </w:tc>
        <w:tc>
          <w:tcPr>
            <w:tcW w:w="3096" w:type="dxa"/>
            <w:tcMar/>
          </w:tcPr>
          <w:p w:rsidRPr="00516C10" w:rsidR="00CB094A" w:rsidRDefault="00FE2ECA" w14:paraId="3EF79CBA" w14:textId="77777777">
            <w:pPr>
              <w:rPr>
                <w:sz w:val="20"/>
                <w:szCs w:val="20"/>
              </w:rPr>
            </w:pPr>
            <w:r w:rsidRPr="00516C10">
              <w:rPr>
                <w:sz w:val="20"/>
                <w:szCs w:val="20"/>
              </w:rPr>
              <w:t>Saare maakond, Saaremaa vald, Kuressaare linn, Kungla tn 6, 93814</w:t>
            </w:r>
          </w:p>
        </w:tc>
        <w:tc>
          <w:tcPr>
            <w:tcW w:w="201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516C10" w:rsidR="00F76209" w:rsidRDefault="00F76209" w14:paraId="3C446DF4" w14:textId="77777777">
            <w:pPr>
              <w:rPr>
                <w:sz w:val="20"/>
                <w:szCs w:val="20"/>
              </w:rPr>
            </w:pPr>
            <w:r w:rsidRPr="00516C10">
              <w:rPr>
                <w:sz w:val="20"/>
                <w:szCs w:val="20"/>
              </w:rPr>
              <w:t>Kristjan Kesküla</w:t>
            </w:r>
          </w:p>
        </w:tc>
        <w:tc>
          <w:tcPr>
            <w:tcW w:w="37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516C10" w:rsidR="00F76209" w:rsidRDefault="00F76209" w14:paraId="283AF013" w14:textId="77777777">
            <w:pPr>
              <w:rPr>
                <w:sz w:val="20"/>
                <w:szCs w:val="20"/>
              </w:rPr>
            </w:pPr>
            <w:r w:rsidRPr="00516C10">
              <w:rPr>
                <w:sz w:val="20"/>
                <w:szCs w:val="20"/>
              </w:rPr>
              <w:t>Kristjan Kesküla, kristjan.keskyla@gmail.com,  53735449</w:t>
            </w:r>
          </w:p>
        </w:tc>
      </w:tr>
      <w:tr w:rsidRPr="00516C10" w:rsidR="00F76209" w:rsidTr="78BF4B98" w14:paraId="79B8F3E4" w14:textId="77777777">
        <w:trPr>
          <w:cantSplit/>
          <w:trHeight w:val="300"/>
        </w:trPr>
        <w:tc>
          <w:tcPr>
            <w:tcW w:w="223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516C10" w:rsidR="00F76209" w:rsidRDefault="2A34B913" w14:paraId="063840A4" w14:textId="3CA40F2F">
            <w:pPr>
              <w:rPr>
                <w:sz w:val="20"/>
                <w:szCs w:val="20"/>
              </w:rPr>
            </w:pPr>
            <w:r w:rsidRPr="460CD4AB">
              <w:rPr>
                <w:sz w:val="20"/>
                <w:szCs w:val="20"/>
              </w:rPr>
              <w:t>KOIV INVEST O</w:t>
            </w:r>
            <w:r w:rsidRPr="460CD4AB" w:rsidR="46C4BED9">
              <w:rPr>
                <w:sz w:val="20"/>
                <w:szCs w:val="20"/>
              </w:rPr>
              <w:t>Ü</w:t>
            </w:r>
          </w:p>
        </w:tc>
        <w:tc>
          <w:tcPr>
            <w:tcW w:w="16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516C10" w:rsidR="00F76209" w:rsidRDefault="00F76209" w14:paraId="37147E5D" w14:textId="77777777">
            <w:pPr>
              <w:jc w:val="center"/>
              <w:rPr>
                <w:sz w:val="20"/>
                <w:szCs w:val="20"/>
              </w:rPr>
            </w:pPr>
            <w:r w:rsidRPr="00516C10">
              <w:rPr>
                <w:sz w:val="20"/>
                <w:szCs w:val="20"/>
              </w:rPr>
              <w:t>11517964</w:t>
            </w:r>
          </w:p>
        </w:tc>
        <w:tc>
          <w:tcPr>
            <w:tcW w:w="3096" w:type="dxa"/>
            <w:tcMar/>
          </w:tcPr>
          <w:p w:rsidRPr="00516C10" w:rsidR="00CB094A" w:rsidRDefault="00FE2ECA" w14:paraId="284084C3" w14:textId="77777777">
            <w:pPr>
              <w:rPr>
                <w:sz w:val="20"/>
                <w:szCs w:val="20"/>
              </w:rPr>
            </w:pPr>
            <w:r w:rsidRPr="00516C10">
              <w:rPr>
                <w:sz w:val="20"/>
                <w:szCs w:val="20"/>
              </w:rPr>
              <w:t>Harju maakond, Viimsi vald, Haabneeme alevik, Pihlaka tee 19, 74001</w:t>
            </w:r>
          </w:p>
        </w:tc>
        <w:tc>
          <w:tcPr>
            <w:tcW w:w="201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516C10" w:rsidR="00F76209" w:rsidRDefault="00F76209" w14:paraId="4E31F18C" w14:textId="77777777">
            <w:pPr>
              <w:rPr>
                <w:sz w:val="20"/>
                <w:szCs w:val="20"/>
              </w:rPr>
            </w:pPr>
            <w:r w:rsidRPr="00516C10">
              <w:rPr>
                <w:sz w:val="20"/>
                <w:szCs w:val="20"/>
              </w:rPr>
              <w:t>Urmas Kõiv</w:t>
            </w:r>
          </w:p>
        </w:tc>
        <w:tc>
          <w:tcPr>
            <w:tcW w:w="37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516C10" w:rsidR="00F76209" w:rsidRDefault="00F76209" w14:paraId="6D0C775A" w14:textId="77777777">
            <w:pPr>
              <w:rPr>
                <w:sz w:val="20"/>
                <w:szCs w:val="20"/>
              </w:rPr>
            </w:pPr>
            <w:r w:rsidRPr="00516C10">
              <w:rPr>
                <w:sz w:val="20"/>
                <w:szCs w:val="20"/>
              </w:rPr>
              <w:t>Urmas Kõiv, urmas@areng.ee, 5077007</w:t>
            </w:r>
          </w:p>
        </w:tc>
      </w:tr>
      <w:tr w:rsidRPr="00516C10" w:rsidR="00F76209" w:rsidTr="78BF4B98" w14:paraId="758DD180" w14:textId="77777777">
        <w:trPr>
          <w:cantSplit/>
          <w:trHeight w:val="300"/>
        </w:trPr>
        <w:tc>
          <w:tcPr>
            <w:tcW w:w="223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516C10" w:rsidR="00F76209" w:rsidRDefault="00F76209" w14:paraId="47716691" w14:textId="77777777">
            <w:pPr>
              <w:rPr>
                <w:sz w:val="20"/>
                <w:szCs w:val="20"/>
              </w:rPr>
            </w:pPr>
            <w:r w:rsidRPr="00516C10">
              <w:rPr>
                <w:sz w:val="20"/>
                <w:szCs w:val="20"/>
              </w:rPr>
              <w:t>GENERGIO OÜ</w:t>
            </w:r>
          </w:p>
        </w:tc>
        <w:tc>
          <w:tcPr>
            <w:tcW w:w="16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516C10" w:rsidR="00F76209" w:rsidRDefault="00F76209" w14:paraId="6478A283" w14:textId="77777777">
            <w:pPr>
              <w:jc w:val="center"/>
              <w:rPr>
                <w:sz w:val="20"/>
                <w:szCs w:val="20"/>
              </w:rPr>
            </w:pPr>
            <w:r w:rsidRPr="00516C10">
              <w:rPr>
                <w:sz w:val="20"/>
                <w:szCs w:val="20"/>
              </w:rPr>
              <w:t>10687009</w:t>
            </w:r>
          </w:p>
        </w:tc>
        <w:tc>
          <w:tcPr>
            <w:tcW w:w="3096" w:type="dxa"/>
            <w:tcMar/>
          </w:tcPr>
          <w:p w:rsidRPr="00516C10" w:rsidR="00CB094A" w:rsidRDefault="00FE2ECA" w14:paraId="02FF73A1" w14:textId="77777777">
            <w:pPr>
              <w:rPr>
                <w:sz w:val="20"/>
                <w:szCs w:val="20"/>
              </w:rPr>
            </w:pPr>
            <w:r w:rsidRPr="00516C10">
              <w:rPr>
                <w:sz w:val="20"/>
                <w:szCs w:val="20"/>
              </w:rPr>
              <w:t>Harju maakond, Tallinn, Lasnamäe linnaosa, Lõõtsa tn 6, 74001</w:t>
            </w:r>
          </w:p>
        </w:tc>
        <w:tc>
          <w:tcPr>
            <w:tcW w:w="201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516C10" w:rsidR="00F76209" w:rsidRDefault="00F76209" w14:paraId="1D039A84" w14:textId="77777777">
            <w:pPr>
              <w:rPr>
                <w:sz w:val="20"/>
                <w:szCs w:val="20"/>
              </w:rPr>
            </w:pPr>
            <w:r w:rsidRPr="00516C10">
              <w:rPr>
                <w:sz w:val="20"/>
                <w:szCs w:val="20"/>
              </w:rPr>
              <w:t>Urmas Kõiv</w:t>
            </w:r>
          </w:p>
        </w:tc>
        <w:tc>
          <w:tcPr>
            <w:tcW w:w="37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516C10" w:rsidR="00F76209" w:rsidRDefault="00F76209" w14:paraId="2E4B882F" w14:textId="77777777">
            <w:pPr>
              <w:rPr>
                <w:sz w:val="20"/>
                <w:szCs w:val="20"/>
              </w:rPr>
            </w:pPr>
            <w:r w:rsidRPr="00516C10">
              <w:rPr>
                <w:sz w:val="20"/>
                <w:szCs w:val="20"/>
              </w:rPr>
              <w:t>Urmas Kõiv, urmas@areng.ee, 5077007</w:t>
            </w:r>
          </w:p>
        </w:tc>
      </w:tr>
      <w:tr w:rsidRPr="00516C10" w:rsidR="00F76209" w:rsidTr="78BF4B98" w14:paraId="0F11CD0C" w14:textId="77777777">
        <w:trPr>
          <w:cantSplit/>
          <w:trHeight w:val="300"/>
        </w:trPr>
        <w:tc>
          <w:tcPr>
            <w:tcW w:w="223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516C10" w:rsidR="00F76209" w:rsidRDefault="00F76209" w14:paraId="5CAB2391" w14:textId="77777777">
            <w:pPr>
              <w:rPr>
                <w:sz w:val="20"/>
                <w:szCs w:val="20"/>
              </w:rPr>
            </w:pPr>
            <w:r w:rsidRPr="00516C10">
              <w:rPr>
                <w:sz w:val="20"/>
                <w:szCs w:val="20"/>
              </w:rPr>
              <w:t>MINDTITAN OÜ</w:t>
            </w:r>
          </w:p>
        </w:tc>
        <w:tc>
          <w:tcPr>
            <w:tcW w:w="16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516C10" w:rsidR="00F76209" w:rsidRDefault="00F76209" w14:paraId="2C806C7C" w14:textId="77777777">
            <w:pPr>
              <w:jc w:val="center"/>
              <w:rPr>
                <w:sz w:val="20"/>
                <w:szCs w:val="20"/>
              </w:rPr>
            </w:pPr>
            <w:r w:rsidRPr="00516C10">
              <w:rPr>
                <w:sz w:val="20"/>
                <w:szCs w:val="20"/>
              </w:rPr>
              <w:t>14131800</w:t>
            </w:r>
          </w:p>
        </w:tc>
        <w:tc>
          <w:tcPr>
            <w:tcW w:w="3096" w:type="dxa"/>
            <w:tcMar/>
          </w:tcPr>
          <w:p w:rsidRPr="00516C10" w:rsidR="00CB094A" w:rsidRDefault="00FE2ECA" w14:paraId="55CE9FB8" w14:textId="77777777">
            <w:pPr>
              <w:rPr>
                <w:sz w:val="20"/>
                <w:szCs w:val="20"/>
              </w:rPr>
            </w:pPr>
            <w:r w:rsidRPr="00516C10">
              <w:rPr>
                <w:sz w:val="20"/>
                <w:szCs w:val="20"/>
              </w:rPr>
              <w:t>Tartu maakond, Tartu linn, Tartu linn, Võru tn 154b, 50111</w:t>
            </w:r>
          </w:p>
        </w:tc>
        <w:tc>
          <w:tcPr>
            <w:tcW w:w="201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516C10" w:rsidR="00F76209" w:rsidRDefault="00F76209" w14:paraId="72D24B67" w14:textId="77777777">
            <w:pPr>
              <w:rPr>
                <w:sz w:val="20"/>
                <w:szCs w:val="20"/>
              </w:rPr>
            </w:pPr>
            <w:r w:rsidRPr="00516C10">
              <w:rPr>
                <w:sz w:val="20"/>
                <w:szCs w:val="20"/>
              </w:rPr>
              <w:t>Kristjan Jansons</w:t>
            </w:r>
          </w:p>
        </w:tc>
        <w:tc>
          <w:tcPr>
            <w:tcW w:w="37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516C10" w:rsidR="00F76209" w:rsidRDefault="00F76209" w14:paraId="08A3AE66" w14:textId="77777777">
            <w:pPr>
              <w:rPr>
                <w:sz w:val="20"/>
                <w:szCs w:val="20"/>
              </w:rPr>
            </w:pPr>
            <w:r w:rsidRPr="00516C10">
              <w:rPr>
                <w:sz w:val="20"/>
                <w:szCs w:val="20"/>
              </w:rPr>
              <w:t>Kristjan Jansons, kristjan.jansons@mindtitan.com, 5668 8239</w:t>
            </w:r>
          </w:p>
        </w:tc>
      </w:tr>
      <w:tr w:rsidRPr="00516C10" w:rsidR="00F76209" w:rsidTr="78BF4B98" w14:paraId="7155A3F9" w14:textId="77777777">
        <w:trPr>
          <w:cantSplit/>
          <w:trHeight w:val="300"/>
        </w:trPr>
        <w:tc>
          <w:tcPr>
            <w:tcW w:w="223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516C10" w:rsidR="00F76209" w:rsidRDefault="00F76209" w14:paraId="38F3EC19" w14:textId="77777777">
            <w:pPr>
              <w:rPr>
                <w:sz w:val="20"/>
                <w:szCs w:val="20"/>
              </w:rPr>
            </w:pPr>
            <w:r w:rsidRPr="00516C10">
              <w:rPr>
                <w:sz w:val="20"/>
                <w:szCs w:val="20"/>
              </w:rPr>
              <w:t>BCS Koolitus AS</w:t>
            </w:r>
          </w:p>
        </w:tc>
        <w:tc>
          <w:tcPr>
            <w:tcW w:w="16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516C10" w:rsidR="00F76209" w:rsidRDefault="00F76209" w14:paraId="00B55167" w14:textId="77777777">
            <w:pPr>
              <w:jc w:val="center"/>
              <w:rPr>
                <w:sz w:val="20"/>
                <w:szCs w:val="20"/>
              </w:rPr>
            </w:pPr>
            <w:r w:rsidRPr="00516C10">
              <w:rPr>
                <w:sz w:val="20"/>
                <w:szCs w:val="20"/>
              </w:rPr>
              <w:t>10723047</w:t>
            </w:r>
          </w:p>
        </w:tc>
        <w:tc>
          <w:tcPr>
            <w:tcW w:w="3096" w:type="dxa"/>
            <w:tcMar/>
          </w:tcPr>
          <w:p w:rsidRPr="00516C10" w:rsidR="00CB094A" w:rsidRDefault="00FE2ECA" w14:paraId="4700997C" w14:textId="77777777">
            <w:pPr>
              <w:rPr>
                <w:sz w:val="20"/>
                <w:szCs w:val="20"/>
              </w:rPr>
            </w:pPr>
            <w:r w:rsidRPr="00516C10">
              <w:rPr>
                <w:sz w:val="20"/>
                <w:szCs w:val="20"/>
              </w:rPr>
              <w:t>Harju maakond, Tallinn, Kesklinna linnaosa, Aia tn 7,10111</w:t>
            </w:r>
          </w:p>
        </w:tc>
        <w:tc>
          <w:tcPr>
            <w:tcW w:w="201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516C10" w:rsidR="00F76209" w:rsidRDefault="00F76209" w14:paraId="7D0D054F" w14:textId="77777777">
            <w:pPr>
              <w:rPr>
                <w:sz w:val="20"/>
                <w:szCs w:val="20"/>
              </w:rPr>
            </w:pPr>
            <w:r w:rsidRPr="00516C10">
              <w:rPr>
                <w:sz w:val="20"/>
                <w:szCs w:val="20"/>
              </w:rPr>
              <w:t>Anni Sild</w:t>
            </w:r>
          </w:p>
        </w:tc>
        <w:tc>
          <w:tcPr>
            <w:tcW w:w="37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516C10" w:rsidR="00F76209" w:rsidRDefault="00F76209" w14:paraId="77919624" w14:textId="77777777">
            <w:pPr>
              <w:rPr>
                <w:sz w:val="20"/>
                <w:szCs w:val="20"/>
              </w:rPr>
            </w:pPr>
            <w:r w:rsidRPr="00516C10">
              <w:rPr>
                <w:sz w:val="20"/>
                <w:szCs w:val="20"/>
              </w:rPr>
              <w:t>Kerli Saarelaid, kerli.saarelaid@bcs.ee, tel 5696 3001; Ott Alemaa, ott.alemaa@bcs.ee, tel 680 6880</w:t>
            </w:r>
          </w:p>
        </w:tc>
      </w:tr>
      <w:tr w:rsidRPr="00516C10" w:rsidR="00F76209" w:rsidTr="78BF4B98" w14:paraId="7FD6187F" w14:textId="77777777">
        <w:trPr>
          <w:cantSplit/>
          <w:trHeight w:val="630"/>
        </w:trPr>
        <w:tc>
          <w:tcPr>
            <w:tcW w:w="223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516C10" w:rsidR="00F76209" w:rsidRDefault="00F76209" w14:paraId="7D806EB4" w14:textId="77777777">
            <w:pPr>
              <w:rPr>
                <w:sz w:val="20"/>
                <w:szCs w:val="20"/>
              </w:rPr>
            </w:pPr>
            <w:r w:rsidRPr="00516C10">
              <w:rPr>
                <w:sz w:val="20"/>
                <w:szCs w:val="20"/>
              </w:rPr>
              <w:t>Projektiagentuur OÜ</w:t>
            </w:r>
          </w:p>
        </w:tc>
        <w:tc>
          <w:tcPr>
            <w:tcW w:w="16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516C10" w:rsidR="00F76209" w:rsidRDefault="00F76209" w14:paraId="4323FB48" w14:textId="77777777">
            <w:pPr>
              <w:jc w:val="center"/>
              <w:rPr>
                <w:sz w:val="20"/>
                <w:szCs w:val="20"/>
              </w:rPr>
            </w:pPr>
            <w:r w:rsidRPr="00516C10">
              <w:rPr>
                <w:sz w:val="20"/>
                <w:szCs w:val="20"/>
              </w:rPr>
              <w:t>14090283</w:t>
            </w:r>
          </w:p>
        </w:tc>
        <w:tc>
          <w:tcPr>
            <w:tcW w:w="3096" w:type="dxa"/>
            <w:tcMar/>
          </w:tcPr>
          <w:p w:rsidRPr="00516C10" w:rsidR="00CB094A" w:rsidRDefault="00FE2ECA" w14:paraId="566BD7CA" w14:textId="77777777">
            <w:pPr>
              <w:rPr>
                <w:sz w:val="20"/>
                <w:szCs w:val="20"/>
              </w:rPr>
            </w:pPr>
            <w:r w:rsidRPr="00516C10">
              <w:rPr>
                <w:sz w:val="20"/>
                <w:szCs w:val="20"/>
              </w:rPr>
              <w:t>Rapla maakond, Rapla vald, Rapla linn, Jaama tn 3, 79514</w:t>
            </w:r>
          </w:p>
        </w:tc>
        <w:tc>
          <w:tcPr>
            <w:tcW w:w="201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516C10" w:rsidR="00F76209" w:rsidRDefault="00F76209" w14:paraId="02424A09" w14:textId="77777777">
            <w:pPr>
              <w:rPr>
                <w:sz w:val="20"/>
                <w:szCs w:val="20"/>
              </w:rPr>
            </w:pPr>
            <w:r w:rsidRPr="00516C10">
              <w:rPr>
                <w:sz w:val="20"/>
                <w:szCs w:val="20"/>
              </w:rPr>
              <w:t>Jane Helandi</w:t>
            </w:r>
          </w:p>
        </w:tc>
        <w:tc>
          <w:tcPr>
            <w:tcW w:w="37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516C10" w:rsidR="00F76209" w:rsidRDefault="00F76209" w14:paraId="441EF317" w14:textId="77777777">
            <w:pPr>
              <w:rPr>
                <w:sz w:val="20"/>
                <w:szCs w:val="20"/>
              </w:rPr>
            </w:pPr>
            <w:r w:rsidRPr="00516C10">
              <w:rPr>
                <w:sz w:val="20"/>
                <w:szCs w:val="20"/>
              </w:rPr>
              <w:t>Jane Helandi, projektiagentuur@gmail.com, 53823380</w:t>
            </w:r>
          </w:p>
        </w:tc>
      </w:tr>
      <w:tr w:rsidRPr="00516C10" w:rsidR="00F76209" w:rsidTr="78BF4B98" w14:paraId="0997C620" w14:textId="77777777">
        <w:trPr>
          <w:cantSplit/>
          <w:trHeight w:val="300"/>
        </w:trPr>
        <w:tc>
          <w:tcPr>
            <w:tcW w:w="223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516C10" w:rsidR="00F76209" w:rsidRDefault="00F76209" w14:paraId="5376C189" w14:textId="77777777">
            <w:pPr>
              <w:rPr>
                <w:sz w:val="20"/>
                <w:szCs w:val="20"/>
              </w:rPr>
            </w:pPr>
            <w:r w:rsidRPr="00516C10">
              <w:rPr>
                <w:sz w:val="20"/>
                <w:szCs w:val="20"/>
              </w:rPr>
              <w:t>häkademy OÜ</w:t>
            </w:r>
          </w:p>
        </w:tc>
        <w:tc>
          <w:tcPr>
            <w:tcW w:w="16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516C10" w:rsidR="00F76209" w:rsidRDefault="00F76209" w14:paraId="0DEB9949" w14:textId="77777777">
            <w:pPr>
              <w:jc w:val="center"/>
              <w:rPr>
                <w:sz w:val="20"/>
                <w:szCs w:val="20"/>
              </w:rPr>
            </w:pPr>
            <w:r w:rsidRPr="00516C10">
              <w:rPr>
                <w:sz w:val="20"/>
                <w:szCs w:val="20"/>
              </w:rPr>
              <w:t>17288212</w:t>
            </w:r>
          </w:p>
        </w:tc>
        <w:tc>
          <w:tcPr>
            <w:tcW w:w="3096" w:type="dxa"/>
            <w:tcMar/>
          </w:tcPr>
          <w:p w:rsidRPr="00516C10" w:rsidR="00CB094A" w:rsidRDefault="00FE2ECA" w14:paraId="22644A4E" w14:textId="77777777">
            <w:pPr>
              <w:rPr>
                <w:sz w:val="20"/>
                <w:szCs w:val="20"/>
              </w:rPr>
            </w:pPr>
            <w:r w:rsidRPr="00516C10">
              <w:rPr>
                <w:sz w:val="20"/>
                <w:szCs w:val="20"/>
              </w:rPr>
              <w:t>Harju maakond, Tallinn, Haabersti linnaosa, Meistri tn 12, 13517</w:t>
            </w:r>
          </w:p>
        </w:tc>
        <w:tc>
          <w:tcPr>
            <w:tcW w:w="201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516C10" w:rsidR="00F76209" w:rsidRDefault="00F76209" w14:paraId="7C83626E" w14:textId="77777777">
            <w:pPr>
              <w:rPr>
                <w:sz w:val="20"/>
                <w:szCs w:val="20"/>
              </w:rPr>
            </w:pPr>
            <w:r w:rsidRPr="00516C10">
              <w:rPr>
                <w:sz w:val="20"/>
                <w:szCs w:val="20"/>
              </w:rPr>
              <w:t>Einar Tiimla</w:t>
            </w:r>
          </w:p>
        </w:tc>
        <w:tc>
          <w:tcPr>
            <w:tcW w:w="37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516C10" w:rsidR="00F76209" w:rsidRDefault="00F76209" w14:paraId="57641CD5" w14:textId="77777777">
            <w:pPr>
              <w:rPr>
                <w:sz w:val="20"/>
                <w:szCs w:val="20"/>
              </w:rPr>
            </w:pPr>
            <w:r w:rsidRPr="00516C10">
              <w:rPr>
                <w:sz w:val="20"/>
                <w:szCs w:val="20"/>
              </w:rPr>
              <w:t>Einar Tiimla, einar@hak.ee, 5343 3871</w:t>
            </w:r>
          </w:p>
        </w:tc>
      </w:tr>
      <w:tr w:rsidRPr="00516C10" w:rsidR="00F76209" w:rsidTr="78BF4B98" w14:paraId="2BDE2D7F" w14:textId="77777777">
        <w:trPr>
          <w:cantSplit/>
          <w:trHeight w:val="300"/>
        </w:trPr>
        <w:tc>
          <w:tcPr>
            <w:tcW w:w="223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516C10" w:rsidR="00F76209" w:rsidRDefault="00F76209" w14:paraId="1E985C78" w14:textId="77777777">
            <w:pPr>
              <w:rPr>
                <w:sz w:val="20"/>
                <w:szCs w:val="20"/>
              </w:rPr>
            </w:pPr>
            <w:r w:rsidRPr="00516C10">
              <w:rPr>
                <w:sz w:val="20"/>
                <w:szCs w:val="20"/>
              </w:rPr>
              <w:t>Turunduskoolitus OÜ</w:t>
            </w:r>
          </w:p>
        </w:tc>
        <w:tc>
          <w:tcPr>
            <w:tcW w:w="16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516C10" w:rsidR="00F76209" w:rsidRDefault="00F76209" w14:paraId="56202CD4" w14:textId="77777777">
            <w:pPr>
              <w:jc w:val="center"/>
              <w:rPr>
                <w:sz w:val="20"/>
                <w:szCs w:val="20"/>
              </w:rPr>
            </w:pPr>
            <w:r w:rsidRPr="00516C10">
              <w:rPr>
                <w:sz w:val="20"/>
                <w:szCs w:val="20"/>
              </w:rPr>
              <w:t>14147132</w:t>
            </w:r>
          </w:p>
        </w:tc>
        <w:tc>
          <w:tcPr>
            <w:tcW w:w="3096" w:type="dxa"/>
            <w:tcMar/>
          </w:tcPr>
          <w:p w:rsidRPr="00516C10" w:rsidR="00CB094A" w:rsidRDefault="00FE2ECA" w14:paraId="2B649490" w14:textId="77777777">
            <w:pPr>
              <w:rPr>
                <w:sz w:val="20"/>
                <w:szCs w:val="20"/>
              </w:rPr>
            </w:pPr>
            <w:r w:rsidRPr="00516C10">
              <w:rPr>
                <w:sz w:val="20"/>
                <w:szCs w:val="20"/>
              </w:rPr>
              <w:t>Harju maakond, Tallinn, Kesklinna linnaosa, Loode tn 4, 10137</w:t>
            </w:r>
          </w:p>
        </w:tc>
        <w:tc>
          <w:tcPr>
            <w:tcW w:w="201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516C10" w:rsidR="00F76209" w:rsidRDefault="00F76209" w14:paraId="4CA42018" w14:textId="77777777">
            <w:pPr>
              <w:rPr>
                <w:sz w:val="20"/>
                <w:szCs w:val="20"/>
              </w:rPr>
            </w:pPr>
            <w:r w:rsidRPr="00516C10">
              <w:rPr>
                <w:sz w:val="20"/>
                <w:szCs w:val="20"/>
              </w:rPr>
              <w:t>Katrin Vilimaa-Otsing</w:t>
            </w:r>
          </w:p>
        </w:tc>
        <w:tc>
          <w:tcPr>
            <w:tcW w:w="37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516C10" w:rsidR="00F76209" w:rsidRDefault="00F76209" w14:paraId="4F701302" w14:textId="77777777">
            <w:pPr>
              <w:rPr>
                <w:sz w:val="20"/>
                <w:szCs w:val="20"/>
              </w:rPr>
            </w:pPr>
            <w:r w:rsidRPr="00516C10">
              <w:rPr>
                <w:sz w:val="20"/>
                <w:szCs w:val="20"/>
              </w:rPr>
              <w:t>Katrin Vilimaa-Otsing, katrin@turunduskoolitus.ee, 56667618</w:t>
            </w:r>
          </w:p>
        </w:tc>
      </w:tr>
      <w:tr w:rsidRPr="00516C10" w:rsidR="00F76209" w:rsidTr="78BF4B98" w14:paraId="686DD717" w14:textId="77777777">
        <w:trPr>
          <w:cantSplit/>
          <w:trHeight w:val="300"/>
        </w:trPr>
        <w:tc>
          <w:tcPr>
            <w:tcW w:w="223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516C10" w:rsidR="00F76209" w:rsidRDefault="00F76209" w14:paraId="0584319D" w14:textId="77777777">
            <w:pPr>
              <w:rPr>
                <w:sz w:val="20"/>
                <w:szCs w:val="20"/>
              </w:rPr>
            </w:pPr>
            <w:r w:rsidRPr="00516C10">
              <w:rPr>
                <w:sz w:val="20"/>
                <w:szCs w:val="20"/>
              </w:rPr>
              <w:t>Predictive Labs OÜ</w:t>
            </w:r>
          </w:p>
        </w:tc>
        <w:tc>
          <w:tcPr>
            <w:tcW w:w="16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516C10" w:rsidR="00F76209" w:rsidRDefault="00F9180E" w14:paraId="3B700AA9" w14:textId="1EA2DA40">
            <w:pPr>
              <w:jc w:val="center"/>
              <w:rPr>
                <w:sz w:val="20"/>
                <w:szCs w:val="20"/>
              </w:rPr>
            </w:pPr>
            <w:r w:rsidRPr="00516C10">
              <w:rPr>
                <w:sz w:val="20"/>
                <w:szCs w:val="20"/>
              </w:rPr>
              <w:t>12061679</w:t>
            </w:r>
          </w:p>
        </w:tc>
        <w:tc>
          <w:tcPr>
            <w:tcW w:w="3096" w:type="dxa"/>
            <w:tcMar/>
          </w:tcPr>
          <w:p w:rsidRPr="00516C10" w:rsidR="00CB094A" w:rsidRDefault="00FE2ECA" w14:paraId="5455B8D4" w14:textId="77777777">
            <w:pPr>
              <w:rPr>
                <w:sz w:val="20"/>
                <w:szCs w:val="20"/>
              </w:rPr>
            </w:pPr>
            <w:r w:rsidRPr="00516C10">
              <w:rPr>
                <w:sz w:val="20"/>
                <w:szCs w:val="20"/>
              </w:rPr>
              <w:t>Harju maakond, Tallinn, Mustamäe linnaosa, Karsti tn 3-17, 11625</w:t>
            </w:r>
          </w:p>
        </w:tc>
        <w:tc>
          <w:tcPr>
            <w:tcW w:w="201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516C10" w:rsidR="00F76209" w:rsidRDefault="00F9180E" w14:paraId="77A08922" w14:textId="170E198B">
            <w:pPr>
              <w:rPr>
                <w:sz w:val="20"/>
                <w:szCs w:val="20"/>
              </w:rPr>
            </w:pPr>
            <w:r w:rsidRPr="00516C10">
              <w:rPr>
                <w:sz w:val="20"/>
                <w:szCs w:val="20"/>
              </w:rPr>
              <w:t>Julian Jürgen Kaljuvee</w:t>
            </w:r>
          </w:p>
        </w:tc>
        <w:tc>
          <w:tcPr>
            <w:tcW w:w="37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516C10" w:rsidR="00F76209" w:rsidRDefault="00F76209" w14:paraId="64B9E1AC" w14:textId="77777777">
            <w:pPr>
              <w:rPr>
                <w:sz w:val="20"/>
                <w:szCs w:val="20"/>
              </w:rPr>
            </w:pPr>
            <w:r w:rsidRPr="78BF4B98" w:rsidR="5AA7484B">
              <w:rPr>
                <w:sz w:val="20"/>
                <w:szCs w:val="20"/>
              </w:rPr>
              <w:t>J</w:t>
            </w:r>
            <w:r w:rsidRPr="78BF4B98" w:rsidR="5AA7484B">
              <w:rPr>
                <w:rFonts w:ascii="Times New Roman" w:hAnsi="Times New Roman" w:eastAsia="Times New Roman" w:cs="Times New Roman" w:asciiTheme="minorAscii" w:hAnsiTheme="minorAscii" w:eastAsiaTheme="minorEastAsia" w:cstheme="minorBidi"/>
                <w:color w:val="auto"/>
                <w:sz w:val="20"/>
                <w:szCs w:val="20"/>
                <w:lang w:eastAsia="en-US" w:bidi="ar-SA"/>
              </w:rPr>
              <w:t xml:space="preserve">ULIAN JÜRGEN KALJUVEE, </w:t>
            </w:r>
            <w:hyperlink r:id="R9ac56fc9885b4ca3">
              <w:r w:rsidRPr="78BF4B98" w:rsidR="5AA7484B">
                <w:rPr>
                  <w:rFonts w:ascii="Times New Roman" w:hAnsi="Times New Roman" w:eastAsia="Times New Roman" w:cs="Times New Roman" w:asciiTheme="minorAscii" w:hAnsiTheme="minorAscii" w:eastAsiaTheme="minorEastAsia" w:cstheme="minorBidi"/>
                  <w:color w:val="auto"/>
                  <w:sz w:val="20"/>
                  <w:szCs w:val="20"/>
                  <w:lang w:eastAsia="en-US" w:bidi="ar-SA"/>
                </w:rPr>
                <w:t>jk@predictivelabs.eu</w:t>
              </w:r>
            </w:hyperlink>
            <w:r w:rsidRPr="78BF4B98" w:rsidR="5AA7484B">
              <w:rPr>
                <w:rFonts w:ascii="Times New Roman" w:hAnsi="Times New Roman" w:eastAsia="Times New Roman" w:cs="Times New Roman" w:asciiTheme="minorAscii" w:hAnsiTheme="minorAscii" w:eastAsiaTheme="minorEastAsia" w:cstheme="minorBidi"/>
                <w:color w:val="auto"/>
                <w:sz w:val="20"/>
                <w:szCs w:val="20"/>
                <w:lang w:eastAsia="en-US" w:bidi="ar-SA"/>
              </w:rPr>
              <w:t>, 51</w:t>
            </w:r>
            <w:r w:rsidRPr="78BF4B98" w:rsidR="5AA7484B">
              <w:rPr>
                <w:sz w:val="20"/>
                <w:szCs w:val="20"/>
              </w:rPr>
              <w:t>80071</w:t>
            </w:r>
          </w:p>
        </w:tc>
      </w:tr>
      <w:tr w:rsidRPr="00516C10" w:rsidR="00F76209" w:rsidTr="78BF4B98" w14:paraId="6AF88CC1" w14:textId="77777777">
        <w:trPr>
          <w:cantSplit/>
          <w:trHeight w:val="300"/>
        </w:trPr>
        <w:tc>
          <w:tcPr>
            <w:tcW w:w="223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516C10" w:rsidR="00F76209" w:rsidRDefault="00F76209" w14:paraId="58E18E4E" w14:textId="77777777">
            <w:pPr>
              <w:rPr>
                <w:sz w:val="20"/>
                <w:szCs w:val="20"/>
              </w:rPr>
            </w:pPr>
            <w:r w:rsidRPr="00516C10">
              <w:rPr>
                <w:sz w:val="20"/>
                <w:szCs w:val="20"/>
              </w:rPr>
              <w:t>Pernimo Solutions OÜ</w:t>
            </w:r>
          </w:p>
        </w:tc>
        <w:tc>
          <w:tcPr>
            <w:tcW w:w="16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516C10" w:rsidR="00F76209" w:rsidRDefault="00F76209" w14:paraId="601D3753" w14:textId="77777777">
            <w:pPr>
              <w:jc w:val="center"/>
              <w:rPr>
                <w:sz w:val="20"/>
                <w:szCs w:val="20"/>
              </w:rPr>
            </w:pPr>
            <w:r w:rsidRPr="00516C10">
              <w:rPr>
                <w:sz w:val="20"/>
                <w:szCs w:val="20"/>
              </w:rPr>
              <w:t>14146463</w:t>
            </w:r>
          </w:p>
        </w:tc>
        <w:tc>
          <w:tcPr>
            <w:tcW w:w="3096" w:type="dxa"/>
            <w:tcMar/>
          </w:tcPr>
          <w:p w:rsidRPr="00516C10" w:rsidR="00CB094A" w:rsidRDefault="00FE2ECA" w14:paraId="5BE0680E" w14:textId="77777777">
            <w:pPr>
              <w:rPr>
                <w:sz w:val="20"/>
                <w:szCs w:val="20"/>
              </w:rPr>
            </w:pPr>
            <w:r w:rsidRPr="00516C10">
              <w:rPr>
                <w:sz w:val="20"/>
                <w:szCs w:val="20"/>
              </w:rPr>
              <w:t>Harju maakond, Tallinn, Kesklinna linnaosa, Pärnu mnt 148, 11317</w:t>
            </w:r>
          </w:p>
        </w:tc>
        <w:tc>
          <w:tcPr>
            <w:tcW w:w="201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516C10" w:rsidR="00F76209" w:rsidRDefault="00F76209" w14:paraId="4B04D96C" w14:textId="77777777">
            <w:pPr>
              <w:rPr>
                <w:sz w:val="20"/>
                <w:szCs w:val="20"/>
              </w:rPr>
            </w:pPr>
            <w:r w:rsidRPr="00516C10">
              <w:rPr>
                <w:sz w:val="20"/>
                <w:szCs w:val="20"/>
              </w:rPr>
              <w:t>Kristo Peterson</w:t>
            </w:r>
          </w:p>
        </w:tc>
        <w:tc>
          <w:tcPr>
            <w:tcW w:w="37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516C10" w:rsidR="00F76209" w:rsidRDefault="00F76209" w14:paraId="1415D323" w14:textId="77777777">
            <w:pPr>
              <w:rPr>
                <w:sz w:val="20"/>
                <w:szCs w:val="20"/>
              </w:rPr>
            </w:pPr>
            <w:r w:rsidRPr="00516C10">
              <w:rPr>
                <w:sz w:val="20"/>
                <w:szCs w:val="20"/>
              </w:rPr>
              <w:t>Kristo Peterson, kristo@kasulik.ai, 5030220</w:t>
            </w:r>
          </w:p>
        </w:tc>
      </w:tr>
      <w:tr w:rsidRPr="00A100F1" w:rsidR="00240A85" w:rsidTr="78BF4B98" w14:paraId="692AC9ED" w14:textId="77777777">
        <w:tblPrEx>
          <w:jc w:val="left"/>
        </w:tblPrEx>
        <w:trPr>
          <w:trHeight w:val="300"/>
        </w:trPr>
        <w:tc>
          <w:tcPr>
            <w:tcW w:w="2232" w:type="dxa"/>
            <w:tcMar/>
          </w:tcPr>
          <w:p w:rsidRPr="00A100F1" w:rsidR="00240A85" w:rsidP="460CD4AB" w:rsidRDefault="64044D30" w14:paraId="258968DC" w14:textId="38A68C98">
            <w:pPr/>
            <w:r w:rsidRPr="540E6DDA" w:rsidR="691203C4">
              <w:rPr>
                <w:sz w:val="20"/>
                <w:szCs w:val="20"/>
              </w:rPr>
              <w:t xml:space="preserve">Seppo AI OÜ </w:t>
            </w:r>
            <w:r w:rsidRPr="540E6DDA" w:rsidR="691137B4">
              <w:rPr>
                <w:sz w:val="20"/>
                <w:szCs w:val="20"/>
              </w:rPr>
              <w:t>,</w:t>
            </w:r>
          </w:p>
          <w:p w:rsidRPr="00A100F1" w:rsidR="00240A85" w:rsidP="540E6DDA" w:rsidRDefault="64044D30" w14:paraId="0B9415CA" w14:textId="3F6DE3E9">
            <w:pPr>
              <w:rPr>
                <w:sz w:val="20"/>
                <w:szCs w:val="20"/>
              </w:rPr>
            </w:pPr>
            <w:r w:rsidRPr="540E6DDA" w:rsidR="691137B4">
              <w:rPr>
                <w:sz w:val="20"/>
                <w:szCs w:val="20"/>
              </w:rPr>
              <w:t>PORTATA OÜ (11357277)</w:t>
            </w:r>
          </w:p>
          <w:p w:rsidRPr="00A100F1" w:rsidR="00240A85" w:rsidP="460CD4AB" w:rsidRDefault="64044D30" w14:paraId="5936D870" w14:textId="0ECCDEBC">
            <w:pPr>
              <w:rPr>
                <w:sz w:val="20"/>
                <w:szCs w:val="20"/>
              </w:rPr>
            </w:pPr>
          </w:p>
        </w:tc>
        <w:tc>
          <w:tcPr>
            <w:tcW w:w="1656" w:type="dxa"/>
            <w:tcMar/>
          </w:tcPr>
          <w:p w:rsidRPr="00A100F1" w:rsidR="00240A85" w:rsidP="460CD4AB" w:rsidRDefault="64044D30" w14:paraId="281A35CD" w14:textId="77777777">
            <w:pPr>
              <w:jc w:val="center"/>
              <w:rPr>
                <w:sz w:val="20"/>
                <w:szCs w:val="20"/>
              </w:rPr>
            </w:pPr>
            <w:r w:rsidRPr="460CD4AB">
              <w:rPr>
                <w:sz w:val="20"/>
                <w:szCs w:val="20"/>
              </w:rPr>
              <w:t>17133416</w:t>
            </w:r>
          </w:p>
        </w:tc>
        <w:tc>
          <w:tcPr>
            <w:tcW w:w="3096" w:type="dxa"/>
            <w:tcMar/>
          </w:tcPr>
          <w:p w:rsidRPr="00A100F1" w:rsidR="00240A85" w:rsidP="460CD4AB" w:rsidRDefault="64044D30" w14:paraId="108ECFA5" w14:textId="77777777">
            <w:pPr>
              <w:rPr>
                <w:sz w:val="20"/>
                <w:szCs w:val="20"/>
              </w:rPr>
            </w:pPr>
            <w:r w:rsidRPr="460CD4AB">
              <w:rPr>
                <w:sz w:val="20"/>
                <w:szCs w:val="20"/>
              </w:rPr>
              <w:t>Harju maakond, Tallinn, Kesklinna linnaosa, Uus-Tatari tn 16-48, 10134</w:t>
            </w:r>
          </w:p>
        </w:tc>
        <w:tc>
          <w:tcPr>
            <w:tcW w:w="2016" w:type="dxa"/>
            <w:tcMar/>
          </w:tcPr>
          <w:p w:rsidRPr="00A100F1" w:rsidR="00240A85" w:rsidP="460CD4AB" w:rsidRDefault="64044D30" w14:paraId="51C09C12" w14:textId="77777777">
            <w:pPr>
              <w:rPr>
                <w:sz w:val="20"/>
                <w:szCs w:val="20"/>
              </w:rPr>
            </w:pPr>
            <w:r w:rsidRPr="460CD4AB">
              <w:rPr>
                <w:sz w:val="20"/>
                <w:szCs w:val="20"/>
              </w:rPr>
              <w:t>Indrek Seppo</w:t>
            </w:r>
          </w:p>
        </w:tc>
        <w:tc>
          <w:tcPr>
            <w:tcW w:w="3744" w:type="dxa"/>
            <w:tcMar/>
          </w:tcPr>
          <w:p w:rsidRPr="00A100F1" w:rsidR="00240A85" w:rsidP="460CD4AB" w:rsidRDefault="64044D30" w14:paraId="6530420B" w14:textId="77777777">
            <w:pPr>
              <w:rPr>
                <w:sz w:val="20"/>
                <w:szCs w:val="20"/>
              </w:rPr>
            </w:pPr>
            <w:r w:rsidRPr="460CD4AB">
              <w:rPr>
                <w:sz w:val="20"/>
                <w:szCs w:val="20"/>
              </w:rPr>
              <w:t>Indrek.seppo@seppo.ai, +37256653467</w:t>
            </w:r>
          </w:p>
        </w:tc>
      </w:tr>
    </w:tbl>
    <w:p w:rsidRPr="00516C10" w:rsidR="008107BD" w:rsidRDefault="008107BD" w14:paraId="5C3CAC5E" w14:textId="77777777">
      <w:pPr>
        <w:rPr>
          <w:sz w:val="20"/>
          <w:szCs w:val="20"/>
        </w:rPr>
      </w:pPr>
    </w:p>
    <w:sectPr w:rsidRPr="00516C10" w:rsidR="008107BD" w:rsidSect="00034616">
      <w:pgSz w:w="15840" w:h="12240" w:orient="landscape"/>
      <w:pgMar w:top="504" w:right="504" w:bottom="504" w:left="5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a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a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num w:numId="1" w16cid:durableId="1809933747">
    <w:abstractNumId w:val="8"/>
  </w:num>
  <w:num w:numId="2" w16cid:durableId="1166672804">
    <w:abstractNumId w:val="6"/>
  </w:num>
  <w:num w:numId="3" w16cid:durableId="145513852">
    <w:abstractNumId w:val="5"/>
  </w:num>
  <w:num w:numId="4" w16cid:durableId="1985698641">
    <w:abstractNumId w:val="4"/>
  </w:num>
  <w:num w:numId="5" w16cid:durableId="1593976885">
    <w:abstractNumId w:val="7"/>
  </w:num>
  <w:num w:numId="6" w16cid:durableId="1108433367">
    <w:abstractNumId w:val="3"/>
  </w:num>
  <w:num w:numId="7" w16cid:durableId="1407803645">
    <w:abstractNumId w:val="2"/>
  </w:num>
  <w:num w:numId="8" w16cid:durableId="75593648">
    <w:abstractNumId w:val="1"/>
  </w:num>
  <w:num w:numId="9" w16cid:durableId="539168083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trackRevisions w:val="false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74B80"/>
    <w:rsid w:val="00240A85"/>
    <w:rsid w:val="0029639D"/>
    <w:rsid w:val="002D056B"/>
    <w:rsid w:val="002E4C0C"/>
    <w:rsid w:val="00326F90"/>
    <w:rsid w:val="00344694"/>
    <w:rsid w:val="00365C42"/>
    <w:rsid w:val="003E0102"/>
    <w:rsid w:val="00511CC0"/>
    <w:rsid w:val="00516C10"/>
    <w:rsid w:val="006D1C87"/>
    <w:rsid w:val="006D6478"/>
    <w:rsid w:val="0070550E"/>
    <w:rsid w:val="007603B3"/>
    <w:rsid w:val="00762809"/>
    <w:rsid w:val="008107BD"/>
    <w:rsid w:val="00845EF0"/>
    <w:rsid w:val="00963635"/>
    <w:rsid w:val="00966ABC"/>
    <w:rsid w:val="00A544FD"/>
    <w:rsid w:val="00AA1D8D"/>
    <w:rsid w:val="00B47730"/>
    <w:rsid w:val="00C315AF"/>
    <w:rsid w:val="00CB0664"/>
    <w:rsid w:val="00CB094A"/>
    <w:rsid w:val="00DC5A40"/>
    <w:rsid w:val="00EE261D"/>
    <w:rsid w:val="00F76209"/>
    <w:rsid w:val="00F9180E"/>
    <w:rsid w:val="00FA3422"/>
    <w:rsid w:val="00FB43F4"/>
    <w:rsid w:val="00FC693F"/>
    <w:rsid w:val="00FE2ECA"/>
    <w:rsid w:val="01D6FB56"/>
    <w:rsid w:val="03986387"/>
    <w:rsid w:val="1481156F"/>
    <w:rsid w:val="27FEE214"/>
    <w:rsid w:val="2A34B913"/>
    <w:rsid w:val="37C26381"/>
    <w:rsid w:val="460CD4AB"/>
    <w:rsid w:val="46C4BED9"/>
    <w:rsid w:val="4FF4E78C"/>
    <w:rsid w:val="540E6DDA"/>
    <w:rsid w:val="59ABDF1D"/>
    <w:rsid w:val="5AA7484B"/>
    <w:rsid w:val="64044D30"/>
    <w:rsid w:val="691137B4"/>
    <w:rsid w:val="691203C4"/>
    <w:rsid w:val="69D08EC7"/>
    <w:rsid w:val="7434BBA5"/>
    <w:rsid w:val="78BF4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8705E3F"/>
  <w14:defaultImageDpi w14:val="300"/>
  <w15:docId w15:val="{24CC1F7C-D534-4A9A-A1B4-C444DAA48D7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C693F"/>
    <w:rPr>
      <w:rFonts w:ascii="Times New Roman" w:hAnsi="Times New Roman" w:eastAsia="Times New Roman" w:cs="Times New Roman"/>
      <w:sz w:val="16"/>
    </w:rPr>
  </w:style>
  <w:style w:type="paragraph" w:styleId="Heading1">
    <w:name w:val="heading 1"/>
    <w:basedOn w:val="Normal"/>
    <w:next w:val="Normal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Heading6">
    <w:name w:val="heading 6"/>
    <w:basedOn w:val="Normal"/>
    <w:next w:val="Normal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imes New Roman" w:hAnsi="Times New Roman" w:eastAsia="Times New Roman" w:cs="Times New Roman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Times New Roman" w:hAnsi="Times New Roman" w:eastAsia="Times New Roman" w:cs="Times New Roman"/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rFonts w:ascii="Times New Roman" w:hAnsi="Times New Roman" w:eastAsia="Times New Roman" w:cs="Times New Roman"/>
      <w:i/>
      <w:iCs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Times New Roman" w:hAnsi="Times New Roman" w:eastAsia="Times New Roman" w:cs="Times New Roman"/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Times New Roman" w:hAnsi="Times New Roman" w:eastAsia="Times New Roman" w:cs="Times New Roman"/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Times New Roman" w:hAnsi="Times New Roman" w:eastAsia="Times New Roman" w:cs="Times New Roman"/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Times New Roman" w:hAnsi="Times New Roman" w:eastAsia="Times New Roman" w:cs="Times New Roman"/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Times New Roman" w:hAnsi="Times New Roman" w:eastAsia="Times New Roman" w:cs="Times New Roman"/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rPr>
      <w:rFonts w:ascii="Times New Roman" w:hAnsi="Times New Roman" w:eastAsia="Times New Roman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rFonts w:ascii="Times New Roman" w:hAnsi="Times New Roman" w:eastAsia="Times New Roman" w:cs="Times New Roman"/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rFonts w:ascii="Times New Roman" w:hAnsi="Times New Roman" w:eastAsia="Times New Roman" w:cs="Times New Roman"/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rFonts w:ascii="Times New Roman" w:hAnsi="Times New Roman" w:eastAsia="Times New Roman" w:cs="Times New Roman"/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rFonts w:ascii="Times New Roman" w:hAnsi="Times New Roman" w:eastAsia="Times New Roman" w:cs="Times New Roman"/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rFonts w:ascii="Times New Roman" w:hAnsi="Times New Roman" w:eastAsia="Times New Roman" w:cs="Times New Roman"/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rFonts w:ascii="Times New Roman" w:hAnsi="Times New Roman" w:eastAsia="Times New Roman" w:cs="Times New Roman"/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rFonts w:ascii="Times New Roman" w:hAnsi="Times New Roman" w:eastAsia="Times New Roman" w:cs="Times New Roman"/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rPr>
      <w:rFonts w:ascii="Times New Roman" w:hAnsi="Times New Roman" w:eastAsia="Times New Roman" w:cs="Times New Roman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rPr>
      <w:rFonts w:ascii="Times New Roman" w:hAnsi="Times New Roman" w:eastAsia="Times New Roman" w:cs="Times New Roman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rPr>
      <w:rFonts w:ascii="Times New Roman" w:hAnsi="Times New Roman" w:eastAsia="Times New Roman" w:cs="Times New Roman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rPr>
      <w:rFonts w:ascii="Times New Roman" w:hAnsi="Times New Roman" w:eastAsia="Times New Roman" w:cs="Times New Roman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rPr>
      <w:rFonts w:ascii="Times New Roman" w:hAnsi="Times New Roman" w:eastAsia="Times New Roman" w:cs="Times New Roman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rPr>
      <w:rFonts w:ascii="Times New Roman" w:hAnsi="Times New Roman" w:eastAsia="Times New Roman" w:cs="Times New Roman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rPr>
      <w:rFonts w:ascii="Times New Roman" w:hAnsi="Times New Roman" w:eastAsia="Times New Roman" w:cs="Times New Roman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rPr>
      <w:rFonts w:ascii="Times New Roman" w:hAnsi="Times New Roman" w:eastAsia="Times New Roman" w:cs="Times New Roman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rPr>
      <w:rFonts w:ascii="Times New Roman" w:hAnsi="Times New Roman" w:eastAsia="Times New Roman" w:cs="Times New Roman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rPr>
      <w:rFonts w:ascii="Times New Roman" w:hAnsi="Times New Roman" w:eastAsia="Times New Roman" w:cs="Times New Roman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rPr>
      <w:rFonts w:ascii="Times New Roman" w:hAnsi="Times New Roman" w:eastAsia="Times New Roman" w:cs="Times New Roman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rPr>
      <w:rFonts w:ascii="Times New Roman" w:hAnsi="Times New Roman" w:eastAsia="Times New Roman" w:cs="Times New Roman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rPr>
      <w:rFonts w:ascii="Times New Roman" w:hAnsi="Times New Roman" w:eastAsia="Times New Roman" w:cs="Times New Roman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rPr>
      <w:rFonts w:ascii="Times New Roman" w:hAnsi="Times New Roman" w:eastAsia="Times New Roman" w:cs="Times New Roman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rPr>
      <w:rFonts w:ascii="Times New Roman" w:hAnsi="Times New Roman" w:eastAsia="Times New Roman" w:cs="Times New Roman"/>
    </w:r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rPr>
      <w:rFonts w:ascii="Times New Roman" w:hAnsi="Times New Roman" w:eastAsia="Times New Roman" w:cs="Times New Roman"/>
    </w:r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rPr>
      <w:rFonts w:ascii="Times New Roman" w:hAnsi="Times New Roman" w:eastAsia="Times New Roman" w:cs="Times New Roman"/>
    </w:r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rPr>
      <w:rFonts w:ascii="Times New Roman" w:hAnsi="Times New Roman" w:eastAsia="Times New Roman" w:cs="Times New Roman"/>
    </w:r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rPr>
      <w:rFonts w:ascii="Times New Roman" w:hAnsi="Times New Roman" w:eastAsia="Times New Roman" w:cs="Times New Roman"/>
    </w:r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rPr>
      <w:rFonts w:ascii="Times New Roman" w:hAnsi="Times New Roman" w:eastAsia="Times New Roman" w:cs="Times New Roman"/>
    </w:r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rPr>
      <w:rFonts w:ascii="Times New Roman" w:hAnsi="Times New Roman" w:eastAsia="Times New Roman" w:cs="Times New Roman"/>
    </w:r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rPr>
      <w:rFonts w:ascii="Times New Roman" w:hAnsi="Times New Roman" w:eastAsia="Times New Roman" w:cs="Times New Roman"/>
    </w:r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rPr>
      <w:rFonts w:ascii="Times New Roman" w:hAnsi="Times New Roman" w:eastAsia="Times New Roman" w:cs="Times New Roman"/>
    </w:r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rPr>
      <w:rFonts w:ascii="Times New Roman" w:hAnsi="Times New Roman" w:eastAsia="Times New Roman" w:cs="Times New Roman"/>
    </w:r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rPr>
      <w:rFonts w:ascii="Times New Roman" w:hAnsi="Times New Roman" w:eastAsia="Times New Roman" w:cs="Times New Roman"/>
    </w:r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rPr>
      <w:rFonts w:ascii="Times New Roman" w:hAnsi="Times New Roman" w:eastAsia="Times New Roman" w:cs="Times New Roman"/>
    </w:r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rPr>
      <w:rFonts w:ascii="Times New Roman" w:hAnsi="Times New Roman" w:eastAsia="Times New Roman" w:cs="Times New Roman"/>
    </w:r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rPr>
      <w:rFonts w:ascii="Times New Roman" w:hAnsi="Times New Roman" w:eastAsia="Times New Roman" w:cs="Times New Roman"/>
    </w:r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rFonts w:ascii="Times New Roman" w:hAnsi="Times New Roman" w:eastAsia="Times New Roman" w:cs="Times New Roman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rFonts w:ascii="Times New Roman" w:hAnsi="Times New Roman" w:eastAsia="Times New Roman" w:cs="Times New Roman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rFonts w:ascii="Times New Roman" w:hAnsi="Times New Roman" w:eastAsia="Times New Roman" w:cs="Times New Roman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rFonts w:ascii="Times New Roman" w:hAnsi="Times New Roman" w:eastAsia="Times New Roman" w:cs="Times New Roman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rFonts w:ascii="Times New Roman" w:hAnsi="Times New Roman" w:eastAsia="Times New Roman" w:cs="Times New Roman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rFonts w:ascii="Times New Roman" w:hAnsi="Times New Roman" w:eastAsia="Times New Roman" w:cs="Times New Roman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rFonts w:ascii="Times New Roman" w:hAnsi="Times New Roman" w:eastAsia="Times New Roman" w:cs="Times New Roman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rPr>
      <w:rFonts w:ascii="Times New Roman" w:hAnsi="Times New Roman" w:eastAsia="Times New Roman" w:cs="Times New Roman"/>
    </w:r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rPr>
      <w:rFonts w:ascii="Times New Roman" w:hAnsi="Times New Roman" w:eastAsia="Times New Roman" w:cs="Times New Roman"/>
    </w:r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rPr>
      <w:rFonts w:ascii="Times New Roman" w:hAnsi="Times New Roman" w:eastAsia="Times New Roman" w:cs="Times New Roman"/>
    </w:r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rPr>
      <w:rFonts w:ascii="Times New Roman" w:hAnsi="Times New Roman" w:eastAsia="Times New Roman" w:cs="Times New Roman"/>
    </w:r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rPr>
      <w:rFonts w:ascii="Times New Roman" w:hAnsi="Times New Roman" w:eastAsia="Times New Roman" w:cs="Times New Roman"/>
    </w:r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rPr>
      <w:rFonts w:ascii="Times New Roman" w:hAnsi="Times New Roman" w:eastAsia="Times New Roman" w:cs="Times New Roman"/>
    </w:r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rPr>
      <w:rFonts w:ascii="Times New Roman" w:hAnsi="Times New Roman" w:eastAsia="Times New Roman" w:cs="Times New Roman"/>
    </w:r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rPr>
      <w:rFonts w:ascii="Times New Roman" w:hAnsi="Times New Roman" w:eastAsia="Times New Roman" w:cs="Times New Roman"/>
    </w:r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rPr>
      <w:rFonts w:ascii="Times New Roman" w:hAnsi="Times New Roman" w:eastAsia="Times New Roman" w:cs="Times New Roman"/>
    </w:r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rPr>
      <w:rFonts w:ascii="Times New Roman" w:hAnsi="Times New Roman" w:eastAsia="Times New Roman" w:cs="Times New Roman"/>
    </w:r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rPr>
      <w:rFonts w:ascii="Times New Roman" w:hAnsi="Times New Roman" w:eastAsia="Times New Roman" w:cs="Times New Roman"/>
    </w:r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rPr>
      <w:rFonts w:ascii="Times New Roman" w:hAnsi="Times New Roman" w:eastAsia="Times New Roman" w:cs="Times New Roman"/>
    </w:r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rPr>
      <w:rFonts w:ascii="Times New Roman" w:hAnsi="Times New Roman" w:eastAsia="Times New Roman" w:cs="Times New Roman"/>
    </w:r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rPr>
      <w:rFonts w:ascii="Times New Roman" w:hAnsi="Times New Roman" w:eastAsia="Times New Roman" w:cs="Times New Roman"/>
    </w:r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rFonts w:ascii="Times New Roman" w:hAnsi="Times New Roman" w:eastAsia="Times New Roman" w:cs="Times New Roman"/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rFonts w:ascii="Times New Roman" w:hAnsi="Times New Roman" w:eastAsia="Times New Roman" w:cs="Times New Roman"/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rFonts w:ascii="Times New Roman" w:hAnsi="Times New Roman" w:eastAsia="Times New Roman" w:cs="Times New Roman"/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rFonts w:ascii="Times New Roman" w:hAnsi="Times New Roman" w:eastAsia="Times New Roman" w:cs="Times New Roman"/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rFonts w:ascii="Times New Roman" w:hAnsi="Times New Roman" w:eastAsia="Times New Roman" w:cs="Times New Roman"/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rFonts w:ascii="Times New Roman" w:hAnsi="Times New Roman" w:eastAsia="Times New Roman" w:cs="Times New Roman"/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rFonts w:ascii="Times New Roman" w:hAnsi="Times New Roman" w:eastAsia="Times New Roman" w:cs="Times New Roman"/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rFonts w:ascii="Times New Roman" w:hAnsi="Times New Roman" w:eastAsia="Times New Roman" w:cs="Times New Roman"/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rFonts w:ascii="Times New Roman" w:hAnsi="Times New Roman" w:eastAsia="Times New Roman" w:cs="Times New Roman"/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rFonts w:ascii="Times New Roman" w:hAnsi="Times New Roman" w:eastAsia="Times New Roman" w:cs="Times New Roman"/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rFonts w:ascii="Times New Roman" w:hAnsi="Times New Roman" w:eastAsia="Times New Roman" w:cs="Times New Roman"/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rFonts w:ascii="Times New Roman" w:hAnsi="Times New Roman" w:eastAsia="Times New Roman" w:cs="Times New Roman"/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rFonts w:ascii="Times New Roman" w:hAnsi="Times New Roman" w:eastAsia="Times New Roman" w:cs="Times New Roman"/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rFonts w:ascii="Times New Roman" w:hAnsi="Times New Roman" w:eastAsia="Times New Roman" w:cs="Times New Roman"/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rFonts w:ascii="Times New Roman" w:hAnsi="Times New Roman" w:eastAsia="Times New Roman" w:cs="Times New Roman"/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rFonts w:ascii="Times New Roman" w:hAnsi="Times New Roman" w:eastAsia="Times New Roman" w:cs="Times New Roman"/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rFonts w:ascii="Times New Roman" w:hAnsi="Times New Roman" w:eastAsia="Times New Roman" w:cs="Times New Roman"/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rFonts w:ascii="Times New Roman" w:hAnsi="Times New Roman" w:eastAsia="Times New Roman" w:cs="Times New Roman"/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rFonts w:ascii="Times New Roman" w:hAnsi="Times New Roman" w:eastAsia="Times New Roman" w:cs="Times New Roman"/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rFonts w:ascii="Times New Roman" w:hAnsi="Times New Roman" w:eastAsia="Times New Roman" w:cs="Times New Roman"/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rFonts w:ascii="Times New Roman" w:hAnsi="Times New Roman" w:eastAsia="Times New Roman" w:cs="Times New Roman"/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rFonts w:ascii="Times New Roman" w:hAnsi="Times New Roman" w:eastAsia="Times New Roman" w:cs="Times New Roman"/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rFonts w:ascii="Times New Roman" w:hAnsi="Times New Roman" w:eastAsia="Times New Roman" w:cs="Times New Roman"/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rFonts w:ascii="Times New Roman" w:hAnsi="Times New Roman" w:eastAsia="Times New Roman" w:cs="Times New Roman"/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rFonts w:ascii="Times New Roman" w:hAnsi="Times New Roman" w:eastAsia="Times New Roman" w:cs="Times New Roman"/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rFonts w:ascii="Times New Roman" w:hAnsi="Times New Roman" w:eastAsia="Times New Roman" w:cs="Times New Roman"/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rFonts w:ascii="Times New Roman" w:hAnsi="Times New Roman" w:eastAsia="Times New Roman" w:cs="Times New Roman"/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rFonts w:ascii="Times New Roman" w:hAnsi="Times New Roman" w:eastAsia="Times New Roman" w:cs="Times New Roman"/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F76209"/>
    <w:rPr>
      <w:rFonts w:ascii="Times New Roman" w:hAnsi="Times New Roman" w:eastAsia="Times New Roman" w:cs="Times New Roman"/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76209"/>
    <w:rPr>
      <w:rFonts w:ascii="Times New Roman" w:hAnsi="Times New Roman" w:eastAsia="Times New Roman" w:cs="Times New Roman"/>
      <w:color w:val="605E5C"/>
      <w:shd w:val="clear" w:color="auto" w:fill="E1DFDD"/>
    </w:rPr>
  </w:style>
  <w:style w:type="paragraph" w:styleId="a" w:customStyle="1">
    <w:basedOn w:val="DefaultParagraphFont"/>
    <w:next w:val="UnresolvedMention"/>
    <w:link w:val="IntenseQuoteChar"/>
    <w:uiPriority w:val="30"/>
    <w:unhideWhenUsed/>
    <w:rsid w:val="00174B80"/>
    <w:pPr>
      <w:numPr>
        <w:numId w:val="1"/>
      </w:numPr>
      <w:spacing w:after="0" w:line="240" w:lineRule="auto"/>
    </w:pPr>
    <w:rPr>
      <w:b/>
      <w:bCs/>
      <w:i/>
      <w:iCs/>
      <w:color w:val="4F81BD" w:themeColor="accent1"/>
      <w:sz w:val="22"/>
    </w:rPr>
  </w:style>
  <w:style w:type="character" w:styleId="IntenseQuoteChar" w:customStyle="1">
    <w:name w:val="Intense Quote Char"/>
    <w:basedOn w:val="DefaultParagraphFont"/>
    <w:link w:val="a"/>
    <w:uiPriority w:val="30"/>
    <w:rsid w:val="00174B80"/>
    <w:rPr>
      <w:rFonts w:ascii="Times New Roman" w:hAnsi="Times New Roman" w:eastAsia="Times New Roman" w:cs="Times New Roman"/>
      <w:b/>
      <w:bCs/>
      <w:i/>
      <w:iCs/>
      <w:color w:val="4F81BD" w:themeColor="accent1"/>
    </w:rPr>
  </w:style>
  <w:style w:type="character" w:styleId="Heading1Char" w:customStyle="1">
    <w:name w:val="Heading 1 Char"/>
    <w:basedOn w:val="DefaultParagraphFont"/>
    <w:uiPriority w:val="9"/>
    <w:rsid w:val="00174B80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uiPriority w:val="9"/>
    <w:rsid w:val="00174B80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uiPriority w:val="9"/>
    <w:rsid w:val="00174B80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1">
    <w:name w:val="Heading 4 Char"/>
    <w:basedOn w:val="DefaultParagraphFont"/>
    <w:uiPriority w:val="9"/>
    <w:semiHidden/>
    <w:rsid w:val="00174B80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uiPriority w:val="9"/>
    <w:semiHidden/>
    <w:rsid w:val="00174B80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Heading6Char" w:customStyle="1">
    <w:name w:val="Heading 6 Char"/>
    <w:basedOn w:val="DefaultParagraphFont"/>
    <w:uiPriority w:val="9"/>
    <w:semiHidden/>
    <w:rsid w:val="00174B80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uiPriority w:val="9"/>
    <w:semiHidden/>
    <w:rsid w:val="00174B80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uiPriority w:val="9"/>
    <w:semiHidden/>
    <w:rsid w:val="00174B80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uiPriority w:val="9"/>
    <w:semiHidden/>
    <w:rsid w:val="00174B80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HeaderChar1" w:customStyle="1">
    <w:name w:val="Header Char1"/>
    <w:basedOn w:val="DefaultParagraphFont"/>
    <w:uiPriority w:val="99"/>
    <w:semiHidden/>
    <w:rsid w:val="007603B3"/>
    <w:rPr>
      <w:rFonts w:ascii="Times New Roman" w:hAnsi="Times New Roman" w:eastAsia="Times New Roman" w:cs="Times New Roman"/>
      <w:sz w:val="16"/>
    </w:rPr>
  </w:style>
  <w:style w:type="character" w:styleId="FooterChar1" w:customStyle="1">
    <w:name w:val="Footer Char1"/>
    <w:basedOn w:val="DefaultParagraphFont"/>
    <w:uiPriority w:val="99"/>
    <w:semiHidden/>
    <w:rsid w:val="007603B3"/>
    <w:rPr>
      <w:rFonts w:ascii="Times New Roman" w:hAnsi="Times New Roman" w:eastAsia="Times New Roman" w:cs="Times New Roman"/>
      <w:sz w:val="16"/>
    </w:rPr>
  </w:style>
  <w:style w:type="character" w:styleId="TitleChar1" w:customStyle="1">
    <w:name w:val="Title Char1"/>
    <w:basedOn w:val="DefaultParagraphFont"/>
    <w:uiPriority w:val="10"/>
    <w:rsid w:val="007603B3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1" w:customStyle="1">
    <w:name w:val="Subtitle Char1"/>
    <w:basedOn w:val="DefaultParagraphFont"/>
    <w:uiPriority w:val="11"/>
    <w:rsid w:val="007603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BodyTextChar1" w:customStyle="1">
    <w:name w:val="Body Text Char1"/>
    <w:basedOn w:val="DefaultParagraphFont"/>
    <w:uiPriority w:val="99"/>
    <w:semiHidden/>
    <w:rsid w:val="007603B3"/>
    <w:rPr>
      <w:rFonts w:ascii="Times New Roman" w:hAnsi="Times New Roman" w:eastAsia="Times New Roman" w:cs="Times New Roman"/>
      <w:sz w:val="16"/>
    </w:rPr>
  </w:style>
  <w:style w:type="character" w:styleId="BodyText2Char1" w:customStyle="1">
    <w:name w:val="Body Text 2 Char1"/>
    <w:basedOn w:val="DefaultParagraphFont"/>
    <w:uiPriority w:val="99"/>
    <w:semiHidden/>
    <w:rsid w:val="007603B3"/>
    <w:rPr>
      <w:rFonts w:ascii="Times New Roman" w:hAnsi="Times New Roman" w:eastAsia="Times New Roman" w:cs="Times New Roman"/>
      <w:sz w:val="16"/>
    </w:rPr>
  </w:style>
  <w:style w:type="character" w:styleId="BodyText3Char1" w:customStyle="1">
    <w:name w:val="Body Text 3 Char1"/>
    <w:basedOn w:val="DefaultParagraphFont"/>
    <w:uiPriority w:val="99"/>
    <w:semiHidden/>
    <w:rsid w:val="007603B3"/>
    <w:rPr>
      <w:rFonts w:ascii="Times New Roman" w:hAnsi="Times New Roman" w:eastAsia="Times New Roman" w:cs="Times New Roman"/>
      <w:sz w:val="16"/>
      <w:szCs w:val="16"/>
    </w:rPr>
  </w:style>
  <w:style w:type="character" w:styleId="MacroTextChar1" w:customStyle="1">
    <w:name w:val="Macro Text Char1"/>
    <w:basedOn w:val="DefaultParagraphFont"/>
    <w:uiPriority w:val="99"/>
    <w:semiHidden/>
    <w:rsid w:val="007603B3"/>
    <w:rPr>
      <w:rFonts w:ascii="Consolas" w:hAnsi="Consolas" w:eastAsia="Times New Roman" w:cs="Times New Roman"/>
      <w:sz w:val="20"/>
      <w:szCs w:val="20"/>
    </w:rPr>
  </w:style>
  <w:style w:type="character" w:styleId="QuoteChar1" w:customStyle="1">
    <w:name w:val="Quote Char1"/>
    <w:basedOn w:val="DefaultParagraphFont"/>
    <w:uiPriority w:val="29"/>
    <w:rsid w:val="007603B3"/>
    <w:rPr>
      <w:rFonts w:ascii="Times New Roman" w:hAnsi="Times New Roman" w:eastAsia="Times New Roman" w:cs="Times New Roman"/>
      <w:i/>
      <w:iCs/>
      <w:color w:val="404040" w:themeColor="text1" w:themeTint="BF"/>
      <w:sz w:val="16"/>
    </w:rPr>
  </w:style>
  <w:style w:type="character" w:styleId="IntenseQuoteChar1" w:customStyle="1">
    <w:name w:val="Intense Quote Char1"/>
    <w:basedOn w:val="DefaultParagraphFont"/>
    <w:uiPriority w:val="30"/>
    <w:rsid w:val="007603B3"/>
    <w:rPr>
      <w:rFonts w:ascii="Times New Roman" w:hAnsi="Times New Roman" w:eastAsia="Times New Roman" w:cs="Times New Roman"/>
      <w:i/>
      <w:iCs/>
      <w:color w:val="365F91" w:themeColor="accent1" w:themeShade="BF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mailto:sven@topai.ee" TargetMode="External" Id="rId8" /><Relationship Type="http://schemas.openxmlformats.org/officeDocument/2006/relationships/styles" Target="styles.xml" Id="rId3" /><Relationship Type="http://schemas.openxmlformats.org/officeDocument/2006/relationships/hyperlink" Target="mailto:deniss.osman@gmail.com" TargetMode="Externa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theme" Target="theme/theme1.xml" Id="rId11" /><Relationship Type="http://schemas.openxmlformats.org/officeDocument/2006/relationships/webSettings" Target="webSettings.xml" Id="rId5" /><Relationship Type="http://schemas.openxmlformats.org/officeDocument/2006/relationships/fontTable" Target="fontTable.xml" Id="rId10" /><Relationship Type="http://schemas.openxmlformats.org/officeDocument/2006/relationships/settings" Target="settings.xml" Id="rId4" /><Relationship Type="http://schemas.openxmlformats.org/officeDocument/2006/relationships/hyperlink" Target="mailto:eveli.reitelmann@eestikonverentsikeskus.ee" TargetMode="External" Id="Rbd2028fe648f4053" /><Relationship Type="http://schemas.openxmlformats.org/officeDocument/2006/relationships/hyperlink" Target="mailto:jk@predictivelabs.eu" TargetMode="External" Id="R9ac56fc9885b4ca3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python-docx</dc:creator>
  <keywords/>
  <dc:description>generated by python-docx</dc:description>
  <lastModifiedBy>Kaire Karp - RK</lastModifiedBy>
  <revision>17</revision>
  <dcterms:created xsi:type="dcterms:W3CDTF">2026-09-22T01:45:00.0000000Z</dcterms:created>
  <dcterms:modified xsi:type="dcterms:W3CDTF">2026-09-22T15:13:23.0615116Z</dcterms:modified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2026-09-21T14:22:14Z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8fe098d2-428d-4bd4-9803-7195fe96f0e2</vt:lpwstr>
  </property>
  <property fmtid="{D5CDD505-2E9C-101B-9397-08002B2CF9AE}" pid="7" name="MSIP_Label_defa4170-0d19-0005-0004-bc88714345d2_ActionId">
    <vt:lpwstr>216a09da-eb20-426d-8925-adc7007323c4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