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68AC7" w14:textId="77777777" w:rsidR="00AA2223" w:rsidRPr="00073067" w:rsidRDefault="00000000">
      <w:pPr>
        <w:spacing w:after="280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b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b/>
          <w:sz w:val="21"/>
          <w:szCs w:val="21"/>
        </w:rPr>
        <w:t>Vallavolikogu</w:t>
      </w:r>
      <w:proofErr w:type="spellEnd"/>
      <w:r w:rsidRPr="00073067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b/>
          <w:sz w:val="21"/>
          <w:szCs w:val="21"/>
        </w:rPr>
        <w:t>esimehele</w:t>
      </w:r>
      <w:proofErr w:type="spellEnd"/>
    </w:p>
    <w:p w14:paraId="2636DF98" w14:textId="77777777" w:rsidR="00AA2223" w:rsidRPr="00073067" w:rsidRDefault="00000000" w:rsidP="0096316B">
      <w:pPr>
        <w:spacing w:before="80" w:after="320"/>
        <w:rPr>
          <w:rFonts w:ascii="Times New Roman" w:hAnsi="Times New Roman" w:cs="Times New Roman"/>
          <w:sz w:val="21"/>
          <w:szCs w:val="21"/>
        </w:rPr>
      </w:pPr>
      <w:r w:rsidRPr="00073067">
        <w:rPr>
          <w:rFonts w:ascii="Times New Roman" w:hAnsi="Times New Roman" w:cs="Times New Roman"/>
          <w:b/>
          <w:sz w:val="21"/>
          <w:szCs w:val="21"/>
        </w:rPr>
        <w:t>PÖÖRDUMINE VOLIKOGU ISTUNGI PÄEVAKORRA MUUTMISEKS</w:t>
      </w:r>
    </w:p>
    <w:p w14:paraId="222C81E5" w14:textId="77777777" w:rsidR="00AA2223" w:rsidRPr="00073067" w:rsidRDefault="00000000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Palun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muuta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eelseisva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istungi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päevakorda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võtta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päevakorrast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maha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järgmised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:</w:t>
      </w:r>
    </w:p>
    <w:p w14:paraId="207FE019" w14:textId="77777777" w:rsidR="00AA2223" w:rsidRPr="00073067" w:rsidRDefault="00000000">
      <w:pPr>
        <w:pStyle w:val="Loendinumber"/>
        <w:ind w:left="340"/>
        <w:rPr>
          <w:rFonts w:ascii="Times New Roman" w:hAnsi="Times New Roman" w:cs="Times New Roman"/>
          <w:sz w:val="21"/>
          <w:szCs w:val="21"/>
        </w:rPr>
      </w:pPr>
      <w:r w:rsidRPr="00073067">
        <w:rPr>
          <w:rFonts w:ascii="Times New Roman" w:hAnsi="Times New Roman" w:cs="Times New Roman"/>
          <w:sz w:val="21"/>
          <w:szCs w:val="21"/>
        </w:rPr>
        <w:t>„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Valla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asutamine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“</w:t>
      </w:r>
      <w:proofErr w:type="gramEnd"/>
      <w:r w:rsidRPr="00073067">
        <w:rPr>
          <w:rFonts w:ascii="Times New Roman" w:hAnsi="Times New Roman" w:cs="Times New Roman"/>
          <w:sz w:val="21"/>
          <w:szCs w:val="21"/>
        </w:rPr>
        <w:t>;</w:t>
      </w:r>
    </w:p>
    <w:p w14:paraId="64C4D182" w14:textId="5A876096" w:rsidR="00AA2223" w:rsidRPr="00073067" w:rsidRDefault="00000000">
      <w:pPr>
        <w:pStyle w:val="Loendinumber"/>
        <w:ind w:left="340"/>
        <w:rPr>
          <w:rFonts w:ascii="Times New Roman" w:hAnsi="Times New Roman" w:cs="Times New Roman"/>
          <w:sz w:val="21"/>
          <w:szCs w:val="21"/>
        </w:rPr>
      </w:pPr>
      <w:r w:rsidRPr="00073067">
        <w:rPr>
          <w:rFonts w:ascii="Times New Roman" w:hAnsi="Times New Roman" w:cs="Times New Roman"/>
          <w:sz w:val="21"/>
          <w:szCs w:val="21"/>
        </w:rPr>
        <w:t>„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Valla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põhimäärus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“</w:t>
      </w:r>
      <w:proofErr w:type="gramEnd"/>
      <w:r w:rsidR="00073067" w:rsidRPr="00073067">
        <w:rPr>
          <w:rFonts w:ascii="Times New Roman" w:hAnsi="Times New Roman" w:cs="Times New Roman"/>
          <w:sz w:val="21"/>
          <w:szCs w:val="21"/>
        </w:rPr>
        <w:t>;</w:t>
      </w:r>
    </w:p>
    <w:p w14:paraId="5C6908DA" w14:textId="6C17F56E" w:rsidR="00073067" w:rsidRPr="00073067" w:rsidRDefault="00073067">
      <w:pPr>
        <w:pStyle w:val="Loendinumber"/>
        <w:ind w:left="340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20.10.2022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nr 23 „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Kultuurikeskuse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põhimäärus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muutmine</w:t>
      </w:r>
      <w:proofErr w:type="spellEnd"/>
      <w:proofErr w:type="gramEnd"/>
    </w:p>
    <w:p w14:paraId="6DA64B6E" w14:textId="5DE23CB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Ettepaneku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põhjuseks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r w:rsidR="0096316B" w:rsidRPr="00073067">
        <w:rPr>
          <w:rFonts w:ascii="Times New Roman" w:hAnsi="Times New Roman" w:cs="Times New Roman"/>
          <w:sz w:val="21"/>
          <w:szCs w:val="21"/>
        </w:rPr>
        <w:t xml:space="preserve">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asjaolu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menetlemiseks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sisaldavad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mitmeid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õiguslikke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vastuolusid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ebatäpsusi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normitehnilisi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vigu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mis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tuleks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enne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otsustamist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kõrvaldada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1FA8A7AF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Muu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hulgas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Valla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sätestatud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juhataja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kinnitab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ametisse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vabastab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vallavanem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samas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§ 59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lõike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3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kohaselt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kinnitab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juhi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ametisse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vallavalitsus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vallavanema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pädevusse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kuulub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juhiga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töölepingu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sõlmimine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2435ADA2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Samuti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sätestatud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teenistuslikku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järelevalvet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tegevuse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seaduslikkuse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otstarbekuse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üle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teeb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ametiasutus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§ 57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lõike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7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kohaselt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teostab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nende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juhtide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üle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teenistuslikku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järelevalvet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vallavalitsus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3A52D726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Täiendavalt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vajab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selgust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kas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asutamisel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§ 59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lõikes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nõutud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teave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sealhulgas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eelarve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finantseerimisallikad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1714A898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esineb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mitmeid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muid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sisulisi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normitehnilisi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küsitavusi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Näiteks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käsitletakse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selle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tegevuse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lõpetamisel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viisil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mis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jätab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mulje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iseseisva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juriidilise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isiku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õigusjärglusest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ole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juriidiline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isik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Samas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sättes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kasutatakse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ametliku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nimetuse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Noorsootöökeskus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asemel</w:t>
      </w:r>
      <w:proofErr w:type="spellEnd"/>
      <w:proofErr w:type="gram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nimetust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Noortekeskus“</w:t>
      </w:r>
      <w:proofErr w:type="gram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0E949641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määratletakse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mõiste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Eesti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Noortekeskuste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Ühenduse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kaudu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vastav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mõiste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on juba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määratletud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seaduses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Samuti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kasutatakse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läbivalt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ebaühtlaselt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mõisteid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Noorsootöökeskus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“ ja</w:t>
      </w:r>
      <w:proofErr w:type="gram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noortekeskus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proofErr w:type="gramEnd"/>
      <w:r w:rsidRPr="00073067">
        <w:rPr>
          <w:rFonts w:ascii="Times New Roman" w:hAnsi="Times New Roman" w:cs="Times New Roman"/>
          <w:sz w:val="21"/>
          <w:szCs w:val="21"/>
        </w:rPr>
        <w:t xml:space="preserve"> § 5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lõikes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3 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ebaõiget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nimetust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Noorsootöökeskus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ametliku</w:t>
      </w:r>
      <w:proofErr w:type="spellEnd"/>
      <w:proofErr w:type="gram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nimetuse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„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Valla </w:t>
      </w:r>
      <w:proofErr w:type="spellStart"/>
      <w:proofErr w:type="gramStart"/>
      <w:r w:rsidRPr="00073067">
        <w:rPr>
          <w:rFonts w:ascii="Times New Roman" w:hAnsi="Times New Roman" w:cs="Times New Roman"/>
          <w:sz w:val="21"/>
          <w:szCs w:val="21"/>
        </w:rPr>
        <w:t>Noorsootöökeskus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“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asemel</w:t>
      </w:r>
      <w:proofErr w:type="spellEnd"/>
      <w:proofErr w:type="gram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7554F694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r w:rsidRPr="00073067">
        <w:rPr>
          <w:rFonts w:ascii="Times New Roman" w:hAnsi="Times New Roman" w:cs="Times New Roman"/>
          <w:sz w:val="21"/>
          <w:szCs w:val="21"/>
        </w:rPr>
        <w:t xml:space="preserve">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Noorsootöökeskuse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asutamise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vajab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enne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vastuvõtmist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redigeerimist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põhjendavas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osas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viidatakse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KOKS § 35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lõigetele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1 ja 2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nende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alusel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regulatsioon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mis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kehtis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enne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1.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juulit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2026. Alates 1.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juulist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2026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reguleerib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linna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ametiasutusi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KOKS § 31³,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samas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KOKS § 35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reguleerib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nüüd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majandustegevust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osalemist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juriidilistes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isikutes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resolutiivosa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alus 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valitud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korrektselt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peaks 10.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augustil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2026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koostatud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põhjendav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osa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sisaldama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enam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mittekehtiva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seaduseredaktsiooni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kirjeldust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57848A18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Eeltoodu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põhjal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leian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tegemist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ole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üksnes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üksikute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keeleliste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parandustega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esineb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sätteid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mis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puudutavad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erinevate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kohaliku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omavalitsuse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organite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pädevust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mille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sõnastus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ole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kooskõlas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kehtiva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põhimäärusega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12B29E27" w14:textId="77777777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õigusaktide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vastuvõtmisel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peab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olema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tagatud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liikmetele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esitatavad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materjalid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õiguslikult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korrektsed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omavahel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kooskõlalised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piisavalt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põhjalikult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ette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valmistatud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Praegusel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kujul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vastuvõtmine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nende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parandamine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alles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pärast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puudustele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tähelepanu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juhtimist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istungil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ole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minu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hinnangul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hea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õigusloome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ega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läbipaistva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otsustusprotsessi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seisukohalt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põhjendatud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6969F311" w14:textId="44FADDAE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Seetõttu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teen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ettepaneku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võtta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E46428">
        <w:rPr>
          <w:rFonts w:ascii="Times New Roman" w:hAnsi="Times New Roman" w:cs="Times New Roman"/>
          <w:sz w:val="21"/>
          <w:szCs w:val="21"/>
        </w:rPr>
        <w:t>kõik</w:t>
      </w:r>
      <w:proofErr w:type="spellEnd"/>
      <w:r w:rsidR="00E46428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E46428">
        <w:rPr>
          <w:rFonts w:ascii="Times New Roman" w:hAnsi="Times New Roman" w:cs="Times New Roman"/>
          <w:sz w:val="21"/>
          <w:szCs w:val="21"/>
        </w:rPr>
        <w:t>kolm</w:t>
      </w:r>
      <w:proofErr w:type="spellEnd"/>
      <w:r w:rsidR="00E46428">
        <w:rPr>
          <w:rFonts w:ascii="Times New Roman" w:hAnsi="Times New Roman" w:cs="Times New Roman"/>
          <w:sz w:val="21"/>
          <w:szCs w:val="21"/>
        </w:rPr>
        <w:t xml:space="preserve"> </w:t>
      </w:r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eelseisva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istungi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päevakorrast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maha,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saata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need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tagasi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esitajale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parandamiseks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täiendamiseks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ning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esitada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need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uuesti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pärast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:</w:t>
      </w:r>
    </w:p>
    <w:p w14:paraId="209EB629" w14:textId="77777777" w:rsidR="00AA2223" w:rsidRPr="00073067" w:rsidRDefault="00000000">
      <w:pPr>
        <w:pStyle w:val="Loenditpp"/>
        <w:ind w:left="454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vastuolude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kõrvaldamist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;</w:t>
      </w:r>
    </w:p>
    <w:p w14:paraId="03BEF45A" w14:textId="77777777" w:rsidR="00AA2223" w:rsidRPr="00073067" w:rsidRDefault="00000000">
      <w:pPr>
        <w:pStyle w:val="Loenditpp"/>
        <w:ind w:left="454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lastRenderedPageBreak/>
        <w:t>terminoloogia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normitehnika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korrastamist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;</w:t>
      </w:r>
    </w:p>
    <w:p w14:paraId="4FB0CFAD" w14:textId="77777777" w:rsidR="00AA2223" w:rsidRPr="00073067" w:rsidRDefault="00000000">
      <w:pPr>
        <w:pStyle w:val="Loenditpp"/>
        <w:ind w:left="454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kehtivate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õigusaktide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viidete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kontrollimist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;</w:t>
      </w:r>
    </w:p>
    <w:p w14:paraId="4D1BF56A" w14:textId="77777777" w:rsidR="00AA2223" w:rsidRPr="00073067" w:rsidRDefault="00000000">
      <w:pPr>
        <w:pStyle w:val="Loenditpp"/>
        <w:ind w:left="454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§ 59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lõikes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2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nõutud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dokumentide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andmete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täielikku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esitamist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;</w:t>
      </w:r>
    </w:p>
    <w:p w14:paraId="44A2CDFB" w14:textId="77777777" w:rsidR="00AA2223" w:rsidRPr="00073067" w:rsidRDefault="00000000">
      <w:pPr>
        <w:pStyle w:val="Loenditpp"/>
        <w:ind w:left="454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parandatud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eelnõude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läbivaatamist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asjaomastes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komisjonides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34C4F44B" w14:textId="3BD90664" w:rsidR="00AA2223" w:rsidRPr="00073067" w:rsidRDefault="00000000">
      <w:p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Selline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menetlus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tagab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, et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nii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uue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hallatava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asutuse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asutamise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otsus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kui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ka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selle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põhimäärus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võetakse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vastu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õiguslikult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korrektselt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ja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nõuetekohaselt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ettevalmistatud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kujul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>.</w:t>
      </w:r>
    </w:p>
    <w:p w14:paraId="69D1035A" w14:textId="77777777" w:rsidR="00AA2223" w:rsidRPr="00073067" w:rsidRDefault="00000000">
      <w:pPr>
        <w:spacing w:before="360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Lugupidamisega</w:t>
      </w:r>
      <w:proofErr w:type="spellEnd"/>
    </w:p>
    <w:p w14:paraId="127A7748" w14:textId="02EBB098" w:rsidR="00AA2223" w:rsidRPr="00073067" w:rsidRDefault="00FB6D6B">
      <w:pPr>
        <w:spacing w:after="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Inge Rosenberg</w:t>
      </w:r>
    </w:p>
    <w:p w14:paraId="7F3EB8A1" w14:textId="77777777" w:rsidR="00AA2223" w:rsidRPr="00073067" w:rsidRDefault="00000000">
      <w:pPr>
        <w:spacing w:after="20"/>
        <w:rPr>
          <w:rFonts w:ascii="Times New Roman" w:hAnsi="Times New Roman" w:cs="Times New Roman"/>
          <w:sz w:val="21"/>
          <w:szCs w:val="21"/>
        </w:rPr>
      </w:pPr>
      <w:proofErr w:type="spellStart"/>
      <w:r w:rsidRPr="00073067">
        <w:rPr>
          <w:rFonts w:ascii="Times New Roman" w:hAnsi="Times New Roman" w:cs="Times New Roman"/>
          <w:sz w:val="21"/>
          <w:szCs w:val="21"/>
        </w:rPr>
        <w:t>Põltsamaa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Vallavolikogu</w:t>
      </w:r>
      <w:proofErr w:type="spellEnd"/>
      <w:r w:rsidRPr="0007306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73067">
        <w:rPr>
          <w:rFonts w:ascii="Times New Roman" w:hAnsi="Times New Roman" w:cs="Times New Roman"/>
          <w:sz w:val="21"/>
          <w:szCs w:val="21"/>
        </w:rPr>
        <w:t>liige</w:t>
      </w:r>
      <w:proofErr w:type="spellEnd"/>
    </w:p>
    <w:p w14:paraId="243DF087" w14:textId="77777777" w:rsidR="00AA2223" w:rsidRPr="00073067" w:rsidRDefault="00000000">
      <w:pPr>
        <w:spacing w:after="20"/>
        <w:rPr>
          <w:rFonts w:ascii="Times New Roman" w:hAnsi="Times New Roman" w:cs="Times New Roman"/>
          <w:sz w:val="21"/>
          <w:szCs w:val="21"/>
        </w:rPr>
      </w:pPr>
      <w:r w:rsidRPr="00073067">
        <w:rPr>
          <w:rFonts w:ascii="Times New Roman" w:hAnsi="Times New Roman" w:cs="Times New Roman"/>
          <w:sz w:val="21"/>
          <w:szCs w:val="21"/>
        </w:rPr>
        <w:t>25.08.2026</w:t>
      </w:r>
    </w:p>
    <w:p w14:paraId="26B86516" w14:textId="77777777" w:rsidR="00E0441D" w:rsidRPr="00073067" w:rsidRDefault="00E0441D">
      <w:pPr>
        <w:spacing w:after="20"/>
        <w:rPr>
          <w:rFonts w:ascii="Times New Roman" w:hAnsi="Times New Roman" w:cs="Times New Roman"/>
          <w:sz w:val="21"/>
          <w:szCs w:val="21"/>
        </w:rPr>
      </w:pPr>
    </w:p>
    <w:sectPr w:rsidR="00E0441D" w:rsidRPr="00073067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D74D" w14:textId="77777777" w:rsidR="00A17650" w:rsidRDefault="00A17650">
      <w:pPr>
        <w:spacing w:after="0" w:line="240" w:lineRule="auto"/>
      </w:pPr>
      <w:r>
        <w:separator/>
      </w:r>
    </w:p>
  </w:endnote>
  <w:endnote w:type="continuationSeparator" w:id="0">
    <w:p w14:paraId="14D86806" w14:textId="77777777" w:rsidR="00A17650" w:rsidRDefault="00A1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6C574" w14:textId="77777777" w:rsidR="00AA2223" w:rsidRDefault="00000000">
    <w:pPr>
      <w:pStyle w:val="Jalus"/>
      <w:jc w:val="center"/>
    </w:pPr>
    <w:r>
      <w:t xml:space="preserve">Lk </w:t>
    </w:r>
    <w:r>
      <w:fldChar w:fldCharType="begin"/>
    </w:r>
    <w:r>
      <w:instrText>PAGE</w:instrText>
    </w:r>
    <w:r>
      <w:fldChar w:fldCharType="separate"/>
    </w:r>
    <w:r w:rsidR="0096316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F9924" w14:textId="77777777" w:rsidR="00A17650" w:rsidRDefault="00A17650">
      <w:pPr>
        <w:spacing w:after="0" w:line="240" w:lineRule="auto"/>
      </w:pPr>
      <w:r>
        <w:separator/>
      </w:r>
    </w:p>
  </w:footnote>
  <w:footnote w:type="continuationSeparator" w:id="0">
    <w:p w14:paraId="6F6BED15" w14:textId="77777777" w:rsidR="00A17650" w:rsidRDefault="00A17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2954559">
    <w:abstractNumId w:val="8"/>
  </w:num>
  <w:num w:numId="2" w16cid:durableId="163714975">
    <w:abstractNumId w:val="6"/>
  </w:num>
  <w:num w:numId="3" w16cid:durableId="1097407522">
    <w:abstractNumId w:val="5"/>
  </w:num>
  <w:num w:numId="4" w16cid:durableId="890730863">
    <w:abstractNumId w:val="4"/>
  </w:num>
  <w:num w:numId="5" w16cid:durableId="529076792">
    <w:abstractNumId w:val="7"/>
  </w:num>
  <w:num w:numId="6" w16cid:durableId="2012873058">
    <w:abstractNumId w:val="3"/>
  </w:num>
  <w:num w:numId="7" w16cid:durableId="1493570977">
    <w:abstractNumId w:val="2"/>
  </w:num>
  <w:num w:numId="8" w16cid:durableId="1076785828">
    <w:abstractNumId w:val="1"/>
  </w:num>
  <w:num w:numId="9" w16cid:durableId="183798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067"/>
    <w:rsid w:val="000F6481"/>
    <w:rsid w:val="0015074B"/>
    <w:rsid w:val="0029639D"/>
    <w:rsid w:val="00326F90"/>
    <w:rsid w:val="003D0DB9"/>
    <w:rsid w:val="005129D1"/>
    <w:rsid w:val="00636BBA"/>
    <w:rsid w:val="0081345D"/>
    <w:rsid w:val="008D39F0"/>
    <w:rsid w:val="0096316B"/>
    <w:rsid w:val="009F2091"/>
    <w:rsid w:val="00A17650"/>
    <w:rsid w:val="00AA1D8D"/>
    <w:rsid w:val="00AA2223"/>
    <w:rsid w:val="00B47730"/>
    <w:rsid w:val="00C90EDF"/>
    <w:rsid w:val="00CB0664"/>
    <w:rsid w:val="00DB152B"/>
    <w:rsid w:val="00E0441D"/>
    <w:rsid w:val="00E46428"/>
    <w:rsid w:val="00E86189"/>
    <w:rsid w:val="00F522B5"/>
    <w:rsid w:val="00F84D0C"/>
    <w:rsid w:val="00FB6D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AD20D"/>
  <w14:defaultImageDpi w14:val="300"/>
  <w15:docId w15:val="{E5ECB8DA-7604-4735-9420-CD1F87E6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140" w:line="259" w:lineRule="auto"/>
    </w:pPr>
    <w:rPr>
      <w:rFonts w:ascii="Aptos" w:hAnsi="Apto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Pöördumine volikogu istungi päevakorra muutmiseks</dc:title>
  <dc:subject>Põltsamaa Valla Noorsootöökeskuse eelnõude päevakorrast maha võtmise ettepanek</dc:subject>
  <dc:creator>Toomas Teppo</dc:creator>
  <cp:keywords/>
  <dc:description>generated by python-docx</dc:description>
  <cp:lastModifiedBy>Inge Rosenberg</cp:lastModifiedBy>
  <cp:revision>8</cp:revision>
  <cp:lastPrinted>2026-08-27T06:28:00Z</cp:lastPrinted>
  <dcterms:created xsi:type="dcterms:W3CDTF">2026-08-25T18:49:00Z</dcterms:created>
  <dcterms:modified xsi:type="dcterms:W3CDTF">2026-09-30T17:14:00Z</dcterms:modified>
  <cp:category/>
</cp:coreProperties>
</file>