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FC8D" w14:textId="55741180" w:rsidR="00527167" w:rsidRPr="009C473C" w:rsidRDefault="009C473C" w:rsidP="009C473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C473C">
        <w:rPr>
          <w:rFonts w:ascii="Times New Roman" w:hAnsi="Times New Roman" w:cs="Times New Roman"/>
          <w:b/>
          <w:sz w:val="24"/>
          <w:szCs w:val="24"/>
        </w:rPr>
        <w:t xml:space="preserve">Lisa 1 – </w:t>
      </w:r>
      <w:proofErr w:type="spellStart"/>
      <w:r w:rsidRPr="009C473C">
        <w:rPr>
          <w:rFonts w:ascii="Times New Roman" w:hAnsi="Times New Roman" w:cs="Times New Roman"/>
          <w:b/>
          <w:sz w:val="24"/>
          <w:szCs w:val="24"/>
        </w:rPr>
        <w:t>raaml</w:t>
      </w:r>
      <w:r w:rsidR="00C66D46">
        <w:rPr>
          <w:rFonts w:ascii="Times New Roman" w:hAnsi="Times New Roman" w:cs="Times New Roman"/>
          <w:b/>
          <w:sz w:val="24"/>
          <w:szCs w:val="24"/>
        </w:rPr>
        <w:t>e</w:t>
      </w:r>
      <w:r w:rsidRPr="009C473C">
        <w:rPr>
          <w:rFonts w:ascii="Times New Roman" w:hAnsi="Times New Roman" w:cs="Times New Roman"/>
          <w:b/>
          <w:sz w:val="24"/>
          <w:szCs w:val="24"/>
        </w:rPr>
        <w:t>pingu</w:t>
      </w:r>
      <w:proofErr w:type="spellEnd"/>
      <w:r w:rsidRPr="009C47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3C">
        <w:rPr>
          <w:rFonts w:ascii="Times New Roman" w:hAnsi="Times New Roman" w:cs="Times New Roman"/>
          <w:b/>
          <w:sz w:val="24"/>
          <w:szCs w:val="24"/>
        </w:rPr>
        <w:t>partnerite</w:t>
      </w:r>
      <w:proofErr w:type="spellEnd"/>
      <w:r w:rsidRPr="009C47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473C">
        <w:rPr>
          <w:rFonts w:ascii="Times New Roman" w:hAnsi="Times New Roman" w:cs="Times New Roman"/>
          <w:b/>
          <w:sz w:val="24"/>
          <w:szCs w:val="24"/>
        </w:rPr>
        <w:t>loetelu</w:t>
      </w:r>
      <w:proofErr w:type="spellEnd"/>
    </w:p>
    <w:tbl>
      <w:tblPr>
        <w:tblStyle w:val="TableGrid"/>
        <w:tblW w:w="12800" w:type="dxa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1750"/>
        <w:gridCol w:w="2950"/>
        <w:gridCol w:w="2100"/>
        <w:gridCol w:w="3500"/>
      </w:tblGrid>
      <w:tr w:rsidR="009C473C" w:rsidRPr="009C473C" w14:paraId="2943DCFC" w14:textId="77777777" w:rsidTr="007173D9">
        <w:trPr>
          <w:cantSplit/>
          <w:trHeight w:val="300"/>
          <w:tblHeader/>
          <w:jc w:val="center"/>
        </w:trPr>
        <w:tc>
          <w:tcPr>
            <w:tcW w:w="250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0844A" w14:textId="77777777" w:rsidR="009C473C" w:rsidRPr="009C473C" w:rsidRDefault="009C473C" w:rsidP="009C4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Juriidlise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isiku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nimetus</w:t>
            </w:r>
            <w:proofErr w:type="spellEnd"/>
          </w:p>
        </w:tc>
        <w:tc>
          <w:tcPr>
            <w:tcW w:w="175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FE745" w14:textId="77777777" w:rsidR="009C473C" w:rsidRPr="009C473C" w:rsidRDefault="009C473C" w:rsidP="009C4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Registrikood</w:t>
            </w:r>
            <w:proofErr w:type="spellEnd"/>
          </w:p>
        </w:tc>
        <w:tc>
          <w:tcPr>
            <w:tcW w:w="2950" w:type="dxa"/>
            <w:shd w:val="clear" w:color="auto" w:fill="DBE5F1" w:themeFill="accent1" w:themeFillTint="33"/>
            <w:vAlign w:val="center"/>
          </w:tcPr>
          <w:p w14:paraId="71C81A7B" w14:textId="77777777" w:rsidR="00AF29BD" w:rsidRDefault="00D7044A" w:rsidP="000F351A">
            <w:pPr>
              <w:jc w:val="center"/>
            </w:pPr>
            <w:proofErr w:type="spellStart"/>
            <w:r w:rsidRPr="000F35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C66D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sukoht</w:t>
            </w:r>
            <w:proofErr w:type="spellEnd"/>
          </w:p>
        </w:tc>
        <w:tc>
          <w:tcPr>
            <w:tcW w:w="210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ACC76A" w14:textId="77777777" w:rsidR="009C473C" w:rsidRPr="009C473C" w:rsidRDefault="009C4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Lepingu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allkirjastaja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(d)</w:t>
            </w:r>
          </w:p>
        </w:tc>
        <w:tc>
          <w:tcPr>
            <w:tcW w:w="350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AE22F" w14:textId="77777777" w:rsidR="009C473C" w:rsidRPr="009C473C" w:rsidRDefault="009C4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Lepingu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kontaktisiku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andmed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nimi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meiliaadress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</w:t>
            </w:r>
            <w:proofErr w:type="spellEnd"/>
            <w:r w:rsidRPr="009C47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nr)</w:t>
            </w:r>
          </w:p>
        </w:tc>
      </w:tr>
      <w:tr w:rsidR="009C473C" w:rsidRPr="00887B83" w14:paraId="60749767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8183C5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RiskSight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A8D657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14406183</w:t>
            </w:r>
          </w:p>
        </w:tc>
        <w:tc>
          <w:tcPr>
            <w:tcW w:w="2950" w:type="dxa"/>
            <w:vAlign w:val="center"/>
          </w:tcPr>
          <w:p w14:paraId="42337CCE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Kristiine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Pirni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7/1, 10617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7C353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Markus Ilmar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Münzer</w:t>
            </w:r>
            <w:proofErr w:type="spellEnd"/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1D34D8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Vahur Rähn, vahur.rahn@risksight.io, 53445528</w:t>
            </w:r>
          </w:p>
        </w:tc>
      </w:tr>
      <w:tr w:rsidR="009C473C" w:rsidRPr="00887B83" w14:paraId="478F6EFA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893375" w14:textId="701E4B01" w:rsidR="009C473C" w:rsidRPr="00CD4EA9" w:rsidRDefault="1694A1E5" w:rsidP="3C3D50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3C3D50C6">
              <w:rPr>
                <w:rFonts w:asciiTheme="minorHAnsi" w:hAnsiTheme="minorHAnsi"/>
                <w:sz w:val="20"/>
                <w:szCs w:val="20"/>
              </w:rPr>
              <w:t>Educraftor</w:t>
            </w:r>
            <w:proofErr w:type="spellEnd"/>
            <w:r w:rsidRPr="3C3D50C6">
              <w:rPr>
                <w:rFonts w:asciiTheme="minorHAnsi" w:hAnsiTheme="minorHAnsi"/>
                <w:sz w:val="20"/>
                <w:szCs w:val="20"/>
              </w:rPr>
              <w:t xml:space="preserve"> Oy Ab</w:t>
            </w:r>
          </w:p>
          <w:p w14:paraId="5A2FE483" w14:textId="77777777" w:rsidR="009C473C" w:rsidRPr="00CD4EA9" w:rsidRDefault="3A2EF936" w:rsidP="06A2D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Eesti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Rahvusraamatukogu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(74000139) SIA Riga International Tuition Centre (40103978328)</w:t>
            </w:r>
          </w:p>
          <w:p w14:paraId="73E13629" w14:textId="5A0AE71D" w:rsidR="009C473C" w:rsidRPr="00CD4EA9" w:rsidRDefault="009C473C" w:rsidP="06A2DB20">
            <w:pPr>
              <w:rPr>
                <w:rFonts w:ascii="Times New Roman" w:eastAsia="Times New Roman" w:hAnsi="Times New Roman" w:cs="Times New Roman"/>
                <w:color w:val="ED0000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E7CABE" w14:textId="0ADC94CB" w:rsidR="009C473C" w:rsidRPr="00CD4EA9" w:rsidRDefault="66C5FC55" w:rsidP="3C3D50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C3D50C6">
              <w:rPr>
                <w:rFonts w:asciiTheme="minorHAnsi" w:hAnsiTheme="minorHAnsi"/>
                <w:sz w:val="20"/>
                <w:szCs w:val="20"/>
              </w:rPr>
              <w:t>0839665-</w:t>
            </w:r>
          </w:p>
        </w:tc>
        <w:tc>
          <w:tcPr>
            <w:tcW w:w="2950" w:type="dxa"/>
            <w:vAlign w:val="center"/>
          </w:tcPr>
          <w:p w14:paraId="6E699443" w14:textId="3D65ECD9" w:rsidR="00AF29BD" w:rsidRPr="00887B83" w:rsidRDefault="10580ABE" w:rsidP="3C3D50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>Pärnu</w:t>
            </w:r>
            <w:proofErr w:type="spellEnd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3C3D50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10, 10148</w:t>
            </w:r>
          </w:p>
          <w:p w14:paraId="54599AA3" w14:textId="73F3B429" w:rsidR="00AF29BD" w:rsidRPr="00887B83" w:rsidRDefault="00AF29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E4139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Peter Fagerström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68F1A9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Marie Nõgisto, marie@educraftor.com, 53862191</w:t>
            </w:r>
          </w:p>
        </w:tc>
      </w:tr>
      <w:tr w:rsidR="009C473C" w:rsidRPr="00887B83" w14:paraId="1162B869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1386C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Garage48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FE6BA4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14270370</w:t>
            </w:r>
          </w:p>
        </w:tc>
        <w:tc>
          <w:tcPr>
            <w:tcW w:w="2950" w:type="dxa"/>
            <w:vAlign w:val="center"/>
          </w:tcPr>
          <w:p w14:paraId="16743558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Telliskivi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57/1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2F1E61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Hanikat</w:t>
            </w:r>
            <w:proofErr w:type="spellEnd"/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D2590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Mari Hanikat, mari@garage48.org, +37256677510</w:t>
            </w:r>
          </w:p>
        </w:tc>
      </w:tr>
      <w:tr w:rsidR="009C473C" w:rsidRPr="00887B83" w14:paraId="2C1AF9B2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9412E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Mittetulundusühing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Robotex</w:t>
            </w:r>
            <w:proofErr w:type="spellEnd"/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63B8D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80365709</w:t>
            </w:r>
          </w:p>
        </w:tc>
        <w:tc>
          <w:tcPr>
            <w:tcW w:w="2950" w:type="dxa"/>
            <w:vAlign w:val="center"/>
          </w:tcPr>
          <w:p w14:paraId="1337991F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Mustamäe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Ehitajate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5, 12618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9E857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Nathan Metsala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346A5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Nathan Metsala, nathan@robotex.ee, 59094039</w:t>
            </w:r>
          </w:p>
        </w:tc>
      </w:tr>
      <w:tr w:rsidR="009C473C" w:rsidRPr="00887B83" w14:paraId="02972BEB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E9DE6F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Tekamath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707B7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16460577</w:t>
            </w:r>
          </w:p>
        </w:tc>
        <w:tc>
          <w:tcPr>
            <w:tcW w:w="2950" w:type="dxa"/>
            <w:vAlign w:val="center"/>
          </w:tcPr>
          <w:p w14:paraId="3CBFC495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Nõmme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Kumalase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8, 10921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55E73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Terje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Ennomäe</w:t>
            </w:r>
            <w:proofErr w:type="spellEnd"/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51ED8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terje.ennomae@gmail.com, Terje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Ennomäe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, 5047166</w:t>
            </w:r>
          </w:p>
        </w:tc>
      </w:tr>
      <w:tr w:rsidR="009C473C" w:rsidRPr="00887B83" w14:paraId="056BD08D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C87D2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Delfi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Meedia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737EFF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10586863</w:t>
            </w:r>
          </w:p>
        </w:tc>
        <w:tc>
          <w:tcPr>
            <w:tcW w:w="2950" w:type="dxa"/>
            <w:vAlign w:val="center"/>
          </w:tcPr>
          <w:p w14:paraId="79DBE934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Narva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13, 10151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E77AA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Erik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Heinsaar</w:t>
            </w:r>
            <w:proofErr w:type="spellEnd"/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916D54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Eveli Reitelmann, eveli.reitelmann@eestikonverentsikeskus.ee, +37254547878</w:t>
            </w:r>
          </w:p>
        </w:tc>
      </w:tr>
      <w:tr w:rsidR="009C473C" w:rsidRPr="00887B83" w14:paraId="1CF82A61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C7290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mittetulundusühing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Valga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Arvutikeskus</w:t>
            </w:r>
            <w:proofErr w:type="spellEnd"/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3C0C7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80087434</w:t>
            </w:r>
          </w:p>
        </w:tc>
        <w:tc>
          <w:tcPr>
            <w:tcW w:w="2950" w:type="dxa"/>
            <w:vAlign w:val="center"/>
          </w:tcPr>
          <w:p w14:paraId="44774A31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Valga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Valga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Valga 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Vabaduse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22, 68204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6009C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22D18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Igor Jallai, info@walk.ee, 56634269</w:t>
            </w:r>
          </w:p>
        </w:tc>
      </w:tr>
      <w:tr w:rsidR="009C473C" w:rsidRPr="00887B83" w14:paraId="044439D7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E83BB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Veebikool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09B7D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16717378</w:t>
            </w:r>
          </w:p>
        </w:tc>
        <w:tc>
          <w:tcPr>
            <w:tcW w:w="2950" w:type="dxa"/>
            <w:vAlign w:val="center"/>
          </w:tcPr>
          <w:p w14:paraId="05A9DC50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Järva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Paide linn, Paide linn, Pikk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1, 72713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58AA1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Marika Juusu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42AB7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Marika Juusu, marika@veebikool.ee, 58566702;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Kirsike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Kukk-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Viiol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, kirsike@veebikool.ee, 53485717</w:t>
            </w:r>
          </w:p>
        </w:tc>
      </w:tr>
      <w:tr w:rsidR="009C473C" w:rsidRPr="00887B83" w14:paraId="6718F8E7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6B903F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OÜ Agenda Public Relations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89A1FE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14211172</w:t>
            </w:r>
          </w:p>
        </w:tc>
        <w:tc>
          <w:tcPr>
            <w:tcW w:w="2950" w:type="dxa"/>
            <w:vAlign w:val="center"/>
          </w:tcPr>
          <w:p w14:paraId="781876B2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Pärnu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18, 10141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8E7A4E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Janika Ritson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6F50D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Janika Ritson, janika.ritson@agendapr.ee, +372 5666 1528</w:t>
            </w:r>
          </w:p>
        </w:tc>
      </w:tr>
      <w:tr w:rsidR="009C473C" w:rsidRPr="00887B83" w14:paraId="14FDC6C9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11B3CC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Ülikool</w:t>
            </w:r>
            <w:proofErr w:type="spellEnd"/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2B78F1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74001073</w:t>
            </w:r>
          </w:p>
        </w:tc>
        <w:tc>
          <w:tcPr>
            <w:tcW w:w="2950" w:type="dxa"/>
            <w:vAlign w:val="center"/>
          </w:tcPr>
          <w:p w14:paraId="7CCB9B9A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Tartu linn, Tartu 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Ülikooli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18, 50090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D4C12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Siret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Rutiku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grandikeskuse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juhataja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C2262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Kaia Kask (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51 918 713, kaia.kask@ut.ee)</w:t>
            </w:r>
          </w:p>
        </w:tc>
      </w:tr>
      <w:tr w:rsidR="009C473C" w:rsidRPr="00887B83" w14:paraId="0A72BE03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BFBD45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Tallinna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Tehnikaülikool</w:t>
            </w:r>
            <w:proofErr w:type="spellEnd"/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CFF5E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74000323</w:t>
            </w:r>
          </w:p>
        </w:tc>
        <w:tc>
          <w:tcPr>
            <w:tcW w:w="2950" w:type="dxa"/>
            <w:vAlign w:val="center"/>
          </w:tcPr>
          <w:p w14:paraId="276DAA4B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Mustamäe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Ehitajate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5, 19086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ABD5D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Ingrid Pappel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AF6284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Hanno Tomberg, hanno.tomberg@taltech.ee, +372 50 31345</w:t>
            </w:r>
          </w:p>
        </w:tc>
      </w:tr>
      <w:tr w:rsidR="009C473C" w:rsidRPr="00887B83" w14:paraId="4E1F9296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F01D21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SA Tartu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Rahvaülikool</w:t>
            </w:r>
            <w:proofErr w:type="spellEnd"/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A62FE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90007135</w:t>
            </w:r>
          </w:p>
        </w:tc>
        <w:tc>
          <w:tcPr>
            <w:tcW w:w="2950" w:type="dxa"/>
            <w:vAlign w:val="center"/>
          </w:tcPr>
          <w:p w14:paraId="19D4623F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Tartu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Tartu linn, Tartu 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Pepleri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4, 51003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9D8AB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Kristjan Silm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9BA10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Anette-Helena Endrekson-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Hendriksman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, anette@rahvaylikool.ee, +372 736 1544</w:t>
            </w:r>
          </w:p>
        </w:tc>
      </w:tr>
      <w:tr w:rsidR="009C473C" w:rsidRPr="00887B83" w14:paraId="2BB3AF23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FDE0A" w14:textId="1EB1EC14" w:rsidR="009C473C" w:rsidRPr="00887B83" w:rsidRDefault="79EEC354"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Produktize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  <w:r w:rsidR="54CDB1FB"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5E8601CF" w14:textId="77777777" w:rsidR="009C473C" w:rsidRPr="00887B83" w:rsidRDefault="54CDB1FB" w:rsidP="06A2D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 RE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Disain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 (16811060)</w:t>
            </w:r>
          </w:p>
          <w:p w14:paraId="2C476E25" w14:textId="3A5B0F44" w:rsidR="009C473C" w:rsidRPr="00887B83" w:rsidRDefault="009C473C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593943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16729335</w:t>
            </w:r>
          </w:p>
        </w:tc>
        <w:tc>
          <w:tcPr>
            <w:tcW w:w="2950" w:type="dxa"/>
            <w:vAlign w:val="center"/>
          </w:tcPr>
          <w:p w14:paraId="38F6A58B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Vibu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5-8, 10415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9960B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Anna-Liisa Reinson, Helen Minarik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3E07F3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Helen Minarik, minarikhelen@gmail.com, 56680126; Anna-Liisa Reinson, anna-liisa@produktize.eu, 5531365</w:t>
            </w:r>
          </w:p>
        </w:tc>
      </w:tr>
      <w:tr w:rsidR="009C473C" w:rsidRPr="00887B83" w14:paraId="4FB52A59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12FAD7" w14:textId="78735D3B" w:rsidR="009C473C" w:rsidRPr="00887B83" w:rsidRDefault="79EEC354"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BDA Consulting OÜ</w:t>
            </w:r>
          </w:p>
          <w:p w14:paraId="3EEC0FD9" w14:textId="77777777" w:rsidR="009C473C" w:rsidRPr="00887B83" w:rsidRDefault="6601072A" w:rsidP="06A2D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Digiwise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 (12538302);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Sihtasutus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Tallinna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Teaduspark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TEHNOPOL (90008258)</w:t>
            </w:r>
          </w:p>
          <w:p w14:paraId="2752AC28" w14:textId="445D3AA6" w:rsidR="009C473C" w:rsidRPr="00887B83" w:rsidRDefault="009C473C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3373A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11152948</w:t>
            </w:r>
          </w:p>
        </w:tc>
        <w:tc>
          <w:tcPr>
            <w:tcW w:w="2950" w:type="dxa"/>
            <w:vAlign w:val="center"/>
          </w:tcPr>
          <w:p w14:paraId="758A647D" w14:textId="2D2AED56" w:rsidR="00AF29BD" w:rsidRPr="00887B83" w:rsidRDefault="00413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Sõle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14, 10611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E06FF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Marikai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Karilaid</w:t>
            </w:r>
            <w:proofErr w:type="spellEnd"/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9F3A94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Marikai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Karilaid, marikai@bda.ee, 56461333,</w:t>
            </w:r>
          </w:p>
        </w:tc>
      </w:tr>
      <w:tr w:rsidR="009C473C" w:rsidRPr="00887B83" w14:paraId="09229155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67970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Miltton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New Nordics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DA71E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14618181</w:t>
            </w:r>
          </w:p>
        </w:tc>
        <w:tc>
          <w:tcPr>
            <w:tcW w:w="2950" w:type="dxa"/>
            <w:vAlign w:val="center"/>
          </w:tcPr>
          <w:p w14:paraId="3DD0CCE4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Põhja-Tallinna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Telliskivi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60/2, 10412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511A01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F544E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Sandra Kamilova, sandra.kamilova@miltton.com, +372 5667 5362</w:t>
            </w:r>
          </w:p>
        </w:tc>
      </w:tr>
      <w:tr w:rsidR="009C473C" w:rsidRPr="00887B83" w14:paraId="40304661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E15B7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TopAI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03CAED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17545353</w:t>
            </w:r>
          </w:p>
        </w:tc>
        <w:tc>
          <w:tcPr>
            <w:tcW w:w="2950" w:type="dxa"/>
            <w:vAlign w:val="center"/>
          </w:tcPr>
          <w:p w14:paraId="418C977A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Narva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5, 10117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9BF1B2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94135A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Sven Illing, sven@topai.ee, +3725251686</w:t>
            </w:r>
          </w:p>
        </w:tc>
      </w:tr>
      <w:tr w:rsidR="009C473C" w:rsidRPr="00887B83" w14:paraId="5093D9B6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8C4B8" w14:textId="378BFDCF" w:rsidR="009C473C" w:rsidRPr="00887B83" w:rsidRDefault="037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KOIV INVEST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F7347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11517964</w:t>
            </w:r>
          </w:p>
        </w:tc>
        <w:tc>
          <w:tcPr>
            <w:tcW w:w="2950" w:type="dxa"/>
            <w:vAlign w:val="center"/>
          </w:tcPr>
          <w:p w14:paraId="3CA6399E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Viimsi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vald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Haabneeme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alevik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Pihlaka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tee 19, 74001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D3F89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B3C24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9C473C" w:rsidRPr="00887B83" w14:paraId="27BA3347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140BBC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GENERGIO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3055C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10687009</w:t>
            </w:r>
          </w:p>
        </w:tc>
        <w:tc>
          <w:tcPr>
            <w:tcW w:w="2950" w:type="dxa"/>
            <w:vAlign w:val="center"/>
          </w:tcPr>
          <w:p w14:paraId="4BC18100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Lasnamäe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Lõõtsa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6, 74001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EAA06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4D9DE4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Urmas Kõiv, urmas@areng.ee, 5077007</w:t>
            </w:r>
          </w:p>
        </w:tc>
      </w:tr>
      <w:tr w:rsidR="009C473C" w:rsidRPr="00887B83" w14:paraId="6EEBADB4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9A940" w14:textId="1480CE53" w:rsidR="009C473C" w:rsidRPr="00887B83" w:rsidRDefault="79EEC354"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TooEarly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OÜ</w:t>
            </w:r>
            <w:r w:rsidR="20A3EAE4"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2D4DF8DF" w14:textId="528D6305" w:rsidR="009C473C" w:rsidRPr="00887B83" w:rsidRDefault="20A3E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Sihtasutus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Estonian Business School (90013934)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140D4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17328590</w:t>
            </w:r>
          </w:p>
        </w:tc>
        <w:tc>
          <w:tcPr>
            <w:tcW w:w="2950" w:type="dxa"/>
            <w:vAlign w:val="center"/>
          </w:tcPr>
          <w:p w14:paraId="7F30D93B" w14:textId="08ABCA0A" w:rsidR="00AF29BD" w:rsidRPr="00887B83" w:rsidRDefault="00887B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Harju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, A.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Lauteri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hAnsi="Times New Roman" w:cs="Times New Roman"/>
                <w:sz w:val="20"/>
                <w:szCs w:val="20"/>
              </w:rPr>
              <w:t xml:space="preserve"> 3, 10114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AB2EF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Triinu Lukas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F301A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Triinu Lukas, triinu@tooearly.eu, +3725244085</w:t>
            </w:r>
          </w:p>
        </w:tc>
      </w:tr>
      <w:tr w:rsidR="009C473C" w:rsidRPr="00887B83" w14:paraId="5CE0967C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3D00B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BCS Koolitus AS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1275E" w14:textId="77777777" w:rsidR="009C473C" w:rsidRPr="00887B83" w:rsidRDefault="009C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10723047</w:t>
            </w:r>
          </w:p>
        </w:tc>
        <w:tc>
          <w:tcPr>
            <w:tcW w:w="2950" w:type="dxa"/>
            <w:vAlign w:val="center"/>
          </w:tcPr>
          <w:p w14:paraId="174FEDCF" w14:textId="77777777" w:rsidR="00AF29BD" w:rsidRPr="00887B83" w:rsidRDefault="00D70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Aia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tn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7,10111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2DB90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Anni Sild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E1A73" w14:textId="77777777" w:rsidR="009C473C" w:rsidRPr="00887B83" w:rsidRDefault="009C4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Kerli Saarelaid, kerli.saarelaid@bcs.ee,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5696 3001; Ott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Alemaa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ott.alemaa@bcs.ee, </w:t>
            </w:r>
            <w:proofErr w:type="spellStart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>tel</w:t>
            </w:r>
            <w:proofErr w:type="spellEnd"/>
            <w:r w:rsidRPr="00887B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680 6880</w:t>
            </w:r>
          </w:p>
        </w:tc>
      </w:tr>
      <w:tr w:rsidR="000F4D57" w:rsidRPr="00887B83" w14:paraId="59B2347C" w14:textId="77777777" w:rsidTr="3C3D50C6">
        <w:trPr>
          <w:cantSplit/>
          <w:trHeight w:val="300"/>
          <w:jc w:val="center"/>
        </w:trPr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1A1B6" w14:textId="06492921" w:rsidR="000F4D57" w:rsidRPr="00CD4EA9" w:rsidRDefault="4DF34B9F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Amazing Productions OÜ</w:t>
            </w:r>
          </w:p>
        </w:tc>
        <w:tc>
          <w:tcPr>
            <w:tcW w:w="17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5B9F5" w14:textId="03CE646B" w:rsidR="000F4D57" w:rsidRPr="00CD4EA9" w:rsidRDefault="77279D3F" w:rsidP="06A2D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12428246</w:t>
            </w:r>
          </w:p>
        </w:tc>
        <w:tc>
          <w:tcPr>
            <w:tcW w:w="2950" w:type="dxa"/>
            <w:vAlign w:val="center"/>
          </w:tcPr>
          <w:p w14:paraId="0C7BA2A1" w14:textId="12B962FD" w:rsidR="000F4D57" w:rsidRPr="00CD4EA9" w:rsidRDefault="40E46885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Harju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maakond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Tallinn,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Kesklinna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linnaosa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Pärnu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mnt</w:t>
            </w:r>
            <w:proofErr w:type="spellEnd"/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31, 10119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1ABDEC" w14:textId="2BA568C7" w:rsidR="000F4D57" w:rsidRPr="00CD4EA9" w:rsidRDefault="77279D3F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Priit Mikk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4F2DB" w14:textId="07D8B365" w:rsidR="000F4D57" w:rsidRPr="00CD4EA9" w:rsidRDefault="77279D3F" w:rsidP="06A2DB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6A2DB20">
              <w:rPr>
                <w:rFonts w:ascii="Times New Roman" w:eastAsia="Times New Roman" w:hAnsi="Times New Roman" w:cs="Times New Roman"/>
                <w:sz w:val="20"/>
                <w:szCs w:val="20"/>
              </w:rPr>
              <w:t>Priit Mikk, priit@amazing.ee, 56693633</w:t>
            </w:r>
          </w:p>
        </w:tc>
      </w:tr>
    </w:tbl>
    <w:p w14:paraId="2EF9F86D" w14:textId="77777777" w:rsidR="001B3CA4" w:rsidRPr="009C473C" w:rsidRDefault="001B3CA4">
      <w:pPr>
        <w:rPr>
          <w:rFonts w:ascii="Times New Roman" w:hAnsi="Times New Roman" w:cs="Times New Roman"/>
          <w:sz w:val="24"/>
          <w:szCs w:val="24"/>
        </w:rPr>
      </w:pPr>
    </w:p>
    <w:sectPr w:rsidR="001B3CA4" w:rsidRPr="009C473C" w:rsidSect="00034616"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7442039">
    <w:abstractNumId w:val="5"/>
  </w:num>
  <w:num w:numId="2" w16cid:durableId="1517232961">
    <w:abstractNumId w:val="3"/>
  </w:num>
  <w:num w:numId="3" w16cid:durableId="1738359948">
    <w:abstractNumId w:val="2"/>
  </w:num>
  <w:num w:numId="4" w16cid:durableId="1807428605">
    <w:abstractNumId w:val="4"/>
  </w:num>
  <w:num w:numId="5" w16cid:durableId="1842894309">
    <w:abstractNumId w:val="8"/>
  </w:num>
  <w:num w:numId="6" w16cid:durableId="218246293">
    <w:abstractNumId w:val="7"/>
  </w:num>
  <w:num w:numId="7" w16cid:durableId="518005654">
    <w:abstractNumId w:val="6"/>
  </w:num>
  <w:num w:numId="8" w16cid:durableId="62994563">
    <w:abstractNumId w:val="1"/>
  </w:num>
  <w:num w:numId="9" w16cid:durableId="90996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325"/>
    <w:rsid w:val="000F351A"/>
    <w:rsid w:val="000F4D57"/>
    <w:rsid w:val="0012666A"/>
    <w:rsid w:val="0015074B"/>
    <w:rsid w:val="001B3CA4"/>
    <w:rsid w:val="0029639D"/>
    <w:rsid w:val="00325DA7"/>
    <w:rsid w:val="00326F90"/>
    <w:rsid w:val="003E2E84"/>
    <w:rsid w:val="00413EC3"/>
    <w:rsid w:val="004E2AD7"/>
    <w:rsid w:val="00527167"/>
    <w:rsid w:val="006D1C87"/>
    <w:rsid w:val="00707694"/>
    <w:rsid w:val="007173D9"/>
    <w:rsid w:val="007D482A"/>
    <w:rsid w:val="00804D1B"/>
    <w:rsid w:val="00887B83"/>
    <w:rsid w:val="009C473C"/>
    <w:rsid w:val="00A544FD"/>
    <w:rsid w:val="00AA1D8D"/>
    <w:rsid w:val="00AF29BD"/>
    <w:rsid w:val="00B47730"/>
    <w:rsid w:val="00C66D46"/>
    <w:rsid w:val="00CB0664"/>
    <w:rsid w:val="00CD4EA9"/>
    <w:rsid w:val="00D67DA7"/>
    <w:rsid w:val="00D7044A"/>
    <w:rsid w:val="00FC693F"/>
    <w:rsid w:val="03790A84"/>
    <w:rsid w:val="06A2DB20"/>
    <w:rsid w:val="0A1D4745"/>
    <w:rsid w:val="10580ABE"/>
    <w:rsid w:val="1694A1E5"/>
    <w:rsid w:val="20A3EAE4"/>
    <w:rsid w:val="3A2EF936"/>
    <w:rsid w:val="3C3D50C6"/>
    <w:rsid w:val="40E46885"/>
    <w:rsid w:val="4AA87E83"/>
    <w:rsid w:val="4DF34B9F"/>
    <w:rsid w:val="54CDB1FB"/>
    <w:rsid w:val="5570FA97"/>
    <w:rsid w:val="6601072A"/>
    <w:rsid w:val="66C5FC55"/>
    <w:rsid w:val="6FD06878"/>
    <w:rsid w:val="7627C84C"/>
    <w:rsid w:val="77279D3F"/>
    <w:rsid w:val="79EEC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E3233"/>
  <w14:defaultImageDpi w14:val="300"/>
  <w15:docId w15:val="{4AE30524-5DB7-48CF-9AE5-7A0CE1B2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3290</Characters>
  <Application>Microsoft Office Word</Application>
  <DocSecurity>0</DocSecurity>
  <Lines>27</Lines>
  <Paragraphs>7</Paragraphs>
  <ScaleCrop>false</ScaleCrop>
  <Manager/>
  <Company/>
  <LinksUpToDate>false</LinksUpToDate>
  <CharactersWithSpaces>3850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Kaire Karp - RK</cp:lastModifiedBy>
  <cp:revision>13</cp:revision>
  <dcterms:created xsi:type="dcterms:W3CDTF">2026-09-21T15:36:00Z</dcterms:created>
  <dcterms:modified xsi:type="dcterms:W3CDTF">2026-09-22T15:20:00Z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2026-09-21T14:28:14Z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eadee93e-aca0-4bec-a1e4-5cd9e2e3a44f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