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sz w:val="22"/>
        </w:rPr>
        <w:t>Transpordiamet</w:t>
      </w:r>
      <w:r>
        <w:br/>
        <w:t>Tallinna teenindusbüroo</w:t>
      </w:r>
      <w:r>
        <w:br/>
        <w:t>Heli tn 6, 12618 Tallinn</w:t>
      </w:r>
    </w:p>
    <w:p>
      <w:pPr>
        <w:jc w:val="right"/>
      </w:pPr>
      <w:r>
        <w:t>01.10.2026</w:t>
      </w:r>
    </w:p>
    <w:p/>
    <w:p>
      <w:pPr>
        <w:jc w:val="center"/>
      </w:pPr>
      <w:r>
        <w:rPr>
          <w:b/>
          <w:sz w:val="32"/>
        </w:rPr>
        <w:t>AVALDUS</w:t>
      </w:r>
    </w:p>
    <w:p>
      <w:pPr>
        <w:jc w:val="center"/>
      </w:pPr>
      <w:r>
        <w:rPr>
          <w:b/>
          <w:sz w:val="24"/>
        </w:rPr>
        <w:t>teisaldatava registreerimismärgi (PROOV-märgi) taotlemiseks</w:t>
      </w:r>
    </w:p>
    <w:p/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381"/>
        <w:gridCol w:w="6690"/>
      </w:tblGrid>
      <w:tr>
        <w:tc>
          <w:tcPr>
            <w:tcW w:type="dxa" w:w="48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/>
            </w:pPr>
            <w:r>
              <w:rPr>
                <w:b/>
              </w:rPr>
              <w:t>Taotleja</w:t>
            </w:r>
          </w:p>
        </w:tc>
        <w:tc>
          <w:tcPr>
            <w:tcW w:type="dxa" w:w="48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/>
            </w:pPr>
            <w:r>
              <w:t>HOLEIN1 OÜ</w:t>
            </w:r>
          </w:p>
        </w:tc>
      </w:tr>
      <w:tr>
        <w:tc>
          <w:tcPr>
            <w:tcW w:type="dxa" w:w="48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/>
            </w:pPr>
            <w:r>
              <w:rPr>
                <w:b/>
              </w:rPr>
              <w:t>Registrikood</w:t>
            </w:r>
          </w:p>
        </w:tc>
        <w:tc>
          <w:tcPr>
            <w:tcW w:type="dxa" w:w="48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/>
            </w:pPr>
            <w:r>
              <w:t>16099058</w:t>
            </w:r>
          </w:p>
        </w:tc>
      </w:tr>
      <w:tr>
        <w:tc>
          <w:tcPr>
            <w:tcW w:type="dxa" w:w="48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/>
            </w:pPr>
            <w:r>
              <w:rPr>
                <w:b/>
              </w:rPr>
              <w:t>Aadress</w:t>
            </w:r>
          </w:p>
        </w:tc>
        <w:tc>
          <w:tcPr>
            <w:tcW w:type="dxa" w:w="48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/>
            </w:pPr>
            <w:r>
              <w:t>Endla tn 33, 10142 Tallinn</w:t>
            </w:r>
          </w:p>
        </w:tc>
      </w:tr>
      <w:tr>
        <w:tc>
          <w:tcPr>
            <w:tcW w:type="dxa" w:w="48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/>
            </w:pPr>
            <w:r>
              <w:rPr>
                <w:b/>
              </w:rPr>
              <w:t>Esindaja</w:t>
            </w:r>
          </w:p>
        </w:tc>
        <w:tc>
          <w:tcPr>
            <w:tcW w:type="dxa" w:w="48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/>
            </w:pPr>
            <w:r>
              <w:t>Priit Villemson, juhatuse liige</w:t>
            </w:r>
          </w:p>
        </w:tc>
      </w:tr>
      <w:tr>
        <w:tc>
          <w:tcPr>
            <w:tcW w:type="dxa" w:w="48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/>
            </w:pPr>
            <w:r>
              <w:rPr>
                <w:b/>
              </w:rPr>
              <w:t>Telefon</w:t>
            </w:r>
          </w:p>
        </w:tc>
        <w:tc>
          <w:tcPr>
            <w:tcW w:type="dxa" w:w="48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/>
            </w:pPr>
            <w:r>
              <w:t>+372 5454 2020</w:t>
            </w:r>
          </w:p>
        </w:tc>
      </w:tr>
      <w:tr>
        <w:tc>
          <w:tcPr>
            <w:tcW w:type="dxa" w:w="48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/>
            </w:pPr>
            <w:r>
              <w:rPr>
                <w:b/>
              </w:rPr>
              <w:t>E-post</w:t>
            </w:r>
          </w:p>
        </w:tc>
        <w:tc>
          <w:tcPr>
            <w:tcW w:type="dxa" w:w="48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/>
            </w:pPr>
            <w:r>
              <w:t>priit.villemson@gmail.com</w:t>
            </w:r>
          </w:p>
        </w:tc>
      </w:tr>
    </w:tbl>
    <w:p/>
    <w:p>
      <w:pPr>
        <w:spacing w:after="200" w:line="269" w:lineRule="auto"/>
      </w:pPr>
      <w:r>
        <w:t>HOLEIN1 OÜ tegeleb sõiduautode maaletoomise ja müügiga ning soovib taotleda sõiduautode jaoks teisaldatava registreerimismärgi (PROOV-märgi) väljastamist.</w:t>
      </w:r>
    </w:p>
    <w:p>
      <w:pPr>
        <w:spacing w:after="200" w:line="269" w:lineRule="auto"/>
      </w:pPr>
      <w:r>
        <w:t>PROOV-märki vajame Eestisse müügiks toodud, liiklusregistrisse veel kandmata sõidukitega müügieelsete proovisõitude tegemiseks ning vajaduse korral sõidukite toimetamiseks müügikohta või Transpordiametisse registreerimiseelseks kontrolliks.</w:t>
      </w:r>
    </w:p>
    <w:p>
      <w:pPr>
        <w:spacing w:after="200" w:line="269" w:lineRule="auto"/>
      </w:pPr>
      <w:r>
        <w:t>Kinnitame, et PROOV-märki kasutatakse üksnes selleks lubatud eesmärkidel, sõitude andmed sisestatakse Transpordiameti e-teeninduse elektroonilisse PROOV-märgi päevikusse ning kasutatavad sõidukid vastavad kehtivatele tehnonõuetele ja omavad nõuetekohast varustust.</w:t>
      </w:r>
    </w:p>
    <w:p>
      <w:pPr>
        <w:spacing w:after="200" w:line="269" w:lineRule="auto"/>
      </w:pPr>
      <w:r>
        <w:t>Soovime PROOV-märgi ja sellega seotud dokumendid kätte saada Transpordiameti Tallinna teenindusbüroost aadressil Heli tn 6, 12618 Tallinn.</w:t>
      </w:r>
    </w:p>
    <w:p>
      <w:pPr>
        <w:spacing w:before="200"/>
      </w:pPr>
      <w:r>
        <w:t>Palume taotlus menetleda ja anda teada, kui menetlemiseks on vaja esitada täiendavaid andmeid või dokumente.</w:t>
      </w:r>
    </w:p>
    <w:p/>
    <w:p/>
    <w:p>
      <w:r>
        <w:rPr>
          <w:b w:val="0"/>
        </w:rPr>
        <w:t>Lugupidamisega</w:t>
      </w:r>
    </w:p>
    <w:p>
      <w:pPr>
        <w:spacing w:after="0"/>
      </w:pPr>
      <w:r>
        <w:rPr>
          <w:b/>
        </w:rPr>
        <w:t>Priit Villemson</w:t>
      </w:r>
    </w:p>
    <w:p>
      <w:pPr>
        <w:spacing w:after="0"/>
      </w:pPr>
      <w:r>
        <w:t>juhatuse liige</w:t>
      </w:r>
    </w:p>
    <w:p>
      <w:pPr>
        <w:spacing w:after="0"/>
      </w:pPr>
      <w:r>
        <w:t>HOLEIN1 OÜ</w:t>
      </w:r>
    </w:p>
    <w:p>
      <w:pPr>
        <w:spacing w:before="200"/>
      </w:pPr>
      <w:r>
        <w:rPr>
          <w:i/>
        </w:rPr>
        <w:t>Digitaalselt allkirjastatud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