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TAOTLUS</w:t>
      </w:r>
    </w:p>
    <w:p>
      <w:pPr>
        <w:jc w:val="center"/>
      </w:pPr>
      <w:r>
        <w:rPr>
          <w:b/>
        </w:rPr>
        <w:t>Andmevahetuse ning lammutustõendi elektroonilise vormistamise ja digitaalse allkirjastamise teenuse kasutamiseks</w:t>
      </w:r>
    </w:p>
    <w:p>
      <w:r>
        <w:t>Soovime esitada taotluse andmevahetuseks ning lammutustõendi elektrooniliseks vormistamiseks ja digitaalseks allkirjastamiseks.</w:t>
      </w:r>
    </w:p>
    <w:p>
      <w:r>
        <w:t>Ettevõtte andmed:</w:t>
      </w:r>
    </w:p>
    <w:p>
      <w:r>
        <w:rPr>
          <w:b/>
        </w:rPr>
        <w:t xml:space="preserve">Ettevõte: </w:t>
      </w:r>
      <w:r>
        <w:t>Dn.Export OÜ</w:t>
      </w:r>
    </w:p>
    <w:p>
      <w:r>
        <w:rPr>
          <w:b/>
        </w:rPr>
        <w:t xml:space="preserve">Jäätmeveoloa number: </w:t>
      </w:r>
      <w:r>
        <w:t>KL-527763</w:t>
      </w:r>
    </w:p>
    <w:p>
      <w:r>
        <w:rPr>
          <w:b/>
        </w:rPr>
        <w:t xml:space="preserve">Ettevõtte aadress: </w:t>
      </w:r>
      <w:r>
        <w:t>Harju maakond, Kuusalu vald, Kiili alevik, Vana-Narva mnt 4 (katastritunnus 35201:003:0395)</w:t>
      </w:r>
    </w:p>
    <w:p>
      <w:r>
        <w:rPr>
          <w:b/>
        </w:rPr>
        <w:t xml:space="preserve">Täiendav aadress: </w:t>
      </w:r>
      <w:r>
        <w:t>Mõisa tee 1 (katastritunnus 35301:001:1617)</w:t>
      </w:r>
    </w:p>
    <w:p>
      <w:r>
        <w:rPr>
          <w:b/>
        </w:rPr>
        <w:t xml:space="preserve">E-post: </w:t>
      </w:r>
      <w:r>
        <w:t>Dn.export.eu@gmail.com</w:t>
      </w:r>
    </w:p>
    <w:p>
      <w:r>
        <w:rPr>
          <w:b/>
        </w:rPr>
        <w:t xml:space="preserve">Telefon: </w:t>
      </w:r>
      <w:r>
        <w:t>+372 55951112</w:t>
      </w:r>
    </w:p>
    <w:p>
      <w:r>
        <w:t>Palume saata meile edasised juhised lepingu sõlmimiseks ning vastava teenuse kasutamiseks. Samuti palume anda teada, milliseid täiendavaid dokumente või andmeid on teenuse kasutamiseks vaja esitada.</w:t>
      </w:r>
    </w:p>
    <w:p>
      <w:r>
        <w:t>Lugupidamisega,</w:t>
      </w:r>
    </w:p>
    <w:p>
      <w:r>
        <w:t>Dn.Export OÜ</w:t>
      </w:r>
    </w:p>
    <w:p/>
    <w:p>
      <w:r>
        <w:t>Digitaalselt allkirjastatud.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