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B2E15" w14:textId="421174BF" w:rsidR="00876AB1" w:rsidRDefault="00AA3239">
      <w:pPr>
        <w:pStyle w:val="Heading1"/>
      </w:pPr>
      <w:proofErr w:type="spellStart"/>
      <w:r>
        <w:t>I</w:t>
      </w:r>
      <w:r w:rsidR="00000000">
        <w:t>nventari</w:t>
      </w:r>
      <w:proofErr w:type="spellEnd"/>
      <w:r w:rsidR="00000000">
        <w:t xml:space="preserve"> </w:t>
      </w:r>
      <w:proofErr w:type="spellStart"/>
      <w:r w:rsidR="00000000">
        <w:t>asendiplaan</w:t>
      </w:r>
      <w:proofErr w:type="spellEnd"/>
      <w:r w:rsidR="00000000">
        <w:t xml:space="preserve">, </w:t>
      </w:r>
      <w:proofErr w:type="spellStart"/>
      <w:r w:rsidR="00000000">
        <w:t>inventari</w:t>
      </w:r>
      <w:proofErr w:type="spellEnd"/>
      <w:r w:rsidR="00000000">
        <w:t xml:space="preserve"> </w:t>
      </w:r>
      <w:proofErr w:type="spellStart"/>
      <w:r w:rsidR="00000000">
        <w:t>kirjeldus</w:t>
      </w:r>
      <w:proofErr w:type="spellEnd"/>
      <w:r w:rsidR="00000000">
        <w:t xml:space="preserve"> ja </w:t>
      </w:r>
      <w:proofErr w:type="spellStart"/>
      <w:r w:rsidR="00000000">
        <w:t>joonised</w:t>
      </w:r>
      <w:proofErr w:type="spellEnd"/>
    </w:p>
    <w:p w14:paraId="0103D16C" w14:textId="6DA5C090" w:rsidR="00876AB1" w:rsidRDefault="00000000">
      <w:r>
        <w:rPr>
          <w:b/>
        </w:rPr>
        <w:t xml:space="preserve">Riigihange: </w:t>
      </w:r>
      <w:r>
        <w:t xml:space="preserve">„Taasiseseisvumispäeva tähistava </w:t>
      </w:r>
      <w:proofErr w:type="spellStart"/>
      <w:r>
        <w:t>kogukonnapikniku</w:t>
      </w:r>
      <w:proofErr w:type="spellEnd"/>
      <w:r>
        <w:t xml:space="preserve"> </w:t>
      </w:r>
      <w:proofErr w:type="spellStart"/>
      <w:r>
        <w:t>korraldusteenuse</w:t>
      </w:r>
      <w:proofErr w:type="spellEnd"/>
      <w:r>
        <w:t xml:space="preserve"> </w:t>
      </w:r>
      <w:proofErr w:type="spellStart"/>
      <w:r>
        <w:t>tellimine</w:t>
      </w:r>
      <w:proofErr w:type="spellEnd"/>
      <w:r>
        <w:t xml:space="preserve"> Narvas”</w:t>
      </w:r>
    </w:p>
    <w:p w14:paraId="0A85BE08" w14:textId="77777777" w:rsidR="00876AB1" w:rsidRDefault="00000000">
      <w:pPr>
        <w:pStyle w:val="Heading2"/>
      </w:pPr>
      <w:r>
        <w:t>1. Inventari asendiplaan</w:t>
      </w:r>
    </w:p>
    <w:p w14:paraId="47D7E950" w14:textId="77777777" w:rsidR="00876AB1" w:rsidRDefault="00000000">
      <w:r>
        <w:t xml:space="preserve">Avaliku ürituse inventar paigutatakse vastavalt Joaoru puhkeala ja Rugodivi pargi kooskõlastatud asendiplaanile. Joonisel näidatakse pealava, FOH, arutelualad, telgid, toitlustus, evakuatsiooniteed, tehnilised </w:t>
      </w:r>
      <w:proofErr w:type="spellStart"/>
      <w:r>
        <w:t>tsoonid</w:t>
      </w:r>
      <w:proofErr w:type="spellEnd"/>
      <w:r>
        <w:t xml:space="preserve">, </w:t>
      </w:r>
      <w:proofErr w:type="spellStart"/>
      <w:r>
        <w:t>elektrijaotused</w:t>
      </w:r>
      <w:proofErr w:type="spellEnd"/>
      <w:r>
        <w:t xml:space="preserve"> </w:t>
      </w:r>
      <w:proofErr w:type="spellStart"/>
      <w:r>
        <w:t>ning</w:t>
      </w:r>
      <w:proofErr w:type="spellEnd"/>
      <w:r>
        <w:t xml:space="preserve"> </w:t>
      </w:r>
      <w:proofErr w:type="spellStart"/>
      <w:r>
        <w:t>piirdeaiad</w:t>
      </w:r>
      <w:proofErr w:type="spellEnd"/>
      <w:r>
        <w:t>.</w:t>
      </w:r>
    </w:p>
    <w:p w14:paraId="4A6D2D16" w14:textId="4024FA3A" w:rsidR="00AA3239" w:rsidRDefault="00AA3239"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65A04B26" wp14:editId="28764844">
            <wp:extent cx="5486400" cy="3112506"/>
            <wp:effectExtent l="0" t="0" r="0" b="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1250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BF7A7B5" w14:textId="4D8C1E16" w:rsidR="00AA3239" w:rsidRDefault="00AA3239"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 wp14:anchorId="136B0949" wp14:editId="29900952">
            <wp:extent cx="5486400" cy="3161139"/>
            <wp:effectExtent l="0" t="0" r="0" b="1270"/>
            <wp:docPr id="2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6113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11E6E14" w14:textId="77777777" w:rsidR="00876AB1" w:rsidRDefault="00000000">
      <w:pPr>
        <w:pStyle w:val="Heading2"/>
      </w:pPr>
      <w:r>
        <w:t>2. Pealava</w:t>
      </w:r>
    </w:p>
    <w:p w14:paraId="4771C67D" w14:textId="77777777" w:rsidR="00876AB1" w:rsidRDefault="00000000">
      <w:r>
        <w:t>Mõõdud: 15 × 12 m. Katusega moodullava, PA Wing'id mõlemal küljel, LED-ekraan, lavatrepid ja tehniline tagala.</w:t>
      </w:r>
    </w:p>
    <w:p w14:paraId="72D87F5A" w14:textId="77777777" w:rsidR="00876AB1" w:rsidRDefault="00000000">
      <w:pPr>
        <w:pStyle w:val="Heading2"/>
      </w:pPr>
      <w:r>
        <w:t>3. FOH</w:t>
      </w:r>
    </w:p>
    <w:p w14:paraId="769A86A5" w14:textId="77777777" w:rsidR="00876AB1" w:rsidRDefault="00000000">
      <w:r>
        <w:t>Mõõdud: 6,2 × 5,1 m. Heli-, valgus- ja videorežii.</w:t>
      </w:r>
    </w:p>
    <w:p w14:paraId="212C57D0" w14:textId="77777777" w:rsidR="00876AB1" w:rsidRDefault="00000000">
      <w:pPr>
        <w:pStyle w:val="Heading2"/>
      </w:pPr>
      <w:r>
        <w:t>4. Riietustelgid</w:t>
      </w:r>
    </w:p>
    <w:p w14:paraId="3D318162" w14:textId="77777777" w:rsidR="00876AB1" w:rsidRDefault="00000000">
      <w:r>
        <w:t>2 tk, mõõdud 10 × 12 m. Sisaldavad mööblit, elektrit ja valgustust.</w:t>
      </w:r>
    </w:p>
    <w:p w14:paraId="2F3D56A2" w14:textId="77777777" w:rsidR="00876AB1" w:rsidRDefault="00000000">
      <w:pPr>
        <w:pStyle w:val="Heading2"/>
      </w:pPr>
      <w:r>
        <w:t>5. Toitlustustelk</w:t>
      </w:r>
    </w:p>
    <w:p w14:paraId="5F314A02" w14:textId="77777777" w:rsidR="00876AB1" w:rsidRDefault="00000000">
      <w:r>
        <w:t>Mõõdud 10 × 30 m. Buffet, istekohad ja teenindusala.</w:t>
      </w:r>
    </w:p>
    <w:p w14:paraId="00F121AC" w14:textId="77777777" w:rsidR="00876AB1" w:rsidRDefault="00000000">
      <w:pPr>
        <w:pStyle w:val="Heading2"/>
      </w:pPr>
      <w:r>
        <w:t>6. Arutelualad</w:t>
      </w:r>
    </w:p>
    <w:p w14:paraId="3DA56906" w14:textId="77777777" w:rsidR="00876AB1" w:rsidRDefault="00000000">
      <w:r>
        <w:t>Kuus funktsionaalset ala: Noorte ala, Kultuuriala, Linnaruumiala, Kogukonnaelu ala, Töötubade ala ja Narva giidi ala.</w:t>
      </w:r>
    </w:p>
    <w:p w14:paraId="0DBAE519" w14:textId="77777777" w:rsidR="00876AB1" w:rsidRDefault="00000000">
      <w:pPr>
        <w:pStyle w:val="Heading2"/>
      </w:pPr>
      <w:r>
        <w:t>7. Inventari loetelu</w:t>
      </w:r>
    </w:p>
    <w:p w14:paraId="55F3ADD2" w14:textId="77777777" w:rsidR="00876AB1" w:rsidRDefault="00000000">
      <w:r>
        <w:t>Pealava, FOH, LED-ekraanid, helisüsteem, valguspark, generaatorid, jaotuskeskused, telgid, aiad, kaablikatted, mööbel, viidad, prügijaamad.</w:t>
      </w:r>
    </w:p>
    <w:p w14:paraId="6676999B" w14:textId="77777777" w:rsidR="00AA3239" w:rsidRDefault="00AA3239"/>
    <w:p w14:paraId="5DEF25E4" w14:textId="77777777" w:rsidR="00AA3239" w:rsidRDefault="00AA3239"/>
    <w:p w14:paraId="5FEAD2A9" w14:textId="77777777" w:rsidR="00AA3239" w:rsidRDefault="00AA3239"/>
    <w:p w14:paraId="021B7026" w14:textId="77777777" w:rsidR="00AA3239" w:rsidRDefault="00AA3239"/>
    <w:p w14:paraId="7D7AAE7B" w14:textId="4EA09907" w:rsidR="00AA3239" w:rsidRDefault="00AA3239">
      <w:proofErr w:type="spellStart"/>
      <w:r>
        <w:t>Laulupikniku</w:t>
      </w:r>
      <w:proofErr w:type="spellEnd"/>
      <w:r>
        <w:t xml:space="preserve"> lava</w:t>
      </w:r>
    </w:p>
    <w:p w14:paraId="2A3A0A89" w14:textId="6EEFB835" w:rsidR="00AA3239" w:rsidRDefault="00AA3239"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42CADB54" wp14:editId="52C320CF">
            <wp:extent cx="5486400" cy="2395171"/>
            <wp:effectExtent l="0" t="0" r="0" b="5715"/>
            <wp:docPr id="1" name="image2.jpg" descr="A building with a roof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jpg" descr="A building with a roof&#10;&#10;AI-generated content may be incorrect.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9517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1F55ECE8" wp14:editId="345D5D26">
            <wp:extent cx="5486400" cy="2395171"/>
            <wp:effectExtent l="0" t="0" r="0" b="5715"/>
            <wp:docPr id="4" name="image3.jpg" descr="A large black and white stage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g" descr="A large black and white stage&#10;&#10;AI-generated content may be incorrect.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9517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25BBB39" w14:textId="77777777" w:rsidR="00AA3239" w:rsidRDefault="00AA3239"/>
    <w:p w14:paraId="1BF89599" w14:textId="77777777" w:rsidR="00AA3239" w:rsidRDefault="00AA3239"/>
    <w:p w14:paraId="6CC9006F" w14:textId="77777777" w:rsidR="00AA3239" w:rsidRDefault="00AA3239"/>
    <w:p w14:paraId="2614811C" w14:textId="77777777" w:rsidR="00AA3239" w:rsidRDefault="00AA3239"/>
    <w:p w14:paraId="3C1E5AA6" w14:textId="77777777" w:rsidR="00AA3239" w:rsidRDefault="00AA3239"/>
    <w:p w14:paraId="5153B403" w14:textId="77777777" w:rsidR="00AA3239" w:rsidRDefault="00AA3239"/>
    <w:p w14:paraId="5CD21625" w14:textId="77777777" w:rsidR="00AA3239" w:rsidRDefault="00AA3239"/>
    <w:p w14:paraId="1522E2B9" w14:textId="77777777" w:rsidR="00AA3239" w:rsidRDefault="00AA3239"/>
    <w:p w14:paraId="70440E70" w14:textId="77777777" w:rsidR="00AA3239" w:rsidRDefault="00AA3239"/>
    <w:p w14:paraId="55DCBEA7" w14:textId="361E5245" w:rsidR="00AA3239" w:rsidRDefault="00AA3239">
      <w:proofErr w:type="spellStart"/>
      <w:r>
        <w:t>Kogukonnahääle</w:t>
      </w:r>
      <w:proofErr w:type="spellEnd"/>
      <w:r>
        <w:t xml:space="preserve"> </w:t>
      </w:r>
      <w:proofErr w:type="spellStart"/>
      <w:r>
        <w:t>inventar</w:t>
      </w:r>
      <w:proofErr w:type="spellEnd"/>
    </w:p>
    <w:p w14:paraId="4E6609B7" w14:textId="5D188CD4" w:rsidR="00AA3239" w:rsidRDefault="00AA3239">
      <w:r>
        <w:rPr>
          <w:noProof/>
        </w:rPr>
        <w:drawing>
          <wp:inline distT="0" distB="0" distL="0" distR="0" wp14:anchorId="11DF8965" wp14:editId="78F8EE13">
            <wp:extent cx="5486400" cy="2704465"/>
            <wp:effectExtent l="0" t="0" r="0" b="635"/>
            <wp:docPr id="185188778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887786" name="Picture 185188778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0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573304" w14:textId="059A35CA" w:rsidR="00AA3239" w:rsidRDefault="00AA3239">
      <w:r>
        <w:rPr>
          <w:noProof/>
        </w:rPr>
        <w:drawing>
          <wp:inline distT="0" distB="0" distL="0" distR="0" wp14:anchorId="080E3B70" wp14:editId="41EABA0E">
            <wp:extent cx="5486400" cy="3025775"/>
            <wp:effectExtent l="0" t="0" r="0" b="0"/>
            <wp:docPr id="1921127068" name="Picture 4" descr="A white tent with tables and chai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127068" name="Picture 4" descr="A white tent with tables and chairs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2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25D43D" w14:textId="40155911" w:rsidR="00AA3239" w:rsidRDefault="00AA3239">
      <w:r>
        <w:rPr>
          <w:noProof/>
        </w:rPr>
        <w:lastRenderedPageBreak/>
        <w:drawing>
          <wp:inline distT="0" distB="0" distL="0" distR="0" wp14:anchorId="0E06C32F" wp14:editId="3F308483">
            <wp:extent cx="5486400" cy="3019425"/>
            <wp:effectExtent l="0" t="0" r="0" b="3175"/>
            <wp:docPr id="474426222" name="Picture 5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426222" name="Picture 5" descr="A screenshot of a computer screen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323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16909184">
    <w:abstractNumId w:val="8"/>
  </w:num>
  <w:num w:numId="2" w16cid:durableId="2072532522">
    <w:abstractNumId w:val="6"/>
  </w:num>
  <w:num w:numId="3" w16cid:durableId="1958944482">
    <w:abstractNumId w:val="5"/>
  </w:num>
  <w:num w:numId="4" w16cid:durableId="442959092">
    <w:abstractNumId w:val="4"/>
  </w:num>
  <w:num w:numId="5" w16cid:durableId="2005546939">
    <w:abstractNumId w:val="7"/>
  </w:num>
  <w:num w:numId="6" w16cid:durableId="1986659782">
    <w:abstractNumId w:val="3"/>
  </w:num>
  <w:num w:numId="7" w16cid:durableId="1955791899">
    <w:abstractNumId w:val="2"/>
  </w:num>
  <w:num w:numId="8" w16cid:durableId="1459371777">
    <w:abstractNumId w:val="1"/>
  </w:num>
  <w:num w:numId="9" w16cid:durableId="2047757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355D7"/>
    <w:rsid w:val="0006063C"/>
    <w:rsid w:val="0015074B"/>
    <w:rsid w:val="0029639D"/>
    <w:rsid w:val="00326F90"/>
    <w:rsid w:val="00876AB1"/>
    <w:rsid w:val="00AA1D8D"/>
    <w:rsid w:val="00AA3239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03F78E59"/>
  <w14:defaultImageDpi w14:val="300"/>
  <w15:docId w15:val="{9E160936-BC46-A54A-99E9-53B0FC655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128</Words>
  <Characters>999</Characters>
  <Application>Microsoft Office Word</Application>
  <DocSecurity>0</DocSecurity>
  <Lines>27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LIVE! agency</cp:lastModifiedBy>
  <cp:revision>2</cp:revision>
  <dcterms:created xsi:type="dcterms:W3CDTF">2013-12-23T23:15:00Z</dcterms:created>
  <dcterms:modified xsi:type="dcterms:W3CDTF">2026-07-16T15:49:00Z</dcterms:modified>
  <cp:category/>
</cp:coreProperties>
</file>