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3E21D" w14:textId="77777777" w:rsidR="00A433E9" w:rsidRDefault="006F4952">
      <w:pPr>
        <w:pStyle w:val="Heading1"/>
      </w:pPr>
      <w:r>
        <w:t>Siseministeeriumile ja Päästeametile</w:t>
      </w:r>
    </w:p>
    <w:p w14:paraId="33A627BC" w14:textId="77777777" w:rsidR="00A433E9" w:rsidRDefault="006F4952">
      <w:pPr>
        <w:pStyle w:val="Heading2"/>
      </w:pPr>
      <w:r>
        <w:t>Taotlusprojekti tutvustav kiri: pommivarjendite rajamine Tallinna idaossa</w:t>
      </w:r>
    </w:p>
    <w:p w14:paraId="084F2FCA" w14:textId="77777777" w:rsidR="00A433E9" w:rsidRDefault="006F4952">
      <w:r>
        <w:t>Lugupeetud Siseministeeriumi ja Päästeameti esindajad</w:t>
      </w:r>
    </w:p>
    <w:p w14:paraId="60E91FB6" w14:textId="0210E86D" w:rsidR="00A433E9" w:rsidRDefault="006F4952">
      <w:r>
        <w:t xml:space="preserve">Esitan teile käesolevaga ettepaneku algatada koostööprojekt Tallinna </w:t>
      </w:r>
      <w:proofErr w:type="spellStart"/>
      <w:r>
        <w:t>idaossa</w:t>
      </w:r>
      <w:proofErr w:type="spellEnd"/>
      <w:r>
        <w:t xml:space="preserve"> </w:t>
      </w:r>
      <w:r>
        <w:t>(</w:t>
      </w:r>
      <w:proofErr w:type="spellStart"/>
      <w:r>
        <w:t>Priisle</w:t>
      </w:r>
      <w:proofErr w:type="spellEnd"/>
      <w:r>
        <w:t xml:space="preserve"> tee 34)</w:t>
      </w:r>
      <w:r>
        <w:t xml:space="preserve"> </w:t>
      </w:r>
      <w:proofErr w:type="spellStart"/>
      <w:r>
        <w:t>pommivarjendite</w:t>
      </w:r>
      <w:proofErr w:type="spellEnd"/>
      <w:r>
        <w:t xml:space="preserve"> </w:t>
      </w:r>
      <w:proofErr w:type="spellStart"/>
      <w:r>
        <w:t>rajamiseks</w:t>
      </w:r>
      <w:proofErr w:type="spellEnd"/>
      <w:r>
        <w:t>. Projekti eesmärgiks on tugevdada tsiviilkaitse infrastruktuuri ja tagada Lasnamäe piirkonna elanikkonnale paremad varjumisvõimalused kriisiolukorras.</w:t>
      </w:r>
    </w:p>
    <w:p w14:paraId="6A728652" w14:textId="40CDE334" w:rsidR="00A433E9" w:rsidRDefault="006F4952">
      <w:r>
        <w:t>Projekti lühikirjeldus</w:t>
      </w:r>
      <w:r>
        <w:br/>
        <w:t xml:space="preserve">- Kavandatud asukoht: </w:t>
      </w:r>
      <w:r>
        <w:t>Tallinn, Priisle tee 34 kinnistu (hetkel rohevööndina märgitud ala).</w:t>
      </w:r>
      <w:r>
        <w:br/>
        <w:t xml:space="preserve">- Planeeritav </w:t>
      </w:r>
      <w:proofErr w:type="spellStart"/>
      <w:r>
        <w:t>rajatis</w:t>
      </w:r>
      <w:proofErr w:type="spellEnd"/>
      <w:r>
        <w:t xml:space="preserve">: 8 </w:t>
      </w:r>
      <w:proofErr w:type="spellStart"/>
      <w:proofErr w:type="gramStart"/>
      <w:r>
        <w:t>pommivarjendit</w:t>
      </w:r>
      <w:proofErr w:type="spellEnd"/>
      <w:r>
        <w:t xml:space="preserve">, </w:t>
      </w:r>
      <w:r>
        <w:t xml:space="preserve"> </w:t>
      </w:r>
      <w:proofErr w:type="spellStart"/>
      <w:r>
        <w:t>pindalale</w:t>
      </w:r>
      <w:proofErr w:type="spellEnd"/>
      <w:proofErr w:type="gramEnd"/>
      <w:r>
        <w:t xml:space="preserve"> </w:t>
      </w:r>
      <w:r>
        <w:t xml:space="preserve"> 4063</w:t>
      </w:r>
      <w:r>
        <w:t xml:space="preserve"> m².</w:t>
      </w:r>
      <w:r>
        <w:br/>
        <w:t>- Konstruktsioon: maapealsed betoonvarjendid, kaetud liivanõlvade ja rohekatteseguga, et sulanduda loodusesse ja maasti</w:t>
      </w:r>
      <w:r>
        <w:t>kku.</w:t>
      </w:r>
      <w:r>
        <w:br/>
        <w:t>- Tehniline teostatavus: Eestis on olemas tootmisvõimekus (nt Revonia OÜ), mis suudab sääraseid rajatisi kiiresti ja standarditele vastavalt ehitada.</w:t>
      </w:r>
    </w:p>
    <w:p w14:paraId="4697E5A2" w14:textId="77777777" w:rsidR="00A433E9" w:rsidRDefault="006F4952">
      <w:r>
        <w:t>Põhjendus ja vajadus</w:t>
      </w:r>
      <w:r>
        <w:br/>
        <w:t>- Tallinna piirkonnas puuduvad täna tsentraalsed ja jätkusuutlikud varjumislahen</w:t>
      </w:r>
      <w:r>
        <w:t>dused.</w:t>
      </w:r>
      <w:r>
        <w:br/>
        <w:t>- Olemasolevad varjumiskohad on sageli seotud kortermajade keldritega või asuvad strateegiliste trasside läheduses, mis ei ole ohu korral turvaline.</w:t>
      </w:r>
      <w:r>
        <w:br/>
        <w:t>- Kavandatav koht asub linnaääres, kuid on hästi ligipääsetav erinevatest Lasnamäe osadest.</w:t>
      </w:r>
    </w:p>
    <w:p w14:paraId="4C515CA1" w14:textId="77777777" w:rsidR="00A433E9" w:rsidRDefault="006F4952">
      <w:r>
        <w:t>Soovid j</w:t>
      </w:r>
      <w:r>
        <w:t>a koostööettepanekud</w:t>
      </w:r>
      <w:r>
        <w:br/>
        <w:t>1. Palume hinnata projekti vastavust riiklikule kriisivalmiduse suunale.</w:t>
      </w:r>
      <w:r>
        <w:br/>
        <w:t>2. Palume Siseministeeriumilt ja/või Päästeametilt esmast sisendit ja soovitust linna planeeringute läbiviimiseks.</w:t>
      </w:r>
      <w:r>
        <w:br/>
        <w:t xml:space="preserve">3. Oleme valmis koostama detailse eskiisi koos </w:t>
      </w:r>
      <w:r>
        <w:t>asukohakaardi ja tehnilise kontseptsiooniga.</w:t>
      </w:r>
      <w:r>
        <w:br/>
        <w:t>4. Hindame kõrgeks ametkondlikku partnerlust rahastuse kaasamisel riiklikest või EL allikatest.</w:t>
      </w:r>
    </w:p>
    <w:p w14:paraId="685B7217" w14:textId="73B1572C" w:rsidR="00A433E9" w:rsidRDefault="006F4952">
      <w:r>
        <w:t xml:space="preserve">Kontakt ja </w:t>
      </w:r>
      <w:proofErr w:type="spellStart"/>
      <w:r>
        <w:t>lisainfo</w:t>
      </w:r>
      <w:proofErr w:type="spellEnd"/>
      <w:r>
        <w:br/>
        <w:t>Ettevõte/organisatsioon: Marks Capital OÜ</w:t>
      </w:r>
      <w:r>
        <w:br/>
        <w:t>Telefon: 56977372</w:t>
      </w:r>
      <w:r>
        <w:br/>
        <w:t>E-post: mihkelmarks@outlook.com</w:t>
      </w:r>
    </w:p>
    <w:p w14:paraId="1734C1E3" w14:textId="77777777" w:rsidR="00A433E9" w:rsidRDefault="006F4952">
      <w:r>
        <w:t>Lisatu</w:t>
      </w:r>
      <w:r>
        <w:t>d: visuaalne näide planeeritavast varjenditüübist (Revonia OÜ lahendus)</w:t>
      </w:r>
    </w:p>
    <w:p w14:paraId="14F10B14" w14:textId="0422A89B" w:rsidR="00A433E9" w:rsidRDefault="006F4952">
      <w:proofErr w:type="spellStart"/>
      <w:r>
        <w:t>Lugupidamisega</w:t>
      </w:r>
      <w:proofErr w:type="spellEnd"/>
      <w:r>
        <w:br/>
        <w:t>Mihkel Marks</w:t>
      </w:r>
      <w:r>
        <w:br/>
      </w:r>
      <w:proofErr w:type="spellStart"/>
      <w:r>
        <w:t>juhatuse</w:t>
      </w:r>
      <w:proofErr w:type="spellEnd"/>
      <w:r>
        <w:t xml:space="preserve"> </w:t>
      </w:r>
      <w:proofErr w:type="spellStart"/>
      <w:r>
        <w:t>liige</w:t>
      </w:r>
      <w:proofErr w:type="spellEnd"/>
    </w:p>
    <w:p w14:paraId="7E42BA34" w14:textId="77777777" w:rsidR="00A433E9" w:rsidRDefault="006F4952">
      <w:r>
        <w:br w:type="page"/>
      </w:r>
    </w:p>
    <w:p w14:paraId="60EE6914" w14:textId="7110F44B" w:rsidR="00A433E9" w:rsidRDefault="006F4952">
      <w:pPr>
        <w:pStyle w:val="Heading2"/>
      </w:pPr>
      <w:proofErr w:type="spellStart"/>
      <w:r>
        <w:lastRenderedPageBreak/>
        <w:t>Visuaalne</w:t>
      </w:r>
      <w:proofErr w:type="spellEnd"/>
      <w:r>
        <w:t xml:space="preserve"> </w:t>
      </w:r>
      <w:proofErr w:type="spellStart"/>
      <w:r>
        <w:t>näide</w:t>
      </w:r>
      <w:proofErr w:type="spellEnd"/>
      <w:r>
        <w:t xml:space="preserve"> </w:t>
      </w:r>
      <w:proofErr w:type="spellStart"/>
      <w:r>
        <w:t>planeeritavartest</w:t>
      </w:r>
      <w:proofErr w:type="spellEnd"/>
      <w:r>
        <w:t xml:space="preserve"> </w:t>
      </w:r>
      <w:proofErr w:type="spellStart"/>
      <w:r>
        <w:t>rajatistest</w:t>
      </w:r>
      <w:proofErr w:type="spellEnd"/>
    </w:p>
    <w:p w14:paraId="35421EC6" w14:textId="77777777" w:rsidR="00A433E9" w:rsidRDefault="006F4952">
      <w:r>
        <w:rPr>
          <w:noProof/>
        </w:rPr>
        <w:drawing>
          <wp:inline distT="0" distB="0" distL="0" distR="0" wp14:anchorId="44A36B18" wp14:editId="4C505767">
            <wp:extent cx="5486400" cy="399960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vonia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33E9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6F4952"/>
    <w:rsid w:val="00A433E9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B406C9F"/>
  <w14:defaultImageDpi w14:val="300"/>
  <w15:docId w15:val="{38A0E4D1-9271-4E9D-BCC1-3FF97BCCE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1921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Mihkel Marks</cp:lastModifiedBy>
  <cp:revision>3</cp:revision>
  <dcterms:created xsi:type="dcterms:W3CDTF">2013-12-23T23:15:00Z</dcterms:created>
  <dcterms:modified xsi:type="dcterms:W3CDTF">2025-05-16T14:49:00Z</dcterms:modified>
  <cp:category/>
</cp:coreProperties>
</file>