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753A7" w14:textId="77777777" w:rsidR="002019E5" w:rsidRDefault="00000000">
      <w:pPr>
        <w:spacing w:after="40"/>
        <w:jc w:val="center"/>
      </w:pPr>
      <w:r>
        <w:rPr>
          <w:b/>
          <w:sz w:val="30"/>
        </w:rPr>
        <w:t>REKLAAMIKANDJA SELETUSKIRI</w:t>
      </w:r>
    </w:p>
    <w:p w14:paraId="0F31372A" w14:textId="2AEE5881" w:rsidR="002019E5" w:rsidRPr="00DF7E4C" w:rsidRDefault="00DF7E4C">
      <w:pPr>
        <w:jc w:val="center"/>
      </w:pPr>
      <w:proofErr w:type="spellStart"/>
      <w:r w:rsidRPr="00DF7E4C">
        <w:rPr>
          <w:b/>
        </w:rPr>
        <w:t>Tuulehaldja</w:t>
      </w:r>
      <w:proofErr w:type="spellEnd"/>
      <w:r w:rsidRPr="00DF7E4C">
        <w:rPr>
          <w:b/>
        </w:rPr>
        <w:t xml:space="preserve"> </w:t>
      </w:r>
      <w:proofErr w:type="spellStart"/>
      <w:r w:rsidRPr="00DF7E4C">
        <w:rPr>
          <w:b/>
        </w:rPr>
        <w:t>välireklaam</w:t>
      </w:r>
      <w:proofErr w:type="spellEnd"/>
    </w:p>
    <w:p w14:paraId="6E1E05B8" w14:textId="77777777" w:rsidR="002019E5" w:rsidRDefault="00000000">
      <w:pPr>
        <w:spacing w:after="200"/>
        <w:jc w:val="center"/>
      </w:pPr>
      <w:r>
        <w:t>Loovälja tee, Metsakasti küla, Viimsi vald, Harju maakond</w:t>
      </w:r>
    </w:p>
    <w:p w14:paraId="10CE5E48" w14:textId="77777777" w:rsidR="002019E5" w:rsidRDefault="00000000">
      <w:pPr>
        <w:spacing w:after="200"/>
      </w:pPr>
      <w:r>
        <w:rPr>
          <w:i/>
        </w:rPr>
        <w:t>Esitatud Viimsi Vallavolikogu 29.08.2017 määruse nr 12 „Viimsi valla reklaamimäärus“ (RT IV, 06.09.2017, 2; terviktekst RT IV, 20.06.2020, 26) § 2 lõike 1 alusel välireklaami taotluse nr 6276 lisana.</w:t>
      </w:r>
    </w:p>
    <w:p w14:paraId="58039C23" w14:textId="77777777" w:rsidR="002019E5" w:rsidRDefault="00000000">
      <w:pPr>
        <w:spacing w:before="280" w:after="80"/>
      </w:pPr>
      <w:r>
        <w:rPr>
          <w:b/>
          <w:sz w:val="23"/>
        </w:rPr>
        <w:t>1. Üldandmed</w:t>
      </w:r>
    </w:p>
    <w:tbl>
      <w:tblPr>
        <w:tblStyle w:val="Kontuurtabel"/>
        <w:tblW w:w="0" w:type="auto"/>
        <w:tblLayout w:type="fixed"/>
        <w:tblLook w:val="04A0" w:firstRow="1" w:lastRow="0" w:firstColumn="1" w:lastColumn="0" w:noHBand="0" w:noVBand="1"/>
      </w:tblPr>
      <w:tblGrid>
        <w:gridCol w:w="3175"/>
        <w:gridCol w:w="5896"/>
      </w:tblGrid>
      <w:tr w:rsidR="002019E5" w14:paraId="12CCA97E" w14:textId="77777777">
        <w:tc>
          <w:tcPr>
            <w:tcW w:w="3175" w:type="dxa"/>
          </w:tcPr>
          <w:p w14:paraId="1D89DC75" w14:textId="77777777" w:rsidR="002019E5" w:rsidRDefault="00000000">
            <w:pPr>
              <w:spacing w:after="40"/>
            </w:pPr>
            <w:r>
              <w:rPr>
                <w:b/>
              </w:rPr>
              <w:t>Taotleja / reklaami avalikustaja</w:t>
            </w:r>
          </w:p>
        </w:tc>
        <w:tc>
          <w:tcPr>
            <w:tcW w:w="5896" w:type="dxa"/>
          </w:tcPr>
          <w:p w14:paraId="4CDB4401" w14:textId="77777777" w:rsidR="002019E5" w:rsidRDefault="00000000">
            <w:pPr>
              <w:spacing w:after="40"/>
            </w:pPr>
            <w:r>
              <w:t>Roopa Arendus OÜ, registrikood 12071420</w:t>
            </w:r>
          </w:p>
        </w:tc>
      </w:tr>
      <w:tr w:rsidR="002019E5" w14:paraId="4030939F" w14:textId="77777777">
        <w:tc>
          <w:tcPr>
            <w:tcW w:w="3175" w:type="dxa"/>
          </w:tcPr>
          <w:p w14:paraId="508EF30E" w14:textId="77777777" w:rsidR="002019E5" w:rsidRDefault="00000000">
            <w:pPr>
              <w:spacing w:after="40"/>
            </w:pPr>
            <w:r>
              <w:rPr>
                <w:b/>
              </w:rPr>
              <w:t>Aadress</w:t>
            </w:r>
          </w:p>
        </w:tc>
        <w:tc>
          <w:tcPr>
            <w:tcW w:w="5896" w:type="dxa"/>
          </w:tcPr>
          <w:p w14:paraId="170F4757" w14:textId="77777777" w:rsidR="002019E5" w:rsidRDefault="00000000">
            <w:pPr>
              <w:spacing w:after="40"/>
            </w:pPr>
            <w:r>
              <w:t>Ahtri 6a, Tallinn</w:t>
            </w:r>
          </w:p>
        </w:tc>
      </w:tr>
      <w:tr w:rsidR="002019E5" w14:paraId="22A78B3D" w14:textId="77777777">
        <w:tc>
          <w:tcPr>
            <w:tcW w:w="3175" w:type="dxa"/>
          </w:tcPr>
          <w:p w14:paraId="229C0B63" w14:textId="77777777" w:rsidR="002019E5" w:rsidRDefault="00000000">
            <w:pPr>
              <w:spacing w:after="40"/>
            </w:pPr>
            <w:r>
              <w:rPr>
                <w:b/>
              </w:rPr>
              <w:t>Kontaktisik</w:t>
            </w:r>
          </w:p>
        </w:tc>
        <w:tc>
          <w:tcPr>
            <w:tcW w:w="5896" w:type="dxa"/>
          </w:tcPr>
          <w:p w14:paraId="576D9986" w14:textId="77777777" w:rsidR="002019E5" w:rsidRDefault="00000000">
            <w:pPr>
              <w:spacing w:after="40"/>
            </w:pPr>
            <w:r>
              <w:t>Renate Hinno, renate.hinno@favorte.ee, +372 5307 3633</w:t>
            </w:r>
          </w:p>
        </w:tc>
      </w:tr>
      <w:tr w:rsidR="002019E5" w14:paraId="5885FA15" w14:textId="77777777">
        <w:tc>
          <w:tcPr>
            <w:tcW w:w="3175" w:type="dxa"/>
          </w:tcPr>
          <w:p w14:paraId="109569AC" w14:textId="77777777" w:rsidR="002019E5" w:rsidRDefault="00000000">
            <w:pPr>
              <w:spacing w:after="40"/>
            </w:pPr>
            <w:r>
              <w:rPr>
                <w:b/>
              </w:rPr>
              <w:t>Taotleja esindaja</w:t>
            </w:r>
          </w:p>
        </w:tc>
        <w:tc>
          <w:tcPr>
            <w:tcW w:w="5896" w:type="dxa"/>
          </w:tcPr>
          <w:p w14:paraId="4F039C0A" w14:textId="77777777" w:rsidR="002019E5" w:rsidRDefault="00000000">
            <w:pPr>
              <w:spacing w:after="40"/>
            </w:pPr>
            <w:r>
              <w:t>Renate Marilin Hinno</w:t>
            </w:r>
          </w:p>
        </w:tc>
      </w:tr>
      <w:tr w:rsidR="002019E5" w:rsidRPr="00DF7E4C" w14:paraId="7E7D4024" w14:textId="77777777">
        <w:tc>
          <w:tcPr>
            <w:tcW w:w="3175" w:type="dxa"/>
          </w:tcPr>
          <w:p w14:paraId="26D7D84A" w14:textId="77777777" w:rsidR="002019E5" w:rsidRDefault="00000000">
            <w:pPr>
              <w:spacing w:after="40"/>
            </w:pPr>
            <w:r>
              <w:rPr>
                <w:b/>
              </w:rPr>
              <w:t>Reklaamitav objekt</w:t>
            </w:r>
          </w:p>
        </w:tc>
        <w:tc>
          <w:tcPr>
            <w:tcW w:w="5896" w:type="dxa"/>
          </w:tcPr>
          <w:p w14:paraId="41914E7F" w14:textId="4A19B313" w:rsidR="002019E5" w:rsidRPr="00DF7E4C" w:rsidRDefault="00DF7E4C">
            <w:pPr>
              <w:spacing w:after="40"/>
              <w:rPr>
                <w:lang w:val="it-IT"/>
              </w:rPr>
            </w:pPr>
            <w:proofErr w:type="spellStart"/>
            <w:r w:rsidRPr="00DF7E4C">
              <w:rPr>
                <w:lang w:val="it-IT"/>
              </w:rPr>
              <w:t>Tuulehaldja</w:t>
            </w:r>
            <w:proofErr w:type="spellEnd"/>
            <w:r w:rsidRPr="00DF7E4C">
              <w:rPr>
                <w:lang w:val="it-IT"/>
              </w:rPr>
              <w:t xml:space="preserve"> </w:t>
            </w:r>
            <w:proofErr w:type="spellStart"/>
            <w:r w:rsidRPr="00DF7E4C">
              <w:rPr>
                <w:lang w:val="it-IT"/>
              </w:rPr>
              <w:t>Kodud</w:t>
            </w:r>
            <w:proofErr w:type="spellEnd"/>
            <w:r w:rsidRPr="00DF7E4C">
              <w:rPr>
                <w:lang w:val="it-IT"/>
              </w:rPr>
              <w:t>, tuulehaldja.ee</w:t>
            </w:r>
          </w:p>
        </w:tc>
      </w:tr>
      <w:tr w:rsidR="002019E5" w14:paraId="64E9A974" w14:textId="77777777">
        <w:tc>
          <w:tcPr>
            <w:tcW w:w="3175" w:type="dxa"/>
          </w:tcPr>
          <w:p w14:paraId="26129566" w14:textId="77777777" w:rsidR="002019E5" w:rsidRDefault="00000000">
            <w:pPr>
              <w:spacing w:after="40"/>
            </w:pPr>
            <w:proofErr w:type="spellStart"/>
            <w:r>
              <w:rPr>
                <w:b/>
              </w:rPr>
              <w:t>Reklaamikandja</w:t>
            </w:r>
            <w:proofErr w:type="spellEnd"/>
            <w:r>
              <w:rPr>
                <w:b/>
              </w:rPr>
              <w:t xml:space="preserve"> </w:t>
            </w:r>
            <w:proofErr w:type="spellStart"/>
            <w:r>
              <w:rPr>
                <w:b/>
              </w:rPr>
              <w:t>tüüp</w:t>
            </w:r>
            <w:proofErr w:type="spellEnd"/>
          </w:p>
        </w:tc>
        <w:tc>
          <w:tcPr>
            <w:tcW w:w="5896" w:type="dxa"/>
          </w:tcPr>
          <w:p w14:paraId="31FA2852" w14:textId="0E3860ED" w:rsidR="002019E5" w:rsidRDefault="00000000">
            <w:pPr>
              <w:spacing w:after="40"/>
            </w:pPr>
            <w:proofErr w:type="spellStart"/>
            <w:r>
              <w:t>Vabalt</w:t>
            </w:r>
            <w:proofErr w:type="spellEnd"/>
            <w:r>
              <w:t xml:space="preserve"> </w:t>
            </w:r>
            <w:proofErr w:type="spellStart"/>
            <w:r>
              <w:t>seisev</w:t>
            </w:r>
            <w:proofErr w:type="spellEnd"/>
            <w:r>
              <w:t xml:space="preserve"> </w:t>
            </w:r>
            <w:proofErr w:type="spellStart"/>
            <w:r w:rsidR="00DF7E4C" w:rsidRPr="00DF7E4C">
              <w:t>ühepoolne</w:t>
            </w:r>
            <w:proofErr w:type="spellEnd"/>
            <w:r w:rsidR="00DF7E4C">
              <w:rPr>
                <w:color w:val="C00000"/>
              </w:rPr>
              <w:t xml:space="preserve"> </w:t>
            </w:r>
            <w:proofErr w:type="spellStart"/>
            <w:r>
              <w:t>reklaamtahvel</w:t>
            </w:r>
            <w:proofErr w:type="spellEnd"/>
            <w:r>
              <w:t xml:space="preserve"> </w:t>
            </w:r>
            <w:proofErr w:type="spellStart"/>
            <w:r>
              <w:t>kahel</w:t>
            </w:r>
            <w:proofErr w:type="spellEnd"/>
            <w:r>
              <w:t xml:space="preserve"> postil, </w:t>
            </w:r>
            <w:proofErr w:type="spellStart"/>
            <w:r>
              <w:t>valgustamata</w:t>
            </w:r>
            <w:proofErr w:type="spellEnd"/>
          </w:p>
        </w:tc>
      </w:tr>
      <w:tr w:rsidR="002019E5" w:rsidRPr="00DF7E4C" w14:paraId="7EE147DC" w14:textId="77777777">
        <w:tc>
          <w:tcPr>
            <w:tcW w:w="3175" w:type="dxa"/>
          </w:tcPr>
          <w:p w14:paraId="7316B4E8" w14:textId="77777777" w:rsidR="002019E5" w:rsidRDefault="00000000">
            <w:pPr>
              <w:spacing w:after="40"/>
            </w:pPr>
            <w:r>
              <w:rPr>
                <w:b/>
              </w:rPr>
              <w:t>Tootja ja paigaldaja</w:t>
            </w:r>
          </w:p>
        </w:tc>
        <w:tc>
          <w:tcPr>
            <w:tcW w:w="5896" w:type="dxa"/>
          </w:tcPr>
          <w:p w14:paraId="49272C74" w14:textId="3E200A16" w:rsidR="002019E5" w:rsidRPr="00DF7E4C" w:rsidRDefault="00DF7E4C">
            <w:pPr>
              <w:spacing w:after="40"/>
              <w:rPr>
                <w:lang w:val="it-IT"/>
              </w:rPr>
            </w:pPr>
            <w:proofErr w:type="spellStart"/>
            <w:r w:rsidRPr="00DF7E4C">
              <w:rPr>
                <w:lang w:val="it-IT"/>
              </w:rPr>
              <w:t>Inkwell</w:t>
            </w:r>
            <w:proofErr w:type="spellEnd"/>
            <w:r w:rsidRPr="00DF7E4C">
              <w:rPr>
                <w:lang w:val="it-IT"/>
              </w:rPr>
              <w:t xml:space="preserve"> Design OÜ</w:t>
            </w:r>
          </w:p>
        </w:tc>
      </w:tr>
      <w:tr w:rsidR="002019E5" w14:paraId="6768963A" w14:textId="77777777">
        <w:tc>
          <w:tcPr>
            <w:tcW w:w="3175" w:type="dxa"/>
          </w:tcPr>
          <w:p w14:paraId="238ECE71" w14:textId="77777777" w:rsidR="002019E5" w:rsidRDefault="00000000">
            <w:pPr>
              <w:spacing w:after="40"/>
            </w:pPr>
            <w:r>
              <w:rPr>
                <w:b/>
              </w:rPr>
              <w:t xml:space="preserve">OPIS-e </w:t>
            </w:r>
            <w:proofErr w:type="spellStart"/>
            <w:r>
              <w:rPr>
                <w:b/>
              </w:rPr>
              <w:t>taotluse</w:t>
            </w:r>
            <w:proofErr w:type="spellEnd"/>
            <w:r>
              <w:rPr>
                <w:b/>
              </w:rPr>
              <w:t xml:space="preserve"> number</w:t>
            </w:r>
          </w:p>
        </w:tc>
        <w:tc>
          <w:tcPr>
            <w:tcW w:w="5896" w:type="dxa"/>
          </w:tcPr>
          <w:p w14:paraId="389280EB" w14:textId="77777777" w:rsidR="002019E5" w:rsidRDefault="00000000">
            <w:pPr>
              <w:spacing w:after="40"/>
            </w:pPr>
            <w:r>
              <w:t>6276 (esitatud 31.08.2026, tagastatud korrigeerimiseks 01.09.2026)</w:t>
            </w:r>
          </w:p>
        </w:tc>
      </w:tr>
      <w:tr w:rsidR="002019E5" w14:paraId="21253F3E" w14:textId="77777777">
        <w:tc>
          <w:tcPr>
            <w:tcW w:w="3175" w:type="dxa"/>
          </w:tcPr>
          <w:p w14:paraId="32582DA0" w14:textId="77777777" w:rsidR="002019E5" w:rsidRDefault="00000000">
            <w:pPr>
              <w:spacing w:after="40"/>
            </w:pPr>
            <w:r>
              <w:rPr>
                <w:b/>
              </w:rPr>
              <w:t>Menetleja</w:t>
            </w:r>
          </w:p>
        </w:tc>
        <w:tc>
          <w:tcPr>
            <w:tcW w:w="5896" w:type="dxa"/>
          </w:tcPr>
          <w:p w14:paraId="7BDB24F2" w14:textId="77777777" w:rsidR="002019E5" w:rsidRDefault="00000000">
            <w:pPr>
              <w:spacing w:after="40"/>
            </w:pPr>
            <w:r>
              <w:t>Viimsi Vallavalitsuse ehitus- ja kommunaalosakond</w:t>
            </w:r>
          </w:p>
        </w:tc>
      </w:tr>
    </w:tbl>
    <w:p w14:paraId="2CF7F395" w14:textId="77777777" w:rsidR="002019E5" w:rsidRDefault="00000000">
      <w:pPr>
        <w:spacing w:before="280" w:after="80"/>
      </w:pPr>
      <w:r>
        <w:rPr>
          <w:b/>
          <w:sz w:val="23"/>
        </w:rPr>
        <w:t>2. Menetluse käik ja korrigeerimise sisu</w:t>
      </w:r>
    </w:p>
    <w:p w14:paraId="3F486E99" w14:textId="77777777" w:rsidR="002019E5" w:rsidRDefault="00000000">
      <w:r>
        <w:t>Taotlus nr 6276 esitati OPIS-es 31.08.2026. Ehitus- ja kommunaalosakond tagastas taotluse 01.09.2026 korrigeerimiseks kahel põhjusel: esitatud asukohaskeemi järgi jäi reklaamikandja Loovälja tee kaitsevööndisse (10 meetrit sõidutee välimisest sõiduraja servast) ning valla transpordimaa osa pikaajaline kasutusse andmine eeldab Viimsi Vallavalitsuse kui maaomaniku esindaja seisukohta. Andmete korrigeerimise tähtaeg on 08.09.2026.</w:t>
      </w:r>
    </w:p>
    <w:p w14:paraId="58C7CAC2" w14:textId="77777777" w:rsidR="002019E5" w:rsidRDefault="00000000">
      <w:r>
        <w:t>Käesoleva seletuskirja ja korrigeeritud asendiplaaniga (lisa 2) on taotlust täpsustatud järgmiselt:</w:t>
      </w:r>
    </w:p>
    <w:p w14:paraId="03BA52E4" w14:textId="77777777" w:rsidR="002019E5" w:rsidRDefault="00000000">
      <w:pPr>
        <w:pStyle w:val="Loenditpp"/>
        <w:spacing w:after="40"/>
      </w:pPr>
      <w:r>
        <w:t>reklaamikandja asukoht on nihutatud nii, et see jääb Loovälja tee äärmise sõiduraja välimisest servast 10,26 meetri kaugusele ehk väljapoole ehitusseadustiku § 71 lõikes 3 sätestatud tänava 10-meetrist kaitsevööndit;</w:t>
      </w:r>
    </w:p>
    <w:p w14:paraId="1E0AA336" w14:textId="7C8955BD" w:rsidR="002019E5" w:rsidRDefault="00000000">
      <w:pPr>
        <w:pStyle w:val="Loenditpp"/>
        <w:spacing w:after="40"/>
      </w:pPr>
      <w:r>
        <w:t xml:space="preserve">reklaamikandja kaugus Muuga tee (riigitee nr 11254) äärmise sõiduraja välimisest servast on 23,79 meetrit. Kuna ehitusseadustiku § 71 lõike 2 kohaselt on maantee kaitsevöönd 30 meetrit, jääb asukoht riigimaantee kaitsevööndisse ning määruse § 16 lõike 1 punkti 2 kohane Transpordiameti </w:t>
      </w:r>
      <w:proofErr w:type="spellStart"/>
      <w:r>
        <w:t>kooskõlastus</w:t>
      </w:r>
      <w:proofErr w:type="spellEnd"/>
      <w:r>
        <w:t xml:space="preserve"> on </w:t>
      </w:r>
      <w:proofErr w:type="spellStart"/>
      <w:r>
        <w:t>lisatud</w:t>
      </w:r>
      <w:proofErr w:type="spellEnd"/>
      <w:r>
        <w:t xml:space="preserve"> </w:t>
      </w:r>
      <w:proofErr w:type="spellStart"/>
      <w:r>
        <w:t>taotlusele</w:t>
      </w:r>
      <w:proofErr w:type="spellEnd"/>
      <w:r>
        <w:t xml:space="preserve"> (</w:t>
      </w:r>
      <w:proofErr w:type="spellStart"/>
      <w:r>
        <w:t>lisa</w:t>
      </w:r>
      <w:proofErr w:type="spellEnd"/>
      <w:r>
        <w:t xml:space="preserve"> 7)</w:t>
      </w:r>
      <w:r>
        <w:rPr>
          <w:color w:val="C00000"/>
        </w:rPr>
        <w:t xml:space="preserve"> </w:t>
      </w:r>
      <w:proofErr w:type="spellStart"/>
      <w:r>
        <w:rPr>
          <w:color w:val="C00000"/>
        </w:rPr>
        <w:t>kooskõlastus</w:t>
      </w:r>
      <w:proofErr w:type="spellEnd"/>
      <w:r>
        <w:rPr>
          <w:color w:val="C00000"/>
        </w:rPr>
        <w:t xml:space="preserve"> on </w:t>
      </w:r>
      <w:proofErr w:type="spellStart"/>
      <w:r>
        <w:rPr>
          <w:color w:val="C00000"/>
        </w:rPr>
        <w:t>taotlemisel</w:t>
      </w:r>
      <w:proofErr w:type="spellEnd"/>
    </w:p>
    <w:p w14:paraId="192412CE" w14:textId="5D2CACC8" w:rsidR="002019E5" w:rsidRDefault="00000000">
      <w:pPr>
        <w:pStyle w:val="Loenditpp"/>
        <w:spacing w:after="40"/>
      </w:pPr>
      <w:proofErr w:type="spellStart"/>
      <w:r>
        <w:t>maaomandi</w:t>
      </w:r>
      <w:proofErr w:type="spellEnd"/>
      <w:r>
        <w:t xml:space="preserve"> </w:t>
      </w:r>
      <w:proofErr w:type="spellStart"/>
      <w:r>
        <w:t>osas</w:t>
      </w:r>
      <w:proofErr w:type="spellEnd"/>
      <w:r w:rsidRPr="003420C4">
        <w:t xml:space="preserve">: </w:t>
      </w:r>
      <w:r w:rsidR="003420C4" w:rsidRPr="003420C4">
        <w:t xml:space="preserve">89001:001:0212, </w:t>
      </w:r>
      <w:proofErr w:type="spellStart"/>
      <w:r w:rsidR="003420C4" w:rsidRPr="003420C4">
        <w:t>Viimsi</w:t>
      </w:r>
      <w:proofErr w:type="spellEnd"/>
      <w:r w:rsidR="003420C4" w:rsidRPr="003420C4">
        <w:t xml:space="preserve"> </w:t>
      </w:r>
      <w:proofErr w:type="spellStart"/>
      <w:r w:rsidR="003420C4" w:rsidRPr="003420C4">
        <w:t>vald</w:t>
      </w:r>
      <w:proofErr w:type="spellEnd"/>
    </w:p>
    <w:p w14:paraId="17F2278E" w14:textId="77777777" w:rsidR="002019E5" w:rsidRDefault="00000000">
      <w:pPr>
        <w:pStyle w:val="Loenditpp"/>
        <w:spacing w:after="40"/>
      </w:pPr>
      <w:r>
        <w:t>reklaamikandja mõõtmed, konstruktsioon, paigaldusviis ja eemaldamise kord on kirjeldatud alljärgnevalt ning esitatud tehnilisel joonisel (lisa 3).</w:t>
      </w:r>
    </w:p>
    <w:p w14:paraId="3FE42756" w14:textId="77777777" w:rsidR="002019E5" w:rsidRDefault="00000000">
      <w:pPr>
        <w:spacing w:before="280" w:after="80"/>
      </w:pPr>
      <w:r>
        <w:rPr>
          <w:b/>
          <w:sz w:val="23"/>
        </w:rPr>
        <w:t>3. Paigalduskoht</w:t>
      </w:r>
    </w:p>
    <w:p w14:paraId="2EC5E34A" w14:textId="42C5448F" w:rsidR="002019E5" w:rsidRDefault="00000000">
      <w:r>
        <w:t xml:space="preserve">Reklaamikandja paigaldatakse Loovälja tee äärde Metsakasti külas, Loovälja tee ja Muuga tee ristmiku läheduses. Täpne asukoht ja mõõdistatud kaugused on näidatud korrigeeritud asendiplaanil (lisa 2) ning asukoha fotodel (lisa 4). </w:t>
      </w:r>
      <w:r w:rsidR="003420C4" w:rsidRPr="003420C4">
        <w:t>89001:001:0212</w:t>
      </w:r>
      <w:r w:rsidR="003420C4">
        <w:t xml:space="preserve">, </w:t>
      </w:r>
      <w:proofErr w:type="spellStart"/>
      <w:r w:rsidR="003420C4">
        <w:t>Viimsi</w:t>
      </w:r>
      <w:proofErr w:type="spellEnd"/>
      <w:r w:rsidR="003420C4">
        <w:t xml:space="preserve"> </w:t>
      </w:r>
      <w:proofErr w:type="spellStart"/>
      <w:r w:rsidR="003420C4">
        <w:t>vald</w:t>
      </w:r>
      <w:proofErr w:type="spellEnd"/>
    </w:p>
    <w:p w14:paraId="78AD4793" w14:textId="77777777" w:rsidR="002019E5" w:rsidRDefault="00000000">
      <w:pPr>
        <w:spacing w:before="80" w:after="40"/>
      </w:pPr>
      <w:r>
        <w:t>Mõõdistatud kaugused ja kaitsevööndid:</w:t>
      </w:r>
    </w:p>
    <w:tbl>
      <w:tblPr>
        <w:tblStyle w:val="Kontuurtabel"/>
        <w:tblW w:w="0" w:type="auto"/>
        <w:tblLayout w:type="fixed"/>
        <w:tblLook w:val="04A0" w:firstRow="1" w:lastRow="0" w:firstColumn="1" w:lastColumn="0" w:noHBand="0" w:noVBand="1"/>
      </w:tblPr>
      <w:tblGrid>
        <w:gridCol w:w="3628"/>
        <w:gridCol w:w="5443"/>
      </w:tblGrid>
      <w:tr w:rsidR="002019E5" w:rsidRPr="00AB43D0" w14:paraId="4D344319" w14:textId="77777777">
        <w:tc>
          <w:tcPr>
            <w:tcW w:w="3628" w:type="dxa"/>
          </w:tcPr>
          <w:p w14:paraId="2A9FCD5C" w14:textId="77777777" w:rsidR="002019E5" w:rsidRDefault="00000000">
            <w:pPr>
              <w:spacing w:after="40"/>
            </w:pPr>
            <w:r>
              <w:rPr>
                <w:b/>
              </w:rPr>
              <w:t>Kaugus Loovälja teest</w:t>
            </w:r>
          </w:p>
        </w:tc>
        <w:tc>
          <w:tcPr>
            <w:tcW w:w="5443" w:type="dxa"/>
          </w:tcPr>
          <w:p w14:paraId="4F961F1C" w14:textId="77777777" w:rsidR="002019E5" w:rsidRPr="00DF7E4C" w:rsidRDefault="00000000">
            <w:pPr>
              <w:spacing w:after="40"/>
              <w:rPr>
                <w:lang w:val="fr-FR"/>
              </w:rPr>
            </w:pPr>
            <w:r w:rsidRPr="00DF7E4C">
              <w:rPr>
                <w:lang w:val="fr-FR"/>
              </w:rPr>
              <w:t xml:space="preserve">10,26 m </w:t>
            </w:r>
            <w:proofErr w:type="spellStart"/>
            <w:r w:rsidRPr="00DF7E4C">
              <w:rPr>
                <w:lang w:val="fr-FR"/>
              </w:rPr>
              <w:t>äärmise</w:t>
            </w:r>
            <w:proofErr w:type="spellEnd"/>
            <w:r w:rsidRPr="00DF7E4C">
              <w:rPr>
                <w:lang w:val="fr-FR"/>
              </w:rPr>
              <w:t xml:space="preserve"> </w:t>
            </w:r>
            <w:proofErr w:type="spellStart"/>
            <w:r w:rsidRPr="00DF7E4C">
              <w:rPr>
                <w:lang w:val="fr-FR"/>
              </w:rPr>
              <w:t>sõiduraja</w:t>
            </w:r>
            <w:proofErr w:type="spellEnd"/>
            <w:r w:rsidRPr="00DF7E4C">
              <w:rPr>
                <w:lang w:val="fr-FR"/>
              </w:rPr>
              <w:t xml:space="preserve"> </w:t>
            </w:r>
            <w:proofErr w:type="spellStart"/>
            <w:r w:rsidRPr="00DF7E4C">
              <w:rPr>
                <w:lang w:val="fr-FR"/>
              </w:rPr>
              <w:t>välimisest</w:t>
            </w:r>
            <w:proofErr w:type="spellEnd"/>
            <w:r w:rsidRPr="00DF7E4C">
              <w:rPr>
                <w:lang w:val="fr-FR"/>
              </w:rPr>
              <w:t xml:space="preserve"> </w:t>
            </w:r>
            <w:proofErr w:type="spellStart"/>
            <w:r w:rsidRPr="00DF7E4C">
              <w:rPr>
                <w:lang w:val="fr-FR"/>
              </w:rPr>
              <w:t>servast</w:t>
            </w:r>
            <w:proofErr w:type="spellEnd"/>
          </w:p>
        </w:tc>
      </w:tr>
      <w:tr w:rsidR="002019E5" w14:paraId="6D004E6B" w14:textId="77777777">
        <w:tc>
          <w:tcPr>
            <w:tcW w:w="3628" w:type="dxa"/>
          </w:tcPr>
          <w:p w14:paraId="68FEEC53" w14:textId="77777777" w:rsidR="002019E5" w:rsidRDefault="00000000">
            <w:pPr>
              <w:spacing w:after="40"/>
            </w:pPr>
            <w:proofErr w:type="spellStart"/>
            <w:r>
              <w:rPr>
                <w:b/>
              </w:rPr>
              <w:t>Loovälja</w:t>
            </w:r>
            <w:proofErr w:type="spellEnd"/>
            <w:r>
              <w:rPr>
                <w:b/>
              </w:rPr>
              <w:t xml:space="preserve"> tee </w:t>
            </w:r>
            <w:proofErr w:type="spellStart"/>
            <w:r>
              <w:rPr>
                <w:b/>
              </w:rPr>
              <w:t>kaitsevöönd</w:t>
            </w:r>
            <w:proofErr w:type="spellEnd"/>
          </w:p>
        </w:tc>
        <w:tc>
          <w:tcPr>
            <w:tcW w:w="5443" w:type="dxa"/>
          </w:tcPr>
          <w:p w14:paraId="16BD089E" w14:textId="77777777" w:rsidR="002019E5" w:rsidRDefault="00000000">
            <w:pPr>
              <w:spacing w:after="40"/>
            </w:pPr>
            <w:r>
              <w:t>10 m (ehitusseadustiku § 71 lg 3, tänav) – asukoht jääb kaitsevööndist väljapoole</w:t>
            </w:r>
          </w:p>
        </w:tc>
      </w:tr>
      <w:tr w:rsidR="002019E5" w:rsidRPr="00AB43D0" w14:paraId="34CCD6FB" w14:textId="77777777">
        <w:tc>
          <w:tcPr>
            <w:tcW w:w="3628" w:type="dxa"/>
          </w:tcPr>
          <w:p w14:paraId="3FCD417A" w14:textId="77777777" w:rsidR="002019E5" w:rsidRDefault="00000000">
            <w:pPr>
              <w:spacing w:after="40"/>
            </w:pPr>
            <w:r>
              <w:rPr>
                <w:b/>
              </w:rPr>
              <w:t>Kaugus Muuga teest (riigitee 11254)</w:t>
            </w:r>
          </w:p>
        </w:tc>
        <w:tc>
          <w:tcPr>
            <w:tcW w:w="5443" w:type="dxa"/>
          </w:tcPr>
          <w:p w14:paraId="4055C0A9" w14:textId="3ED1A354" w:rsidR="002019E5" w:rsidRPr="00DF7E4C" w:rsidRDefault="003420C4">
            <w:pPr>
              <w:spacing w:after="40"/>
              <w:rPr>
                <w:lang w:val="fr-FR"/>
              </w:rPr>
            </w:pPr>
            <w:r>
              <w:rPr>
                <w:lang w:val="fr-FR"/>
              </w:rPr>
              <w:t>13</w:t>
            </w:r>
            <w:r w:rsidRPr="00DF7E4C">
              <w:rPr>
                <w:lang w:val="fr-FR"/>
              </w:rPr>
              <w:t xml:space="preserve"> m </w:t>
            </w:r>
            <w:proofErr w:type="spellStart"/>
            <w:r w:rsidRPr="00DF7E4C">
              <w:rPr>
                <w:lang w:val="fr-FR"/>
              </w:rPr>
              <w:t>äärmise</w:t>
            </w:r>
            <w:proofErr w:type="spellEnd"/>
            <w:r w:rsidRPr="00DF7E4C">
              <w:rPr>
                <w:lang w:val="fr-FR"/>
              </w:rPr>
              <w:t xml:space="preserve"> </w:t>
            </w:r>
            <w:proofErr w:type="spellStart"/>
            <w:r w:rsidRPr="00DF7E4C">
              <w:rPr>
                <w:lang w:val="fr-FR"/>
              </w:rPr>
              <w:t>sõiduraja</w:t>
            </w:r>
            <w:proofErr w:type="spellEnd"/>
            <w:r w:rsidRPr="00DF7E4C">
              <w:rPr>
                <w:lang w:val="fr-FR"/>
              </w:rPr>
              <w:t xml:space="preserve"> </w:t>
            </w:r>
            <w:proofErr w:type="spellStart"/>
            <w:r w:rsidRPr="00DF7E4C">
              <w:rPr>
                <w:lang w:val="fr-FR"/>
              </w:rPr>
              <w:t>välimisest</w:t>
            </w:r>
            <w:proofErr w:type="spellEnd"/>
            <w:r w:rsidRPr="00DF7E4C">
              <w:rPr>
                <w:lang w:val="fr-FR"/>
              </w:rPr>
              <w:t xml:space="preserve"> </w:t>
            </w:r>
            <w:proofErr w:type="spellStart"/>
            <w:r w:rsidRPr="00DF7E4C">
              <w:rPr>
                <w:lang w:val="fr-FR"/>
              </w:rPr>
              <w:t>servast</w:t>
            </w:r>
            <w:proofErr w:type="spellEnd"/>
          </w:p>
        </w:tc>
      </w:tr>
      <w:tr w:rsidR="002019E5" w14:paraId="7C6FB18C" w14:textId="77777777">
        <w:tc>
          <w:tcPr>
            <w:tcW w:w="3628" w:type="dxa"/>
          </w:tcPr>
          <w:p w14:paraId="31602EE1" w14:textId="77777777" w:rsidR="002019E5" w:rsidRDefault="00000000">
            <w:pPr>
              <w:spacing w:after="40"/>
            </w:pPr>
            <w:proofErr w:type="spellStart"/>
            <w:r>
              <w:rPr>
                <w:b/>
              </w:rPr>
              <w:lastRenderedPageBreak/>
              <w:t>Muuga</w:t>
            </w:r>
            <w:proofErr w:type="spellEnd"/>
            <w:r>
              <w:rPr>
                <w:b/>
              </w:rPr>
              <w:t xml:space="preserve"> tee </w:t>
            </w:r>
            <w:proofErr w:type="spellStart"/>
            <w:r>
              <w:rPr>
                <w:b/>
              </w:rPr>
              <w:t>kaitsevöönd</w:t>
            </w:r>
            <w:proofErr w:type="spellEnd"/>
          </w:p>
        </w:tc>
        <w:tc>
          <w:tcPr>
            <w:tcW w:w="5443" w:type="dxa"/>
          </w:tcPr>
          <w:p w14:paraId="51F34375" w14:textId="77777777" w:rsidR="002019E5" w:rsidRDefault="00000000">
            <w:pPr>
              <w:spacing w:after="40"/>
            </w:pPr>
            <w:r>
              <w:t>30 m (ehitusseadustiku § 71 lg 2, maantee) – asukoht jääb kaitsevööndisse, mistõttu on vajalik Transpordiameti kooskõlastus</w:t>
            </w:r>
          </w:p>
        </w:tc>
      </w:tr>
    </w:tbl>
    <w:p w14:paraId="63FB4417" w14:textId="77777777" w:rsidR="002019E5" w:rsidRDefault="00000000">
      <w:pPr>
        <w:spacing w:before="80"/>
      </w:pPr>
      <w:r>
        <w:t>Reklaampind on suunatud liiklussuundade poole ja nähtav möödasõitvatele liiklejatele. Asukoht on valitud selliselt, et reklaamikandja ei varja liikluskorraldusvahendeid, ei piira nähtavust Loovälja tee ja Muuga tee ristmikul ega jää ristmiku nähtavuskolmnurka.</w:t>
      </w:r>
    </w:p>
    <w:p w14:paraId="3970067D" w14:textId="77777777" w:rsidR="002019E5" w:rsidRDefault="00000000">
      <w:pPr>
        <w:spacing w:before="280" w:after="80"/>
      </w:pPr>
      <w:r>
        <w:rPr>
          <w:b/>
          <w:sz w:val="23"/>
        </w:rPr>
        <w:t>4. Reklaamikandja mõõtmed ja materjalid</w:t>
      </w:r>
    </w:p>
    <w:tbl>
      <w:tblPr>
        <w:tblStyle w:val="Kontuurtabel"/>
        <w:tblW w:w="0" w:type="auto"/>
        <w:tblLayout w:type="fixed"/>
        <w:tblLook w:val="04A0" w:firstRow="1" w:lastRow="0" w:firstColumn="1" w:lastColumn="0" w:noHBand="0" w:noVBand="1"/>
      </w:tblPr>
      <w:tblGrid>
        <w:gridCol w:w="3175"/>
        <w:gridCol w:w="5896"/>
      </w:tblGrid>
      <w:tr w:rsidR="002019E5" w14:paraId="0BC49D9D" w14:textId="77777777">
        <w:tc>
          <w:tcPr>
            <w:tcW w:w="3175" w:type="dxa"/>
          </w:tcPr>
          <w:p w14:paraId="19B5C4FA" w14:textId="77777777" w:rsidR="002019E5" w:rsidRDefault="00000000">
            <w:pPr>
              <w:spacing w:after="40"/>
            </w:pPr>
            <w:r>
              <w:rPr>
                <w:b/>
              </w:rPr>
              <w:t>Reklaampinna mõõtmed</w:t>
            </w:r>
          </w:p>
        </w:tc>
        <w:tc>
          <w:tcPr>
            <w:tcW w:w="5896" w:type="dxa"/>
          </w:tcPr>
          <w:p w14:paraId="6D525CF2" w14:textId="77777777" w:rsidR="002019E5" w:rsidRDefault="00000000">
            <w:pPr>
              <w:spacing w:after="40"/>
            </w:pPr>
            <w:r>
              <w:t>3000 × 2000 mm (laius × kõrgus)</w:t>
            </w:r>
          </w:p>
        </w:tc>
      </w:tr>
      <w:tr w:rsidR="002019E5" w14:paraId="1CB4BA1B" w14:textId="77777777">
        <w:tc>
          <w:tcPr>
            <w:tcW w:w="3175" w:type="dxa"/>
          </w:tcPr>
          <w:p w14:paraId="10DF4084" w14:textId="77777777" w:rsidR="002019E5" w:rsidRDefault="00000000">
            <w:pPr>
              <w:spacing w:after="40"/>
            </w:pPr>
            <w:r>
              <w:rPr>
                <w:b/>
              </w:rPr>
              <w:t>Ühe reklaampinna pindala</w:t>
            </w:r>
          </w:p>
        </w:tc>
        <w:tc>
          <w:tcPr>
            <w:tcW w:w="5896" w:type="dxa"/>
          </w:tcPr>
          <w:p w14:paraId="5FBACF6F" w14:textId="77777777" w:rsidR="002019E5" w:rsidRDefault="00000000">
            <w:pPr>
              <w:spacing w:after="40"/>
            </w:pPr>
            <w:r>
              <w:t>6,0 m² (3,0 × 2,0 m)</w:t>
            </w:r>
          </w:p>
        </w:tc>
      </w:tr>
      <w:tr w:rsidR="002019E5" w14:paraId="47B13506" w14:textId="77777777">
        <w:tc>
          <w:tcPr>
            <w:tcW w:w="3175" w:type="dxa"/>
          </w:tcPr>
          <w:p w14:paraId="5C545D0C" w14:textId="77777777" w:rsidR="002019E5" w:rsidRDefault="00000000">
            <w:pPr>
              <w:spacing w:after="40"/>
            </w:pPr>
            <w:r>
              <w:rPr>
                <w:b/>
              </w:rPr>
              <w:t>Kandekonstruktsiooni mõõtmed</w:t>
            </w:r>
          </w:p>
        </w:tc>
        <w:tc>
          <w:tcPr>
            <w:tcW w:w="5896" w:type="dxa"/>
          </w:tcPr>
          <w:p w14:paraId="2B827AE4" w14:textId="77777777" w:rsidR="002019E5" w:rsidRDefault="00000000">
            <w:pPr>
              <w:spacing w:after="40"/>
            </w:pPr>
            <w:r>
              <w:t>3000 × 3000 mm</w:t>
            </w:r>
          </w:p>
        </w:tc>
      </w:tr>
      <w:tr w:rsidR="002019E5" w14:paraId="7271D9E5" w14:textId="77777777">
        <w:tc>
          <w:tcPr>
            <w:tcW w:w="3175" w:type="dxa"/>
          </w:tcPr>
          <w:p w14:paraId="744C09DB" w14:textId="77777777" w:rsidR="002019E5" w:rsidRDefault="00000000">
            <w:pPr>
              <w:spacing w:after="40"/>
            </w:pPr>
            <w:r>
              <w:rPr>
                <w:b/>
              </w:rPr>
              <w:t>Alumine serv maapinnast</w:t>
            </w:r>
          </w:p>
        </w:tc>
        <w:tc>
          <w:tcPr>
            <w:tcW w:w="5896" w:type="dxa"/>
          </w:tcPr>
          <w:p w14:paraId="24231F3B" w14:textId="2244676E" w:rsidR="002019E5" w:rsidRDefault="00DF7E4C">
            <w:pPr>
              <w:spacing w:after="40"/>
            </w:pPr>
            <w:r w:rsidRPr="00DF7E4C">
              <w:t>1000 mm</w:t>
            </w:r>
          </w:p>
        </w:tc>
      </w:tr>
      <w:tr w:rsidR="002019E5" w14:paraId="2E072956" w14:textId="77777777">
        <w:tc>
          <w:tcPr>
            <w:tcW w:w="3175" w:type="dxa"/>
          </w:tcPr>
          <w:p w14:paraId="14C120A1" w14:textId="77777777" w:rsidR="002019E5" w:rsidRDefault="00000000">
            <w:pPr>
              <w:spacing w:after="40"/>
            </w:pPr>
            <w:r>
              <w:rPr>
                <w:b/>
              </w:rPr>
              <w:t>Ülemine serv maapinnast</w:t>
            </w:r>
          </w:p>
        </w:tc>
        <w:tc>
          <w:tcPr>
            <w:tcW w:w="5896" w:type="dxa"/>
          </w:tcPr>
          <w:p w14:paraId="500D6C78" w14:textId="0B0A71D5" w:rsidR="002019E5" w:rsidRDefault="00DF7E4C">
            <w:pPr>
              <w:spacing w:after="40"/>
            </w:pPr>
            <w:r w:rsidRPr="00DF7E4C">
              <w:t>3500 mm</w:t>
            </w:r>
          </w:p>
        </w:tc>
      </w:tr>
      <w:tr w:rsidR="002019E5" w14:paraId="70843B73" w14:textId="77777777">
        <w:tc>
          <w:tcPr>
            <w:tcW w:w="3175" w:type="dxa"/>
          </w:tcPr>
          <w:p w14:paraId="63C997BD" w14:textId="77777777" w:rsidR="002019E5" w:rsidRDefault="00000000">
            <w:pPr>
              <w:spacing w:after="40"/>
            </w:pPr>
            <w:r>
              <w:rPr>
                <w:b/>
              </w:rPr>
              <w:t>Reklaampindade arv</w:t>
            </w:r>
          </w:p>
        </w:tc>
        <w:tc>
          <w:tcPr>
            <w:tcW w:w="5896" w:type="dxa"/>
          </w:tcPr>
          <w:p w14:paraId="47CF2326" w14:textId="6F5A3355" w:rsidR="002019E5" w:rsidRPr="00DF7E4C" w:rsidRDefault="00DF7E4C">
            <w:pPr>
              <w:spacing w:after="40"/>
            </w:pPr>
            <w:r w:rsidRPr="00DF7E4C">
              <w:t xml:space="preserve">1 - </w:t>
            </w:r>
            <w:proofErr w:type="spellStart"/>
            <w:r w:rsidRPr="00DF7E4C">
              <w:t>ühepoolne</w:t>
            </w:r>
            <w:proofErr w:type="spellEnd"/>
          </w:p>
        </w:tc>
      </w:tr>
      <w:tr w:rsidR="002019E5" w14:paraId="4A3A1D19" w14:textId="77777777">
        <w:tc>
          <w:tcPr>
            <w:tcW w:w="3175" w:type="dxa"/>
          </w:tcPr>
          <w:p w14:paraId="1BE99208" w14:textId="77777777" w:rsidR="002019E5" w:rsidRDefault="00000000">
            <w:pPr>
              <w:spacing w:after="40"/>
            </w:pPr>
            <w:r>
              <w:rPr>
                <w:b/>
              </w:rPr>
              <w:t>Maksustatav reklaampind kokku</w:t>
            </w:r>
          </w:p>
        </w:tc>
        <w:tc>
          <w:tcPr>
            <w:tcW w:w="5896" w:type="dxa"/>
          </w:tcPr>
          <w:p w14:paraId="6A93FC12" w14:textId="0674C147" w:rsidR="002019E5" w:rsidRDefault="00DF7E4C">
            <w:pPr>
              <w:spacing w:after="40"/>
            </w:pPr>
            <w:r w:rsidRPr="00DF7E4C">
              <w:t xml:space="preserve">10,0 m² </w:t>
            </w:r>
          </w:p>
        </w:tc>
      </w:tr>
      <w:tr w:rsidR="002019E5" w14:paraId="20163A45" w14:textId="77777777">
        <w:tc>
          <w:tcPr>
            <w:tcW w:w="3175" w:type="dxa"/>
          </w:tcPr>
          <w:p w14:paraId="327B2AC4" w14:textId="77777777" w:rsidR="002019E5" w:rsidRDefault="00000000">
            <w:pPr>
              <w:spacing w:after="40"/>
            </w:pPr>
            <w:r>
              <w:rPr>
                <w:b/>
              </w:rPr>
              <w:t>Reklaampinna materjal</w:t>
            </w:r>
          </w:p>
        </w:tc>
        <w:tc>
          <w:tcPr>
            <w:tcW w:w="5896" w:type="dxa"/>
          </w:tcPr>
          <w:p w14:paraId="3A245D25" w14:textId="2C22F28F" w:rsidR="002019E5" w:rsidRPr="00DF7E4C" w:rsidRDefault="00000000">
            <w:pPr>
              <w:spacing w:after="40"/>
            </w:pPr>
            <w:proofErr w:type="spellStart"/>
            <w:r w:rsidRPr="00DF7E4C">
              <w:t>alumiiniumkomposiitplaat</w:t>
            </w:r>
            <w:proofErr w:type="spellEnd"/>
            <w:r w:rsidRPr="00DF7E4C">
              <w:t xml:space="preserve"> 3 mm, </w:t>
            </w:r>
            <w:proofErr w:type="spellStart"/>
            <w:r w:rsidRPr="00DF7E4C">
              <w:t>digitrükk</w:t>
            </w:r>
            <w:proofErr w:type="spellEnd"/>
            <w:r w:rsidRPr="00DF7E4C">
              <w:t xml:space="preserve">, matt </w:t>
            </w:r>
            <w:proofErr w:type="spellStart"/>
            <w:r w:rsidRPr="00DF7E4C">
              <w:t>laminaat</w:t>
            </w:r>
            <w:proofErr w:type="spellEnd"/>
          </w:p>
        </w:tc>
      </w:tr>
      <w:tr w:rsidR="002019E5" w14:paraId="5FCE8373" w14:textId="77777777">
        <w:tc>
          <w:tcPr>
            <w:tcW w:w="3175" w:type="dxa"/>
          </w:tcPr>
          <w:p w14:paraId="0FC63D24" w14:textId="77777777" w:rsidR="002019E5" w:rsidRDefault="00000000">
            <w:pPr>
              <w:spacing w:after="40"/>
            </w:pPr>
            <w:r>
              <w:rPr>
                <w:b/>
              </w:rPr>
              <w:t>Kandekonstruktsiooni materjal</w:t>
            </w:r>
          </w:p>
        </w:tc>
        <w:tc>
          <w:tcPr>
            <w:tcW w:w="5896" w:type="dxa"/>
          </w:tcPr>
          <w:p w14:paraId="432439E9" w14:textId="612C226C" w:rsidR="002019E5" w:rsidRDefault="00000000">
            <w:pPr>
              <w:spacing w:after="40"/>
            </w:pPr>
            <w:proofErr w:type="spellStart"/>
            <w:r w:rsidRPr="00DF7E4C">
              <w:t>tsingitud</w:t>
            </w:r>
            <w:proofErr w:type="spellEnd"/>
            <w:r w:rsidRPr="00DF7E4C">
              <w:t xml:space="preserve"> </w:t>
            </w:r>
            <w:proofErr w:type="spellStart"/>
            <w:r w:rsidRPr="00DF7E4C">
              <w:t>terasprofiil</w:t>
            </w:r>
            <w:proofErr w:type="spellEnd"/>
          </w:p>
        </w:tc>
      </w:tr>
    </w:tbl>
    <w:p w14:paraId="1095AA86" w14:textId="77777777" w:rsidR="002019E5" w:rsidRDefault="00000000">
      <w:pPr>
        <w:spacing w:before="80"/>
      </w:pPr>
      <w:r>
        <w:t>Sama tüüpi ja mõõtmetega reklaamikandjat on Roopa Arendus OÜ kasutanud varasemates arendusobjektides, mille kohta on saadud Transpordiameti nõusolek liiklusvälise teabevahendi paigaldamiseks riigitee kaitsevööndisse, mistõttu lahendus on praktikas kontrollitud.</w:t>
      </w:r>
    </w:p>
    <w:p w14:paraId="58BB7EB1" w14:textId="77777777" w:rsidR="002019E5" w:rsidRDefault="00000000">
      <w:pPr>
        <w:spacing w:before="280" w:after="80"/>
      </w:pPr>
      <w:r>
        <w:rPr>
          <w:b/>
          <w:sz w:val="23"/>
        </w:rPr>
        <w:t>5. Kinnitus- ja toestuslahendus</w:t>
      </w:r>
    </w:p>
    <w:p w14:paraId="2BF825FE" w14:textId="77777777" w:rsidR="002019E5" w:rsidRDefault="00000000">
      <w:r>
        <w:t>Täpsed mõõtmed ja sõlmed on esitatud tehnilisel joonisel (lisa 3).</w:t>
      </w:r>
    </w:p>
    <w:p w14:paraId="69D64502" w14:textId="77777777" w:rsidR="002019E5" w:rsidRPr="00DF7E4C" w:rsidRDefault="00000000">
      <w:pPr>
        <w:rPr>
          <w:lang w:val="nl-NL"/>
        </w:rPr>
      </w:pPr>
      <w:proofErr w:type="spellStart"/>
      <w:r w:rsidRPr="00DF7E4C">
        <w:rPr>
          <w:lang w:val="nl-NL"/>
        </w:rPr>
        <w:t>Reklaamikandja</w:t>
      </w:r>
      <w:proofErr w:type="spellEnd"/>
      <w:r w:rsidRPr="00DF7E4C">
        <w:rPr>
          <w:lang w:val="nl-NL"/>
        </w:rPr>
        <w:t xml:space="preserve"> </w:t>
      </w:r>
      <w:proofErr w:type="spellStart"/>
      <w:r w:rsidRPr="00DF7E4C">
        <w:rPr>
          <w:lang w:val="nl-NL"/>
        </w:rPr>
        <w:t>toetub</w:t>
      </w:r>
      <w:proofErr w:type="spellEnd"/>
      <w:r w:rsidRPr="00DF7E4C">
        <w:rPr>
          <w:lang w:val="nl-NL"/>
        </w:rPr>
        <w:t xml:space="preserve"> </w:t>
      </w:r>
      <w:proofErr w:type="spellStart"/>
      <w:r w:rsidRPr="00DF7E4C">
        <w:rPr>
          <w:lang w:val="nl-NL"/>
        </w:rPr>
        <w:t>kahele</w:t>
      </w:r>
      <w:proofErr w:type="spellEnd"/>
      <w:r w:rsidRPr="00DF7E4C">
        <w:rPr>
          <w:lang w:val="nl-NL"/>
        </w:rPr>
        <w:t xml:space="preserve"> </w:t>
      </w:r>
      <w:proofErr w:type="spellStart"/>
      <w:r w:rsidRPr="00DF7E4C">
        <w:rPr>
          <w:lang w:val="nl-NL"/>
        </w:rPr>
        <w:t>vertikaalsele</w:t>
      </w:r>
      <w:proofErr w:type="spellEnd"/>
      <w:r w:rsidRPr="00DF7E4C">
        <w:rPr>
          <w:lang w:val="nl-NL"/>
        </w:rPr>
        <w:t xml:space="preserve"> </w:t>
      </w:r>
      <w:proofErr w:type="spellStart"/>
      <w:r w:rsidRPr="00DF7E4C">
        <w:rPr>
          <w:lang w:val="nl-NL"/>
        </w:rPr>
        <w:t>metallpostile</w:t>
      </w:r>
      <w:proofErr w:type="spellEnd"/>
      <w:r w:rsidRPr="00DF7E4C">
        <w:rPr>
          <w:lang w:val="nl-NL"/>
        </w:rPr>
        <w:t xml:space="preserve">, mis </w:t>
      </w:r>
      <w:proofErr w:type="spellStart"/>
      <w:r w:rsidRPr="00DF7E4C">
        <w:rPr>
          <w:lang w:val="nl-NL"/>
        </w:rPr>
        <w:t>paigaldatakse</w:t>
      </w:r>
      <w:proofErr w:type="spellEnd"/>
      <w:r w:rsidRPr="00DF7E4C">
        <w:rPr>
          <w:lang w:val="nl-NL"/>
        </w:rPr>
        <w:t xml:space="preserve"> </w:t>
      </w:r>
      <w:proofErr w:type="spellStart"/>
      <w:r w:rsidRPr="00DF7E4C">
        <w:rPr>
          <w:lang w:val="nl-NL"/>
        </w:rPr>
        <w:t>maapinda</w:t>
      </w:r>
      <w:proofErr w:type="spellEnd"/>
      <w:r w:rsidRPr="00DF7E4C">
        <w:rPr>
          <w:lang w:val="nl-NL"/>
        </w:rPr>
        <w:t xml:space="preserve">. </w:t>
      </w:r>
      <w:proofErr w:type="spellStart"/>
      <w:r w:rsidRPr="00DF7E4C">
        <w:rPr>
          <w:lang w:val="nl-NL"/>
        </w:rPr>
        <w:t>Konstruktsioon</w:t>
      </w:r>
      <w:proofErr w:type="spellEnd"/>
      <w:r w:rsidRPr="00DF7E4C">
        <w:rPr>
          <w:lang w:val="nl-NL"/>
        </w:rPr>
        <w:t xml:space="preserve"> on </w:t>
      </w:r>
      <w:proofErr w:type="spellStart"/>
      <w:r w:rsidRPr="00DF7E4C">
        <w:rPr>
          <w:lang w:val="nl-NL"/>
        </w:rPr>
        <w:t>iseseisvalt</w:t>
      </w:r>
      <w:proofErr w:type="spellEnd"/>
      <w:r w:rsidRPr="00DF7E4C">
        <w:rPr>
          <w:lang w:val="nl-NL"/>
        </w:rPr>
        <w:t xml:space="preserve"> </w:t>
      </w:r>
      <w:proofErr w:type="spellStart"/>
      <w:r w:rsidRPr="00DF7E4C">
        <w:rPr>
          <w:lang w:val="nl-NL"/>
        </w:rPr>
        <w:t>püsiv</w:t>
      </w:r>
      <w:proofErr w:type="spellEnd"/>
      <w:r w:rsidRPr="00DF7E4C">
        <w:rPr>
          <w:lang w:val="nl-NL"/>
        </w:rPr>
        <w:t xml:space="preserve"> </w:t>
      </w:r>
      <w:proofErr w:type="spellStart"/>
      <w:r w:rsidRPr="00DF7E4C">
        <w:rPr>
          <w:lang w:val="nl-NL"/>
        </w:rPr>
        <w:t>ega</w:t>
      </w:r>
      <w:proofErr w:type="spellEnd"/>
      <w:r w:rsidRPr="00DF7E4C">
        <w:rPr>
          <w:lang w:val="nl-NL"/>
        </w:rPr>
        <w:t xml:space="preserve"> </w:t>
      </w:r>
      <w:proofErr w:type="spellStart"/>
      <w:r w:rsidRPr="00DF7E4C">
        <w:rPr>
          <w:lang w:val="nl-NL"/>
        </w:rPr>
        <w:t>toetu</w:t>
      </w:r>
      <w:proofErr w:type="spellEnd"/>
      <w:r w:rsidRPr="00DF7E4C">
        <w:rPr>
          <w:lang w:val="nl-NL"/>
        </w:rPr>
        <w:t xml:space="preserve"> </w:t>
      </w:r>
      <w:proofErr w:type="spellStart"/>
      <w:r w:rsidRPr="00DF7E4C">
        <w:rPr>
          <w:lang w:val="nl-NL"/>
        </w:rPr>
        <w:t>ühelegi</w:t>
      </w:r>
      <w:proofErr w:type="spellEnd"/>
      <w:r w:rsidRPr="00DF7E4C">
        <w:rPr>
          <w:lang w:val="nl-NL"/>
        </w:rPr>
        <w:t xml:space="preserve"> </w:t>
      </w:r>
      <w:proofErr w:type="spellStart"/>
      <w:r w:rsidRPr="00DF7E4C">
        <w:rPr>
          <w:lang w:val="nl-NL"/>
        </w:rPr>
        <w:t>olemasolevale</w:t>
      </w:r>
      <w:proofErr w:type="spellEnd"/>
      <w:r w:rsidRPr="00DF7E4C">
        <w:rPr>
          <w:lang w:val="nl-NL"/>
        </w:rPr>
        <w:t xml:space="preserve"> </w:t>
      </w:r>
      <w:proofErr w:type="spellStart"/>
      <w:r w:rsidRPr="00DF7E4C">
        <w:rPr>
          <w:lang w:val="nl-NL"/>
        </w:rPr>
        <w:t>rajatisele</w:t>
      </w:r>
      <w:proofErr w:type="spellEnd"/>
      <w:r w:rsidRPr="00DF7E4C">
        <w:rPr>
          <w:lang w:val="nl-NL"/>
        </w:rPr>
        <w:t xml:space="preserve">, </w:t>
      </w:r>
      <w:proofErr w:type="spellStart"/>
      <w:r w:rsidRPr="00DF7E4C">
        <w:rPr>
          <w:lang w:val="nl-NL"/>
        </w:rPr>
        <w:t>hoonele</w:t>
      </w:r>
      <w:proofErr w:type="spellEnd"/>
      <w:r w:rsidRPr="00DF7E4C">
        <w:rPr>
          <w:lang w:val="nl-NL"/>
        </w:rPr>
        <w:t xml:space="preserve"> </w:t>
      </w:r>
      <w:proofErr w:type="spellStart"/>
      <w:r w:rsidRPr="00DF7E4C">
        <w:rPr>
          <w:lang w:val="nl-NL"/>
        </w:rPr>
        <w:t>ega</w:t>
      </w:r>
      <w:proofErr w:type="spellEnd"/>
      <w:r w:rsidRPr="00DF7E4C">
        <w:rPr>
          <w:lang w:val="nl-NL"/>
        </w:rPr>
        <w:t xml:space="preserve"> </w:t>
      </w:r>
      <w:proofErr w:type="spellStart"/>
      <w:r w:rsidRPr="00DF7E4C">
        <w:rPr>
          <w:lang w:val="nl-NL"/>
        </w:rPr>
        <w:t>piirdele</w:t>
      </w:r>
      <w:proofErr w:type="spellEnd"/>
      <w:r w:rsidRPr="00DF7E4C">
        <w:rPr>
          <w:lang w:val="nl-NL"/>
        </w:rPr>
        <w:t>.</w:t>
      </w:r>
    </w:p>
    <w:p w14:paraId="28E579E6" w14:textId="6FCC9C86" w:rsidR="002019E5" w:rsidRPr="00DF7E4C" w:rsidRDefault="00000000">
      <w:pPr>
        <w:rPr>
          <w:lang w:val="nl-NL"/>
        </w:rPr>
      </w:pPr>
      <w:proofErr w:type="spellStart"/>
      <w:r w:rsidRPr="00DF7E4C">
        <w:rPr>
          <w:lang w:val="nl-NL"/>
        </w:rPr>
        <w:t>Tahvel</w:t>
      </w:r>
      <w:proofErr w:type="spellEnd"/>
      <w:r w:rsidRPr="00DF7E4C">
        <w:rPr>
          <w:lang w:val="nl-NL"/>
        </w:rPr>
        <w:t xml:space="preserve"> </w:t>
      </w:r>
      <w:proofErr w:type="spellStart"/>
      <w:r w:rsidRPr="00DF7E4C">
        <w:rPr>
          <w:lang w:val="nl-NL"/>
        </w:rPr>
        <w:t>kinnitatakse</w:t>
      </w:r>
      <w:proofErr w:type="spellEnd"/>
      <w:r w:rsidRPr="00DF7E4C">
        <w:rPr>
          <w:lang w:val="nl-NL"/>
        </w:rPr>
        <w:t xml:space="preserve"> </w:t>
      </w:r>
      <w:proofErr w:type="spellStart"/>
      <w:r w:rsidRPr="00DF7E4C">
        <w:rPr>
          <w:lang w:val="nl-NL"/>
        </w:rPr>
        <w:t>postide</w:t>
      </w:r>
      <w:proofErr w:type="spellEnd"/>
      <w:r w:rsidRPr="00DF7E4C">
        <w:rPr>
          <w:lang w:val="nl-NL"/>
        </w:rPr>
        <w:t xml:space="preserve"> </w:t>
      </w:r>
      <w:proofErr w:type="spellStart"/>
      <w:r w:rsidRPr="00DF7E4C">
        <w:rPr>
          <w:lang w:val="nl-NL"/>
        </w:rPr>
        <w:t>külge</w:t>
      </w:r>
      <w:proofErr w:type="spellEnd"/>
      <w:r w:rsidRPr="00DF7E4C">
        <w:rPr>
          <w:lang w:val="nl-NL"/>
        </w:rPr>
        <w:t xml:space="preserve"> </w:t>
      </w:r>
      <w:proofErr w:type="spellStart"/>
      <w:r w:rsidRPr="00DF7E4C">
        <w:rPr>
          <w:lang w:val="nl-NL"/>
        </w:rPr>
        <w:t>läbivate</w:t>
      </w:r>
      <w:proofErr w:type="spellEnd"/>
      <w:r w:rsidRPr="00DF7E4C">
        <w:rPr>
          <w:lang w:val="nl-NL"/>
        </w:rPr>
        <w:t xml:space="preserve"> </w:t>
      </w:r>
      <w:proofErr w:type="spellStart"/>
      <w:r w:rsidRPr="00DF7E4C">
        <w:rPr>
          <w:lang w:val="nl-NL"/>
        </w:rPr>
        <w:t>poltliidetega</w:t>
      </w:r>
      <w:proofErr w:type="spellEnd"/>
      <w:r w:rsidRPr="00DF7E4C">
        <w:rPr>
          <w:lang w:val="nl-NL"/>
        </w:rPr>
        <w:t xml:space="preserve">. </w:t>
      </w:r>
      <w:proofErr w:type="spellStart"/>
      <w:r w:rsidRPr="00DF7E4C">
        <w:rPr>
          <w:lang w:val="nl-NL"/>
        </w:rPr>
        <w:t>Kõik</w:t>
      </w:r>
      <w:proofErr w:type="spellEnd"/>
      <w:r w:rsidRPr="00DF7E4C">
        <w:rPr>
          <w:lang w:val="nl-NL"/>
        </w:rPr>
        <w:t xml:space="preserve"> </w:t>
      </w:r>
      <w:proofErr w:type="spellStart"/>
      <w:r w:rsidRPr="00DF7E4C">
        <w:rPr>
          <w:lang w:val="nl-NL"/>
        </w:rPr>
        <w:t>konstruktsioonielemendid</w:t>
      </w:r>
      <w:proofErr w:type="spellEnd"/>
      <w:r w:rsidRPr="00DF7E4C">
        <w:rPr>
          <w:lang w:val="nl-NL"/>
        </w:rPr>
        <w:t xml:space="preserve"> on </w:t>
      </w:r>
      <w:proofErr w:type="spellStart"/>
      <w:r w:rsidRPr="00DF7E4C">
        <w:rPr>
          <w:lang w:val="nl-NL"/>
        </w:rPr>
        <w:t>omavahel</w:t>
      </w:r>
      <w:proofErr w:type="spellEnd"/>
      <w:r w:rsidRPr="00DF7E4C">
        <w:rPr>
          <w:lang w:val="nl-NL"/>
        </w:rPr>
        <w:t xml:space="preserve"> </w:t>
      </w:r>
      <w:proofErr w:type="spellStart"/>
      <w:r w:rsidRPr="00DF7E4C">
        <w:rPr>
          <w:lang w:val="nl-NL"/>
        </w:rPr>
        <w:t>kindlas</w:t>
      </w:r>
      <w:proofErr w:type="spellEnd"/>
      <w:r w:rsidRPr="00DF7E4C">
        <w:rPr>
          <w:lang w:val="nl-NL"/>
        </w:rPr>
        <w:t xml:space="preserve"> </w:t>
      </w:r>
      <w:proofErr w:type="spellStart"/>
      <w:r w:rsidRPr="00DF7E4C">
        <w:rPr>
          <w:lang w:val="nl-NL"/>
        </w:rPr>
        <w:t>ühenduses</w:t>
      </w:r>
      <w:proofErr w:type="spellEnd"/>
      <w:r w:rsidRPr="00DF7E4C">
        <w:rPr>
          <w:lang w:val="nl-NL"/>
        </w:rPr>
        <w:t xml:space="preserve"> </w:t>
      </w:r>
      <w:proofErr w:type="spellStart"/>
      <w:r w:rsidRPr="00DF7E4C">
        <w:rPr>
          <w:lang w:val="nl-NL"/>
        </w:rPr>
        <w:t>ning</w:t>
      </w:r>
      <w:proofErr w:type="spellEnd"/>
      <w:r w:rsidRPr="00DF7E4C">
        <w:rPr>
          <w:lang w:val="nl-NL"/>
        </w:rPr>
        <w:t xml:space="preserve"> </w:t>
      </w:r>
      <w:proofErr w:type="spellStart"/>
      <w:r w:rsidRPr="00DF7E4C">
        <w:rPr>
          <w:lang w:val="nl-NL"/>
        </w:rPr>
        <w:t>konstruktsiooni</w:t>
      </w:r>
      <w:proofErr w:type="spellEnd"/>
      <w:r w:rsidRPr="00DF7E4C">
        <w:rPr>
          <w:lang w:val="nl-NL"/>
        </w:rPr>
        <w:t xml:space="preserve"> </w:t>
      </w:r>
      <w:proofErr w:type="spellStart"/>
      <w:r w:rsidRPr="00DF7E4C">
        <w:rPr>
          <w:lang w:val="nl-NL"/>
        </w:rPr>
        <w:t>serv</w:t>
      </w:r>
      <w:proofErr w:type="spellEnd"/>
      <w:r w:rsidRPr="00DF7E4C">
        <w:rPr>
          <w:lang w:val="nl-NL"/>
        </w:rPr>
        <w:t xml:space="preserve"> on </w:t>
      </w:r>
      <w:proofErr w:type="spellStart"/>
      <w:r w:rsidRPr="00DF7E4C">
        <w:rPr>
          <w:lang w:val="nl-NL"/>
        </w:rPr>
        <w:t>kaetud</w:t>
      </w:r>
      <w:proofErr w:type="spellEnd"/>
      <w:r w:rsidRPr="00DF7E4C">
        <w:rPr>
          <w:lang w:val="nl-NL"/>
        </w:rPr>
        <w:t xml:space="preserve">, </w:t>
      </w:r>
      <w:proofErr w:type="spellStart"/>
      <w:r w:rsidRPr="00DF7E4C">
        <w:rPr>
          <w:lang w:val="nl-NL"/>
        </w:rPr>
        <w:t>nii</w:t>
      </w:r>
      <w:proofErr w:type="spellEnd"/>
      <w:r w:rsidRPr="00DF7E4C">
        <w:rPr>
          <w:lang w:val="nl-NL"/>
        </w:rPr>
        <w:t xml:space="preserve"> et </w:t>
      </w:r>
      <w:proofErr w:type="spellStart"/>
      <w:r w:rsidRPr="00DF7E4C">
        <w:rPr>
          <w:lang w:val="nl-NL"/>
        </w:rPr>
        <w:t>kinnitusdetailid</w:t>
      </w:r>
      <w:proofErr w:type="spellEnd"/>
      <w:r w:rsidRPr="00DF7E4C">
        <w:rPr>
          <w:lang w:val="nl-NL"/>
        </w:rPr>
        <w:t xml:space="preserve"> ei </w:t>
      </w:r>
      <w:proofErr w:type="spellStart"/>
      <w:r w:rsidRPr="00DF7E4C">
        <w:rPr>
          <w:lang w:val="nl-NL"/>
        </w:rPr>
        <w:t>jää</w:t>
      </w:r>
      <w:proofErr w:type="spellEnd"/>
      <w:r w:rsidRPr="00DF7E4C">
        <w:rPr>
          <w:lang w:val="nl-NL"/>
        </w:rPr>
        <w:t xml:space="preserve"> </w:t>
      </w:r>
      <w:proofErr w:type="spellStart"/>
      <w:r w:rsidRPr="00DF7E4C">
        <w:rPr>
          <w:lang w:val="nl-NL"/>
        </w:rPr>
        <w:t>nähtavaks</w:t>
      </w:r>
      <w:proofErr w:type="spellEnd"/>
      <w:r w:rsidRPr="00DF7E4C">
        <w:rPr>
          <w:lang w:val="nl-NL"/>
        </w:rPr>
        <w:t>.</w:t>
      </w:r>
    </w:p>
    <w:p w14:paraId="06823F5B" w14:textId="77777777" w:rsidR="002019E5" w:rsidRPr="00DF7E4C" w:rsidRDefault="00000000">
      <w:pPr>
        <w:rPr>
          <w:lang w:val="nl-NL"/>
        </w:rPr>
      </w:pPr>
      <w:proofErr w:type="spellStart"/>
      <w:r w:rsidRPr="00DF7E4C">
        <w:rPr>
          <w:lang w:val="nl-NL"/>
        </w:rPr>
        <w:t>Reklaamikandja</w:t>
      </w:r>
      <w:proofErr w:type="spellEnd"/>
      <w:r w:rsidRPr="00DF7E4C">
        <w:rPr>
          <w:lang w:val="nl-NL"/>
        </w:rPr>
        <w:t xml:space="preserve"> ei </w:t>
      </w:r>
      <w:proofErr w:type="spellStart"/>
      <w:r w:rsidRPr="00DF7E4C">
        <w:rPr>
          <w:lang w:val="nl-NL"/>
        </w:rPr>
        <w:t>ulatu</w:t>
      </w:r>
      <w:proofErr w:type="spellEnd"/>
      <w:r w:rsidRPr="00DF7E4C">
        <w:rPr>
          <w:lang w:val="nl-NL"/>
        </w:rPr>
        <w:t xml:space="preserve"> </w:t>
      </w:r>
      <w:proofErr w:type="spellStart"/>
      <w:r w:rsidRPr="00DF7E4C">
        <w:rPr>
          <w:lang w:val="nl-NL"/>
        </w:rPr>
        <w:t>üle</w:t>
      </w:r>
      <w:proofErr w:type="spellEnd"/>
      <w:r w:rsidRPr="00DF7E4C">
        <w:rPr>
          <w:lang w:val="nl-NL"/>
        </w:rPr>
        <w:t xml:space="preserve"> </w:t>
      </w:r>
      <w:proofErr w:type="spellStart"/>
      <w:r w:rsidRPr="00DF7E4C">
        <w:rPr>
          <w:lang w:val="nl-NL"/>
        </w:rPr>
        <w:t>sõidutee</w:t>
      </w:r>
      <w:proofErr w:type="spellEnd"/>
      <w:r w:rsidRPr="00DF7E4C">
        <w:rPr>
          <w:lang w:val="nl-NL"/>
        </w:rPr>
        <w:t xml:space="preserve">, </w:t>
      </w:r>
      <w:proofErr w:type="spellStart"/>
      <w:r w:rsidRPr="00DF7E4C">
        <w:rPr>
          <w:lang w:val="nl-NL"/>
        </w:rPr>
        <w:t>kõnnitee</w:t>
      </w:r>
      <w:proofErr w:type="spellEnd"/>
      <w:r w:rsidRPr="00DF7E4C">
        <w:rPr>
          <w:lang w:val="nl-NL"/>
        </w:rPr>
        <w:t xml:space="preserve"> </w:t>
      </w:r>
      <w:proofErr w:type="spellStart"/>
      <w:r w:rsidRPr="00DF7E4C">
        <w:rPr>
          <w:lang w:val="nl-NL"/>
        </w:rPr>
        <w:t>ega</w:t>
      </w:r>
      <w:proofErr w:type="spellEnd"/>
      <w:r w:rsidRPr="00DF7E4C">
        <w:rPr>
          <w:lang w:val="nl-NL"/>
        </w:rPr>
        <w:t xml:space="preserve"> </w:t>
      </w:r>
      <w:proofErr w:type="spellStart"/>
      <w:r w:rsidRPr="00DF7E4C">
        <w:rPr>
          <w:lang w:val="nl-NL"/>
        </w:rPr>
        <w:t>jalgrattatee</w:t>
      </w:r>
      <w:proofErr w:type="spellEnd"/>
      <w:r w:rsidRPr="00DF7E4C">
        <w:rPr>
          <w:lang w:val="nl-NL"/>
        </w:rPr>
        <w:t xml:space="preserve"> </w:t>
      </w:r>
      <w:proofErr w:type="spellStart"/>
      <w:r w:rsidRPr="00DF7E4C">
        <w:rPr>
          <w:lang w:val="nl-NL"/>
        </w:rPr>
        <w:t>ning</w:t>
      </w:r>
      <w:proofErr w:type="spellEnd"/>
      <w:r w:rsidRPr="00DF7E4C">
        <w:rPr>
          <w:lang w:val="nl-NL"/>
        </w:rPr>
        <w:t xml:space="preserve"> ei </w:t>
      </w:r>
      <w:proofErr w:type="spellStart"/>
      <w:r w:rsidRPr="00DF7E4C">
        <w:rPr>
          <w:lang w:val="nl-NL"/>
        </w:rPr>
        <w:t>kitsenda</w:t>
      </w:r>
      <w:proofErr w:type="spellEnd"/>
      <w:r w:rsidRPr="00DF7E4C">
        <w:rPr>
          <w:lang w:val="nl-NL"/>
        </w:rPr>
        <w:t xml:space="preserve"> </w:t>
      </w:r>
      <w:proofErr w:type="spellStart"/>
      <w:r w:rsidRPr="00DF7E4C">
        <w:rPr>
          <w:lang w:val="nl-NL"/>
        </w:rPr>
        <w:t>liiklejate</w:t>
      </w:r>
      <w:proofErr w:type="spellEnd"/>
      <w:r w:rsidRPr="00DF7E4C">
        <w:rPr>
          <w:lang w:val="nl-NL"/>
        </w:rPr>
        <w:t xml:space="preserve"> </w:t>
      </w:r>
      <w:proofErr w:type="spellStart"/>
      <w:r w:rsidRPr="00DF7E4C">
        <w:rPr>
          <w:lang w:val="nl-NL"/>
        </w:rPr>
        <w:t>liikumisruumi</w:t>
      </w:r>
      <w:proofErr w:type="spellEnd"/>
      <w:r w:rsidRPr="00DF7E4C">
        <w:rPr>
          <w:lang w:val="nl-NL"/>
        </w:rPr>
        <w:t xml:space="preserve"> (</w:t>
      </w:r>
      <w:proofErr w:type="spellStart"/>
      <w:r w:rsidRPr="00DF7E4C">
        <w:rPr>
          <w:lang w:val="nl-NL"/>
        </w:rPr>
        <w:t>määruse</w:t>
      </w:r>
      <w:proofErr w:type="spellEnd"/>
      <w:r w:rsidRPr="00DF7E4C">
        <w:rPr>
          <w:lang w:val="nl-NL"/>
        </w:rPr>
        <w:t xml:space="preserve"> § 16 </w:t>
      </w:r>
      <w:proofErr w:type="spellStart"/>
      <w:r w:rsidRPr="00DF7E4C">
        <w:rPr>
          <w:lang w:val="nl-NL"/>
        </w:rPr>
        <w:t>lg</w:t>
      </w:r>
      <w:proofErr w:type="spellEnd"/>
      <w:r w:rsidRPr="00DF7E4C">
        <w:rPr>
          <w:lang w:val="nl-NL"/>
        </w:rPr>
        <w:t xml:space="preserve"> 2 p 3).</w:t>
      </w:r>
    </w:p>
    <w:p w14:paraId="4DC52E85" w14:textId="77777777" w:rsidR="002019E5" w:rsidRPr="00DF7E4C" w:rsidRDefault="00000000">
      <w:pPr>
        <w:rPr>
          <w:lang w:val="nl-NL"/>
        </w:rPr>
      </w:pPr>
      <w:proofErr w:type="spellStart"/>
      <w:r w:rsidRPr="00DF7E4C">
        <w:rPr>
          <w:lang w:val="nl-NL"/>
        </w:rPr>
        <w:t>Kuna</w:t>
      </w:r>
      <w:proofErr w:type="spellEnd"/>
      <w:r w:rsidRPr="00DF7E4C">
        <w:rPr>
          <w:lang w:val="nl-NL"/>
        </w:rPr>
        <w:t xml:space="preserve"> </w:t>
      </w:r>
      <w:proofErr w:type="spellStart"/>
      <w:r w:rsidRPr="00DF7E4C">
        <w:rPr>
          <w:lang w:val="nl-NL"/>
        </w:rPr>
        <w:t>tegemist</w:t>
      </w:r>
      <w:proofErr w:type="spellEnd"/>
      <w:r w:rsidRPr="00DF7E4C">
        <w:rPr>
          <w:lang w:val="nl-NL"/>
        </w:rPr>
        <w:t xml:space="preserve"> ei </w:t>
      </w:r>
      <w:proofErr w:type="spellStart"/>
      <w:r w:rsidRPr="00DF7E4C">
        <w:rPr>
          <w:lang w:val="nl-NL"/>
        </w:rPr>
        <w:t>ole</w:t>
      </w:r>
      <w:proofErr w:type="spellEnd"/>
      <w:r w:rsidRPr="00DF7E4C">
        <w:rPr>
          <w:lang w:val="nl-NL"/>
        </w:rPr>
        <w:t xml:space="preserve"> </w:t>
      </w:r>
      <w:proofErr w:type="spellStart"/>
      <w:r w:rsidRPr="00DF7E4C">
        <w:rPr>
          <w:lang w:val="nl-NL"/>
        </w:rPr>
        <w:t>maapinnaga</w:t>
      </w:r>
      <w:proofErr w:type="spellEnd"/>
      <w:r w:rsidRPr="00DF7E4C">
        <w:rPr>
          <w:lang w:val="nl-NL"/>
        </w:rPr>
        <w:t xml:space="preserve"> </w:t>
      </w:r>
      <w:proofErr w:type="spellStart"/>
      <w:r w:rsidRPr="00DF7E4C">
        <w:rPr>
          <w:lang w:val="nl-NL"/>
        </w:rPr>
        <w:t>kohtkindlalt</w:t>
      </w:r>
      <w:proofErr w:type="spellEnd"/>
      <w:r w:rsidRPr="00DF7E4C">
        <w:rPr>
          <w:lang w:val="nl-NL"/>
        </w:rPr>
        <w:t xml:space="preserve"> </w:t>
      </w:r>
      <w:proofErr w:type="spellStart"/>
      <w:r w:rsidRPr="00DF7E4C">
        <w:rPr>
          <w:lang w:val="nl-NL"/>
        </w:rPr>
        <w:t>ühendatud</w:t>
      </w:r>
      <w:proofErr w:type="spellEnd"/>
      <w:r w:rsidRPr="00DF7E4C">
        <w:rPr>
          <w:lang w:val="nl-NL"/>
        </w:rPr>
        <w:t xml:space="preserve"> ja </w:t>
      </w:r>
      <w:proofErr w:type="spellStart"/>
      <w:r w:rsidRPr="00DF7E4C">
        <w:rPr>
          <w:lang w:val="nl-NL"/>
        </w:rPr>
        <w:t>ehitise</w:t>
      </w:r>
      <w:proofErr w:type="spellEnd"/>
      <w:r w:rsidRPr="00DF7E4C">
        <w:rPr>
          <w:lang w:val="nl-NL"/>
        </w:rPr>
        <w:t xml:space="preserve"> </w:t>
      </w:r>
      <w:proofErr w:type="spellStart"/>
      <w:r w:rsidRPr="00DF7E4C">
        <w:rPr>
          <w:lang w:val="nl-NL"/>
        </w:rPr>
        <w:t>tunnustele</w:t>
      </w:r>
      <w:proofErr w:type="spellEnd"/>
      <w:r w:rsidRPr="00DF7E4C">
        <w:rPr>
          <w:lang w:val="nl-NL"/>
        </w:rPr>
        <w:t xml:space="preserve"> </w:t>
      </w:r>
      <w:proofErr w:type="spellStart"/>
      <w:r w:rsidRPr="00DF7E4C">
        <w:rPr>
          <w:lang w:val="nl-NL"/>
        </w:rPr>
        <w:t>vastava</w:t>
      </w:r>
      <w:proofErr w:type="spellEnd"/>
      <w:r w:rsidRPr="00DF7E4C">
        <w:rPr>
          <w:lang w:val="nl-NL"/>
        </w:rPr>
        <w:t xml:space="preserve"> </w:t>
      </w:r>
      <w:proofErr w:type="spellStart"/>
      <w:r w:rsidRPr="00DF7E4C">
        <w:rPr>
          <w:lang w:val="nl-NL"/>
        </w:rPr>
        <w:t>püsireklaamikandjaga</w:t>
      </w:r>
      <w:proofErr w:type="spellEnd"/>
      <w:r w:rsidRPr="00DF7E4C">
        <w:rPr>
          <w:lang w:val="nl-NL"/>
        </w:rPr>
        <w:t xml:space="preserve"> </w:t>
      </w:r>
      <w:proofErr w:type="spellStart"/>
      <w:r w:rsidRPr="00DF7E4C">
        <w:rPr>
          <w:lang w:val="nl-NL"/>
        </w:rPr>
        <w:t>määruse</w:t>
      </w:r>
      <w:proofErr w:type="spellEnd"/>
      <w:r w:rsidRPr="00DF7E4C">
        <w:rPr>
          <w:lang w:val="nl-NL"/>
        </w:rPr>
        <w:t xml:space="preserve"> § 2 </w:t>
      </w:r>
      <w:proofErr w:type="spellStart"/>
      <w:r w:rsidRPr="00DF7E4C">
        <w:rPr>
          <w:lang w:val="nl-NL"/>
        </w:rPr>
        <w:t>lõike</w:t>
      </w:r>
      <w:proofErr w:type="spellEnd"/>
      <w:r w:rsidRPr="00DF7E4C">
        <w:rPr>
          <w:lang w:val="nl-NL"/>
        </w:rPr>
        <w:t xml:space="preserve"> 2 </w:t>
      </w:r>
      <w:proofErr w:type="spellStart"/>
      <w:r w:rsidRPr="00DF7E4C">
        <w:rPr>
          <w:lang w:val="nl-NL"/>
        </w:rPr>
        <w:t>tähenduses</w:t>
      </w:r>
      <w:proofErr w:type="spellEnd"/>
      <w:r w:rsidRPr="00DF7E4C">
        <w:rPr>
          <w:lang w:val="nl-NL"/>
        </w:rPr>
        <w:t xml:space="preserve">, ei </w:t>
      </w:r>
      <w:proofErr w:type="spellStart"/>
      <w:r w:rsidRPr="00DF7E4C">
        <w:rPr>
          <w:lang w:val="nl-NL"/>
        </w:rPr>
        <w:t>eelda</w:t>
      </w:r>
      <w:proofErr w:type="spellEnd"/>
      <w:r w:rsidRPr="00DF7E4C">
        <w:rPr>
          <w:lang w:val="nl-NL"/>
        </w:rPr>
        <w:t xml:space="preserve"> </w:t>
      </w:r>
      <w:proofErr w:type="spellStart"/>
      <w:r w:rsidRPr="00DF7E4C">
        <w:rPr>
          <w:lang w:val="nl-NL"/>
        </w:rPr>
        <w:t>kandja</w:t>
      </w:r>
      <w:proofErr w:type="spellEnd"/>
      <w:r w:rsidRPr="00DF7E4C">
        <w:rPr>
          <w:lang w:val="nl-NL"/>
        </w:rPr>
        <w:t xml:space="preserve"> </w:t>
      </w:r>
      <w:proofErr w:type="spellStart"/>
      <w:r w:rsidRPr="00DF7E4C">
        <w:rPr>
          <w:lang w:val="nl-NL"/>
        </w:rPr>
        <w:t>püstitamine</w:t>
      </w:r>
      <w:proofErr w:type="spellEnd"/>
      <w:r w:rsidRPr="00DF7E4C">
        <w:rPr>
          <w:lang w:val="nl-NL"/>
        </w:rPr>
        <w:t xml:space="preserve"> </w:t>
      </w:r>
      <w:proofErr w:type="spellStart"/>
      <w:r w:rsidRPr="00DF7E4C">
        <w:rPr>
          <w:lang w:val="nl-NL"/>
        </w:rPr>
        <w:t>taotleja</w:t>
      </w:r>
      <w:proofErr w:type="spellEnd"/>
      <w:r w:rsidRPr="00DF7E4C">
        <w:rPr>
          <w:lang w:val="nl-NL"/>
        </w:rPr>
        <w:t xml:space="preserve"> </w:t>
      </w:r>
      <w:proofErr w:type="spellStart"/>
      <w:r w:rsidRPr="00DF7E4C">
        <w:rPr>
          <w:lang w:val="nl-NL"/>
        </w:rPr>
        <w:t>hinnangul</w:t>
      </w:r>
      <w:proofErr w:type="spellEnd"/>
      <w:r w:rsidRPr="00DF7E4C">
        <w:rPr>
          <w:lang w:val="nl-NL"/>
        </w:rPr>
        <w:t xml:space="preserve"> </w:t>
      </w:r>
      <w:proofErr w:type="spellStart"/>
      <w:r w:rsidRPr="00DF7E4C">
        <w:rPr>
          <w:lang w:val="nl-NL"/>
        </w:rPr>
        <w:t>ehitusteatist</w:t>
      </w:r>
      <w:proofErr w:type="spellEnd"/>
      <w:r w:rsidRPr="00DF7E4C">
        <w:rPr>
          <w:lang w:val="nl-NL"/>
        </w:rPr>
        <w:t xml:space="preserve"> </w:t>
      </w:r>
      <w:proofErr w:type="spellStart"/>
      <w:r w:rsidRPr="00DF7E4C">
        <w:rPr>
          <w:lang w:val="nl-NL"/>
        </w:rPr>
        <w:t>ega</w:t>
      </w:r>
      <w:proofErr w:type="spellEnd"/>
      <w:r w:rsidRPr="00DF7E4C">
        <w:rPr>
          <w:lang w:val="nl-NL"/>
        </w:rPr>
        <w:t xml:space="preserve"> </w:t>
      </w:r>
      <w:proofErr w:type="spellStart"/>
      <w:r w:rsidRPr="00DF7E4C">
        <w:rPr>
          <w:lang w:val="nl-NL"/>
        </w:rPr>
        <w:t>ehitusluba</w:t>
      </w:r>
      <w:proofErr w:type="spellEnd"/>
      <w:r w:rsidRPr="00DF7E4C">
        <w:rPr>
          <w:lang w:val="nl-NL"/>
        </w:rPr>
        <w:t xml:space="preserve">. </w:t>
      </w:r>
      <w:proofErr w:type="spellStart"/>
      <w:r w:rsidRPr="00DF7E4C">
        <w:rPr>
          <w:lang w:val="nl-NL"/>
        </w:rPr>
        <w:t>Kui</w:t>
      </w:r>
      <w:proofErr w:type="spellEnd"/>
      <w:r w:rsidRPr="00DF7E4C">
        <w:rPr>
          <w:lang w:val="nl-NL"/>
        </w:rPr>
        <w:t xml:space="preserve"> </w:t>
      </w:r>
      <w:proofErr w:type="spellStart"/>
      <w:r w:rsidRPr="00DF7E4C">
        <w:rPr>
          <w:lang w:val="nl-NL"/>
        </w:rPr>
        <w:t>ehitus</w:t>
      </w:r>
      <w:proofErr w:type="spellEnd"/>
      <w:r w:rsidRPr="00DF7E4C">
        <w:rPr>
          <w:lang w:val="nl-NL"/>
        </w:rPr>
        <w:t xml:space="preserve">- ja </w:t>
      </w:r>
      <w:proofErr w:type="spellStart"/>
      <w:r w:rsidRPr="00DF7E4C">
        <w:rPr>
          <w:lang w:val="nl-NL"/>
        </w:rPr>
        <w:t>kommunaalosakond</w:t>
      </w:r>
      <w:proofErr w:type="spellEnd"/>
      <w:r w:rsidRPr="00DF7E4C">
        <w:rPr>
          <w:lang w:val="nl-NL"/>
        </w:rPr>
        <w:t xml:space="preserve"> </w:t>
      </w:r>
      <w:proofErr w:type="spellStart"/>
      <w:r w:rsidRPr="00DF7E4C">
        <w:rPr>
          <w:lang w:val="nl-NL"/>
        </w:rPr>
        <w:t>hindab</w:t>
      </w:r>
      <w:proofErr w:type="spellEnd"/>
      <w:r w:rsidRPr="00DF7E4C">
        <w:rPr>
          <w:lang w:val="nl-NL"/>
        </w:rPr>
        <w:t xml:space="preserve"> </w:t>
      </w:r>
      <w:proofErr w:type="spellStart"/>
      <w:r w:rsidRPr="00DF7E4C">
        <w:rPr>
          <w:lang w:val="nl-NL"/>
        </w:rPr>
        <w:t>teisiti</w:t>
      </w:r>
      <w:proofErr w:type="spellEnd"/>
      <w:r w:rsidRPr="00DF7E4C">
        <w:rPr>
          <w:lang w:val="nl-NL"/>
        </w:rPr>
        <w:t xml:space="preserve">, </w:t>
      </w:r>
      <w:proofErr w:type="spellStart"/>
      <w:r w:rsidRPr="00DF7E4C">
        <w:rPr>
          <w:lang w:val="nl-NL"/>
        </w:rPr>
        <w:t>esitab</w:t>
      </w:r>
      <w:proofErr w:type="spellEnd"/>
      <w:r w:rsidRPr="00DF7E4C">
        <w:rPr>
          <w:lang w:val="nl-NL"/>
        </w:rPr>
        <w:t xml:space="preserve"> </w:t>
      </w:r>
      <w:proofErr w:type="spellStart"/>
      <w:r w:rsidRPr="00DF7E4C">
        <w:rPr>
          <w:lang w:val="nl-NL"/>
        </w:rPr>
        <w:t>taotleja</w:t>
      </w:r>
      <w:proofErr w:type="spellEnd"/>
      <w:r w:rsidRPr="00DF7E4C">
        <w:rPr>
          <w:lang w:val="nl-NL"/>
        </w:rPr>
        <w:t xml:space="preserve"> </w:t>
      </w:r>
      <w:proofErr w:type="spellStart"/>
      <w:r w:rsidRPr="00DF7E4C">
        <w:rPr>
          <w:lang w:val="nl-NL"/>
        </w:rPr>
        <w:t>nõutava</w:t>
      </w:r>
      <w:proofErr w:type="spellEnd"/>
      <w:r w:rsidRPr="00DF7E4C">
        <w:rPr>
          <w:lang w:val="nl-NL"/>
        </w:rPr>
        <w:t xml:space="preserve"> </w:t>
      </w:r>
      <w:proofErr w:type="spellStart"/>
      <w:r w:rsidRPr="00DF7E4C">
        <w:rPr>
          <w:lang w:val="nl-NL"/>
        </w:rPr>
        <w:t>projekti</w:t>
      </w:r>
      <w:proofErr w:type="spellEnd"/>
      <w:r w:rsidRPr="00DF7E4C">
        <w:rPr>
          <w:lang w:val="nl-NL"/>
        </w:rPr>
        <w:t xml:space="preserve"> ja </w:t>
      </w:r>
      <w:proofErr w:type="spellStart"/>
      <w:r w:rsidRPr="00DF7E4C">
        <w:rPr>
          <w:lang w:val="nl-NL"/>
        </w:rPr>
        <w:t>menetlusdokumendi</w:t>
      </w:r>
      <w:proofErr w:type="spellEnd"/>
      <w:r w:rsidRPr="00DF7E4C">
        <w:rPr>
          <w:lang w:val="nl-NL"/>
        </w:rPr>
        <w:t xml:space="preserve"> (§ 16 </w:t>
      </w:r>
      <w:proofErr w:type="spellStart"/>
      <w:r w:rsidRPr="00DF7E4C">
        <w:rPr>
          <w:lang w:val="nl-NL"/>
        </w:rPr>
        <w:t>lg</w:t>
      </w:r>
      <w:proofErr w:type="spellEnd"/>
      <w:r w:rsidRPr="00DF7E4C">
        <w:rPr>
          <w:lang w:val="nl-NL"/>
        </w:rPr>
        <w:t xml:space="preserve"> 2 p 5).</w:t>
      </w:r>
    </w:p>
    <w:p w14:paraId="20968174" w14:textId="77777777" w:rsidR="002019E5" w:rsidRPr="00DF7E4C" w:rsidRDefault="00000000">
      <w:pPr>
        <w:spacing w:before="280" w:after="80"/>
        <w:rPr>
          <w:lang w:val="nl-NL"/>
        </w:rPr>
      </w:pPr>
      <w:r w:rsidRPr="00DF7E4C">
        <w:rPr>
          <w:b/>
          <w:sz w:val="23"/>
          <w:lang w:val="nl-NL"/>
        </w:rPr>
        <w:t xml:space="preserve">6. </w:t>
      </w:r>
      <w:proofErr w:type="spellStart"/>
      <w:r w:rsidRPr="00DF7E4C">
        <w:rPr>
          <w:b/>
          <w:sz w:val="23"/>
          <w:lang w:val="nl-NL"/>
        </w:rPr>
        <w:t>Elektrivajadus</w:t>
      </w:r>
      <w:proofErr w:type="spellEnd"/>
      <w:r w:rsidRPr="00DF7E4C">
        <w:rPr>
          <w:b/>
          <w:sz w:val="23"/>
          <w:lang w:val="nl-NL"/>
        </w:rPr>
        <w:t xml:space="preserve"> ja </w:t>
      </w:r>
      <w:proofErr w:type="spellStart"/>
      <w:r w:rsidRPr="00DF7E4C">
        <w:rPr>
          <w:b/>
          <w:sz w:val="23"/>
          <w:lang w:val="nl-NL"/>
        </w:rPr>
        <w:t>valguslahendus</w:t>
      </w:r>
      <w:proofErr w:type="spellEnd"/>
    </w:p>
    <w:p w14:paraId="48F11083" w14:textId="77777777" w:rsidR="002019E5" w:rsidRPr="00DF7E4C" w:rsidRDefault="00000000">
      <w:pPr>
        <w:rPr>
          <w:lang w:val="nl-NL"/>
        </w:rPr>
      </w:pPr>
      <w:proofErr w:type="spellStart"/>
      <w:r w:rsidRPr="00DF7E4C">
        <w:rPr>
          <w:lang w:val="nl-NL"/>
        </w:rPr>
        <w:t>Reklaamikandja</w:t>
      </w:r>
      <w:proofErr w:type="spellEnd"/>
      <w:r w:rsidRPr="00DF7E4C">
        <w:rPr>
          <w:lang w:val="nl-NL"/>
        </w:rPr>
        <w:t xml:space="preserve"> on </w:t>
      </w:r>
      <w:proofErr w:type="spellStart"/>
      <w:r w:rsidRPr="00DF7E4C">
        <w:rPr>
          <w:lang w:val="nl-NL"/>
        </w:rPr>
        <w:t>valgustamata</w:t>
      </w:r>
      <w:proofErr w:type="spellEnd"/>
      <w:r w:rsidRPr="00DF7E4C">
        <w:rPr>
          <w:lang w:val="nl-NL"/>
        </w:rPr>
        <w:t xml:space="preserve">. </w:t>
      </w:r>
      <w:proofErr w:type="spellStart"/>
      <w:r w:rsidRPr="00DF7E4C">
        <w:rPr>
          <w:lang w:val="nl-NL"/>
        </w:rPr>
        <w:t>Elektriühendust</w:t>
      </w:r>
      <w:proofErr w:type="spellEnd"/>
      <w:r w:rsidRPr="00DF7E4C">
        <w:rPr>
          <w:lang w:val="nl-NL"/>
        </w:rPr>
        <w:t xml:space="preserve"> ei </w:t>
      </w:r>
      <w:proofErr w:type="spellStart"/>
      <w:r w:rsidRPr="00DF7E4C">
        <w:rPr>
          <w:lang w:val="nl-NL"/>
        </w:rPr>
        <w:t>rajata</w:t>
      </w:r>
      <w:proofErr w:type="spellEnd"/>
      <w:r w:rsidRPr="00DF7E4C">
        <w:rPr>
          <w:lang w:val="nl-NL"/>
        </w:rPr>
        <w:t xml:space="preserve">, </w:t>
      </w:r>
      <w:proofErr w:type="spellStart"/>
      <w:r w:rsidRPr="00DF7E4C">
        <w:rPr>
          <w:lang w:val="nl-NL"/>
        </w:rPr>
        <w:t>elektripaigaldist</w:t>
      </w:r>
      <w:proofErr w:type="spellEnd"/>
      <w:r w:rsidRPr="00DF7E4C">
        <w:rPr>
          <w:lang w:val="nl-NL"/>
        </w:rPr>
        <w:t xml:space="preserve"> ei </w:t>
      </w:r>
      <w:proofErr w:type="spellStart"/>
      <w:r w:rsidRPr="00DF7E4C">
        <w:rPr>
          <w:lang w:val="nl-NL"/>
        </w:rPr>
        <w:t>ehitata</w:t>
      </w:r>
      <w:proofErr w:type="spellEnd"/>
      <w:r w:rsidRPr="00DF7E4C">
        <w:rPr>
          <w:lang w:val="nl-NL"/>
        </w:rPr>
        <w:t xml:space="preserve"> ja </w:t>
      </w:r>
      <w:proofErr w:type="spellStart"/>
      <w:r w:rsidRPr="00DF7E4C">
        <w:rPr>
          <w:lang w:val="nl-NL"/>
        </w:rPr>
        <w:t>elektrivajadus</w:t>
      </w:r>
      <w:proofErr w:type="spellEnd"/>
      <w:r w:rsidRPr="00DF7E4C">
        <w:rPr>
          <w:lang w:val="nl-NL"/>
        </w:rPr>
        <w:t xml:space="preserve"> </w:t>
      </w:r>
      <w:proofErr w:type="spellStart"/>
      <w:r w:rsidRPr="00DF7E4C">
        <w:rPr>
          <w:lang w:val="nl-NL"/>
        </w:rPr>
        <w:t>puudub</w:t>
      </w:r>
      <w:proofErr w:type="spellEnd"/>
      <w:r w:rsidRPr="00DF7E4C">
        <w:rPr>
          <w:lang w:val="nl-NL"/>
        </w:rPr>
        <w:t>.</w:t>
      </w:r>
    </w:p>
    <w:p w14:paraId="63135578" w14:textId="77777777" w:rsidR="002019E5" w:rsidRPr="00DF7E4C" w:rsidRDefault="00000000">
      <w:pPr>
        <w:rPr>
          <w:lang w:val="nl-NL"/>
        </w:rPr>
      </w:pPr>
      <w:proofErr w:type="spellStart"/>
      <w:r w:rsidRPr="00DF7E4C">
        <w:rPr>
          <w:lang w:val="nl-NL"/>
        </w:rPr>
        <w:t>Kuna</w:t>
      </w:r>
      <w:proofErr w:type="spellEnd"/>
      <w:r w:rsidRPr="00DF7E4C">
        <w:rPr>
          <w:lang w:val="nl-NL"/>
        </w:rPr>
        <w:t xml:space="preserve"> </w:t>
      </w:r>
      <w:proofErr w:type="spellStart"/>
      <w:r w:rsidRPr="00DF7E4C">
        <w:rPr>
          <w:lang w:val="nl-NL"/>
        </w:rPr>
        <w:t>valguslahendus</w:t>
      </w:r>
      <w:proofErr w:type="spellEnd"/>
      <w:r w:rsidRPr="00DF7E4C">
        <w:rPr>
          <w:lang w:val="nl-NL"/>
        </w:rPr>
        <w:t xml:space="preserve"> </w:t>
      </w:r>
      <w:proofErr w:type="spellStart"/>
      <w:r w:rsidRPr="00DF7E4C">
        <w:rPr>
          <w:lang w:val="nl-NL"/>
        </w:rPr>
        <w:t>puudub</w:t>
      </w:r>
      <w:proofErr w:type="spellEnd"/>
      <w:r w:rsidRPr="00DF7E4C">
        <w:rPr>
          <w:lang w:val="nl-NL"/>
        </w:rPr>
        <w:t xml:space="preserve">, ei </w:t>
      </w:r>
      <w:proofErr w:type="spellStart"/>
      <w:r w:rsidRPr="00DF7E4C">
        <w:rPr>
          <w:lang w:val="nl-NL"/>
        </w:rPr>
        <w:t>kaasne</w:t>
      </w:r>
      <w:proofErr w:type="spellEnd"/>
      <w:r w:rsidRPr="00DF7E4C">
        <w:rPr>
          <w:lang w:val="nl-NL"/>
        </w:rPr>
        <w:t xml:space="preserve"> </w:t>
      </w:r>
      <w:proofErr w:type="spellStart"/>
      <w:r w:rsidRPr="00DF7E4C">
        <w:rPr>
          <w:lang w:val="nl-NL"/>
        </w:rPr>
        <w:t>reklaamikandjaga</w:t>
      </w:r>
      <w:proofErr w:type="spellEnd"/>
      <w:r w:rsidRPr="00DF7E4C">
        <w:rPr>
          <w:lang w:val="nl-NL"/>
        </w:rPr>
        <w:t xml:space="preserve"> </w:t>
      </w:r>
      <w:proofErr w:type="spellStart"/>
      <w:r w:rsidRPr="00DF7E4C">
        <w:rPr>
          <w:lang w:val="nl-NL"/>
        </w:rPr>
        <w:t>valgusreostust</w:t>
      </w:r>
      <w:proofErr w:type="spellEnd"/>
      <w:r w:rsidRPr="00DF7E4C">
        <w:rPr>
          <w:lang w:val="nl-NL"/>
        </w:rPr>
        <w:t xml:space="preserve">, </w:t>
      </w:r>
      <w:proofErr w:type="spellStart"/>
      <w:r w:rsidRPr="00DF7E4C">
        <w:rPr>
          <w:lang w:val="nl-NL"/>
        </w:rPr>
        <w:t>valgusefekte</w:t>
      </w:r>
      <w:proofErr w:type="spellEnd"/>
      <w:r w:rsidRPr="00DF7E4C">
        <w:rPr>
          <w:lang w:val="nl-NL"/>
        </w:rPr>
        <w:t xml:space="preserve"> </w:t>
      </w:r>
      <w:proofErr w:type="spellStart"/>
      <w:r w:rsidRPr="00DF7E4C">
        <w:rPr>
          <w:lang w:val="nl-NL"/>
        </w:rPr>
        <w:t>ega</w:t>
      </w:r>
      <w:proofErr w:type="spellEnd"/>
      <w:r w:rsidRPr="00DF7E4C">
        <w:rPr>
          <w:lang w:val="nl-NL"/>
        </w:rPr>
        <w:t xml:space="preserve"> </w:t>
      </w:r>
      <w:proofErr w:type="spellStart"/>
      <w:r w:rsidRPr="00DF7E4C">
        <w:rPr>
          <w:lang w:val="nl-NL"/>
        </w:rPr>
        <w:t>liikuvat</w:t>
      </w:r>
      <w:proofErr w:type="spellEnd"/>
      <w:r w:rsidRPr="00DF7E4C">
        <w:rPr>
          <w:lang w:val="nl-NL"/>
        </w:rPr>
        <w:t xml:space="preserve"> </w:t>
      </w:r>
      <w:proofErr w:type="spellStart"/>
      <w:r w:rsidRPr="00DF7E4C">
        <w:rPr>
          <w:lang w:val="nl-NL"/>
        </w:rPr>
        <w:t>kujutist</w:t>
      </w:r>
      <w:proofErr w:type="spellEnd"/>
      <w:r w:rsidRPr="00DF7E4C">
        <w:rPr>
          <w:lang w:val="nl-NL"/>
        </w:rPr>
        <w:t xml:space="preserve">. </w:t>
      </w:r>
      <w:proofErr w:type="spellStart"/>
      <w:r w:rsidRPr="00DF7E4C">
        <w:rPr>
          <w:lang w:val="nl-NL"/>
        </w:rPr>
        <w:t>Määruse</w:t>
      </w:r>
      <w:proofErr w:type="spellEnd"/>
      <w:r w:rsidRPr="00DF7E4C">
        <w:rPr>
          <w:lang w:val="nl-NL"/>
        </w:rPr>
        <w:t xml:space="preserve"> § 16 </w:t>
      </w:r>
      <w:proofErr w:type="spellStart"/>
      <w:r w:rsidRPr="00DF7E4C">
        <w:rPr>
          <w:lang w:val="nl-NL"/>
        </w:rPr>
        <w:t>lõike</w:t>
      </w:r>
      <w:proofErr w:type="spellEnd"/>
      <w:r w:rsidRPr="00DF7E4C">
        <w:rPr>
          <w:lang w:val="nl-NL"/>
        </w:rPr>
        <w:t xml:space="preserve"> 3 </w:t>
      </w:r>
      <w:proofErr w:type="spellStart"/>
      <w:r w:rsidRPr="00DF7E4C">
        <w:rPr>
          <w:lang w:val="nl-NL"/>
        </w:rPr>
        <w:t>öörahu</w:t>
      </w:r>
      <w:proofErr w:type="spellEnd"/>
      <w:r w:rsidRPr="00DF7E4C">
        <w:rPr>
          <w:lang w:val="nl-NL"/>
        </w:rPr>
        <w:t xml:space="preserve"> </w:t>
      </w:r>
      <w:proofErr w:type="spellStart"/>
      <w:r w:rsidRPr="00DF7E4C">
        <w:rPr>
          <w:lang w:val="nl-NL"/>
        </w:rPr>
        <w:t>piirang</w:t>
      </w:r>
      <w:proofErr w:type="spellEnd"/>
      <w:r w:rsidRPr="00DF7E4C">
        <w:rPr>
          <w:lang w:val="nl-NL"/>
        </w:rPr>
        <w:t xml:space="preserve"> (</w:t>
      </w:r>
      <w:proofErr w:type="spellStart"/>
      <w:r w:rsidRPr="00DF7E4C">
        <w:rPr>
          <w:lang w:val="nl-NL"/>
        </w:rPr>
        <w:t>kella</w:t>
      </w:r>
      <w:proofErr w:type="spellEnd"/>
      <w:r w:rsidRPr="00DF7E4C">
        <w:rPr>
          <w:lang w:val="nl-NL"/>
        </w:rPr>
        <w:t xml:space="preserve"> 23.00–6.00) </w:t>
      </w:r>
      <w:proofErr w:type="spellStart"/>
      <w:r w:rsidRPr="00DF7E4C">
        <w:rPr>
          <w:lang w:val="nl-NL"/>
        </w:rPr>
        <w:t>ega</w:t>
      </w:r>
      <w:proofErr w:type="spellEnd"/>
      <w:r w:rsidRPr="00DF7E4C">
        <w:rPr>
          <w:lang w:val="nl-NL"/>
        </w:rPr>
        <w:t xml:space="preserve"> § 8 </w:t>
      </w:r>
      <w:proofErr w:type="spellStart"/>
      <w:r w:rsidRPr="00DF7E4C">
        <w:rPr>
          <w:lang w:val="nl-NL"/>
        </w:rPr>
        <w:t>lõike</w:t>
      </w:r>
      <w:proofErr w:type="spellEnd"/>
      <w:r w:rsidRPr="00DF7E4C">
        <w:rPr>
          <w:lang w:val="nl-NL"/>
        </w:rPr>
        <w:t xml:space="preserve"> 4 </w:t>
      </w:r>
      <w:proofErr w:type="spellStart"/>
      <w:r w:rsidRPr="00DF7E4C">
        <w:rPr>
          <w:lang w:val="nl-NL"/>
        </w:rPr>
        <w:t>interaktiivse</w:t>
      </w:r>
      <w:proofErr w:type="spellEnd"/>
      <w:r w:rsidRPr="00DF7E4C">
        <w:rPr>
          <w:lang w:val="nl-NL"/>
        </w:rPr>
        <w:t xml:space="preserve"> </w:t>
      </w:r>
      <w:proofErr w:type="spellStart"/>
      <w:r w:rsidRPr="00DF7E4C">
        <w:rPr>
          <w:lang w:val="nl-NL"/>
        </w:rPr>
        <w:t>ekraani</w:t>
      </w:r>
      <w:proofErr w:type="spellEnd"/>
      <w:r w:rsidRPr="00DF7E4C">
        <w:rPr>
          <w:lang w:val="nl-NL"/>
        </w:rPr>
        <w:t xml:space="preserve"> </w:t>
      </w:r>
      <w:proofErr w:type="spellStart"/>
      <w:r w:rsidRPr="00DF7E4C">
        <w:rPr>
          <w:lang w:val="nl-NL"/>
        </w:rPr>
        <w:t>kahekordne</w:t>
      </w:r>
      <w:proofErr w:type="spellEnd"/>
      <w:r w:rsidRPr="00DF7E4C">
        <w:rPr>
          <w:lang w:val="nl-NL"/>
        </w:rPr>
        <w:t xml:space="preserve"> </w:t>
      </w:r>
      <w:proofErr w:type="spellStart"/>
      <w:r w:rsidRPr="00DF7E4C">
        <w:rPr>
          <w:lang w:val="nl-NL"/>
        </w:rPr>
        <w:t>maksumäär</w:t>
      </w:r>
      <w:proofErr w:type="spellEnd"/>
      <w:r w:rsidRPr="00DF7E4C">
        <w:rPr>
          <w:lang w:val="nl-NL"/>
        </w:rPr>
        <w:t xml:space="preserve"> ei </w:t>
      </w:r>
      <w:proofErr w:type="spellStart"/>
      <w:r w:rsidRPr="00DF7E4C">
        <w:rPr>
          <w:lang w:val="nl-NL"/>
        </w:rPr>
        <w:t>kohaldu</w:t>
      </w:r>
      <w:proofErr w:type="spellEnd"/>
      <w:r w:rsidRPr="00DF7E4C">
        <w:rPr>
          <w:lang w:val="nl-NL"/>
        </w:rPr>
        <w:t>.</w:t>
      </w:r>
    </w:p>
    <w:p w14:paraId="77C2BB4D" w14:textId="77777777" w:rsidR="002019E5" w:rsidRPr="00DF7E4C" w:rsidRDefault="00000000">
      <w:pPr>
        <w:spacing w:before="280" w:after="80"/>
        <w:rPr>
          <w:lang w:val="nl-NL"/>
        </w:rPr>
      </w:pPr>
      <w:r w:rsidRPr="00DF7E4C">
        <w:rPr>
          <w:b/>
          <w:sz w:val="23"/>
          <w:lang w:val="nl-NL"/>
        </w:rPr>
        <w:t xml:space="preserve">7. </w:t>
      </w:r>
      <w:proofErr w:type="spellStart"/>
      <w:r w:rsidRPr="00DF7E4C">
        <w:rPr>
          <w:b/>
          <w:sz w:val="23"/>
          <w:lang w:val="nl-NL"/>
        </w:rPr>
        <w:t>Reklaami</w:t>
      </w:r>
      <w:proofErr w:type="spellEnd"/>
      <w:r w:rsidRPr="00DF7E4C">
        <w:rPr>
          <w:b/>
          <w:sz w:val="23"/>
          <w:lang w:val="nl-NL"/>
        </w:rPr>
        <w:t xml:space="preserve"> </w:t>
      </w:r>
      <w:proofErr w:type="spellStart"/>
      <w:r w:rsidRPr="00DF7E4C">
        <w:rPr>
          <w:b/>
          <w:sz w:val="23"/>
          <w:lang w:val="nl-NL"/>
        </w:rPr>
        <w:t>sisu</w:t>
      </w:r>
      <w:proofErr w:type="spellEnd"/>
      <w:r w:rsidRPr="00DF7E4C">
        <w:rPr>
          <w:b/>
          <w:sz w:val="23"/>
          <w:lang w:val="nl-NL"/>
        </w:rPr>
        <w:t xml:space="preserve"> ja </w:t>
      </w:r>
      <w:proofErr w:type="spellStart"/>
      <w:r w:rsidRPr="00DF7E4C">
        <w:rPr>
          <w:b/>
          <w:sz w:val="23"/>
          <w:lang w:val="nl-NL"/>
        </w:rPr>
        <w:t>kujundus</w:t>
      </w:r>
      <w:proofErr w:type="spellEnd"/>
    </w:p>
    <w:p w14:paraId="04986998" w14:textId="040D70CD" w:rsidR="002019E5" w:rsidRPr="00DF7E4C" w:rsidRDefault="00000000">
      <w:pPr>
        <w:rPr>
          <w:lang w:val="nl-NL"/>
        </w:rPr>
      </w:pPr>
      <w:proofErr w:type="spellStart"/>
      <w:r w:rsidRPr="00DF7E4C">
        <w:rPr>
          <w:lang w:val="nl-NL"/>
        </w:rPr>
        <w:t>Reklaamikandjal</w:t>
      </w:r>
      <w:proofErr w:type="spellEnd"/>
      <w:r w:rsidRPr="00DF7E4C">
        <w:rPr>
          <w:lang w:val="nl-NL"/>
        </w:rPr>
        <w:t xml:space="preserve"> </w:t>
      </w:r>
      <w:proofErr w:type="spellStart"/>
      <w:r w:rsidRPr="00DF7E4C">
        <w:rPr>
          <w:lang w:val="nl-NL"/>
        </w:rPr>
        <w:t>avalikustatakse</w:t>
      </w:r>
      <w:proofErr w:type="spellEnd"/>
      <w:r w:rsidRPr="00DF7E4C">
        <w:rPr>
          <w:lang w:val="nl-NL"/>
        </w:rPr>
        <w:t xml:space="preserve"> </w:t>
      </w:r>
      <w:proofErr w:type="spellStart"/>
      <w:r w:rsidRPr="00DF7E4C">
        <w:rPr>
          <w:lang w:val="nl-NL"/>
        </w:rPr>
        <w:t>teavet</w:t>
      </w:r>
      <w:proofErr w:type="spellEnd"/>
      <w:r w:rsidRPr="00DF7E4C">
        <w:rPr>
          <w:lang w:val="nl-NL"/>
        </w:rPr>
        <w:t xml:space="preserve"> </w:t>
      </w:r>
      <w:proofErr w:type="spellStart"/>
      <w:r w:rsidR="00DF7E4C" w:rsidRPr="00DF7E4C">
        <w:rPr>
          <w:lang w:val="nl-NL"/>
        </w:rPr>
        <w:t>Tuulehaldja</w:t>
      </w:r>
      <w:proofErr w:type="spellEnd"/>
      <w:r w:rsidR="00DF7E4C" w:rsidRPr="00DF7E4C">
        <w:rPr>
          <w:lang w:val="nl-NL"/>
        </w:rPr>
        <w:t xml:space="preserve"> </w:t>
      </w:r>
      <w:proofErr w:type="spellStart"/>
      <w:r w:rsidR="00DF7E4C" w:rsidRPr="00DF7E4C">
        <w:rPr>
          <w:lang w:val="nl-NL"/>
        </w:rPr>
        <w:t>kodude</w:t>
      </w:r>
      <w:proofErr w:type="spellEnd"/>
      <w:r w:rsidRPr="00DF7E4C">
        <w:rPr>
          <w:lang w:val="nl-NL"/>
        </w:rPr>
        <w:t xml:space="preserve"> </w:t>
      </w:r>
      <w:proofErr w:type="spellStart"/>
      <w:r w:rsidRPr="00DF7E4C">
        <w:rPr>
          <w:lang w:val="nl-NL"/>
        </w:rPr>
        <w:t>kohta</w:t>
      </w:r>
      <w:proofErr w:type="spellEnd"/>
      <w:r w:rsidRPr="00DF7E4C">
        <w:rPr>
          <w:lang w:val="nl-NL"/>
        </w:rPr>
        <w:t xml:space="preserve">. </w:t>
      </w:r>
      <w:proofErr w:type="spellStart"/>
      <w:r w:rsidRPr="00DF7E4C">
        <w:rPr>
          <w:lang w:val="nl-NL"/>
        </w:rPr>
        <w:t>Kujundus</w:t>
      </w:r>
      <w:proofErr w:type="spellEnd"/>
      <w:r w:rsidRPr="00DF7E4C">
        <w:rPr>
          <w:lang w:val="nl-NL"/>
        </w:rPr>
        <w:t xml:space="preserve"> on </w:t>
      </w:r>
      <w:proofErr w:type="spellStart"/>
      <w:r w:rsidRPr="00DF7E4C">
        <w:rPr>
          <w:lang w:val="nl-NL"/>
        </w:rPr>
        <w:t>esitatud</w:t>
      </w:r>
      <w:proofErr w:type="spellEnd"/>
      <w:r w:rsidRPr="00DF7E4C">
        <w:rPr>
          <w:lang w:val="nl-NL"/>
        </w:rPr>
        <w:t xml:space="preserve"> </w:t>
      </w:r>
      <w:proofErr w:type="spellStart"/>
      <w:r w:rsidRPr="00DF7E4C">
        <w:rPr>
          <w:lang w:val="nl-NL"/>
        </w:rPr>
        <w:t>fotomontaažil</w:t>
      </w:r>
      <w:proofErr w:type="spellEnd"/>
      <w:r w:rsidRPr="00DF7E4C">
        <w:rPr>
          <w:lang w:val="nl-NL"/>
        </w:rPr>
        <w:t xml:space="preserve"> (</w:t>
      </w:r>
      <w:proofErr w:type="spellStart"/>
      <w:r w:rsidRPr="00DF7E4C">
        <w:rPr>
          <w:lang w:val="nl-NL"/>
        </w:rPr>
        <w:t>lisa</w:t>
      </w:r>
      <w:proofErr w:type="spellEnd"/>
      <w:r w:rsidRPr="00DF7E4C">
        <w:rPr>
          <w:lang w:val="nl-NL"/>
        </w:rPr>
        <w:t xml:space="preserve"> 5) ja </w:t>
      </w:r>
      <w:proofErr w:type="spellStart"/>
      <w:r w:rsidRPr="00DF7E4C">
        <w:rPr>
          <w:lang w:val="nl-NL"/>
        </w:rPr>
        <w:t>eraldi</w:t>
      </w:r>
      <w:proofErr w:type="spellEnd"/>
      <w:r w:rsidRPr="00DF7E4C">
        <w:rPr>
          <w:lang w:val="nl-NL"/>
        </w:rPr>
        <w:t xml:space="preserve"> </w:t>
      </w:r>
      <w:proofErr w:type="spellStart"/>
      <w:r w:rsidRPr="00DF7E4C">
        <w:rPr>
          <w:lang w:val="nl-NL"/>
        </w:rPr>
        <w:t>kujundusfailina</w:t>
      </w:r>
      <w:proofErr w:type="spellEnd"/>
      <w:r w:rsidRPr="00DF7E4C">
        <w:rPr>
          <w:lang w:val="nl-NL"/>
        </w:rPr>
        <w:t xml:space="preserve"> (</w:t>
      </w:r>
      <w:proofErr w:type="spellStart"/>
      <w:r w:rsidRPr="00DF7E4C">
        <w:rPr>
          <w:lang w:val="nl-NL"/>
        </w:rPr>
        <w:t>lisa</w:t>
      </w:r>
      <w:proofErr w:type="spellEnd"/>
      <w:r w:rsidRPr="00DF7E4C">
        <w:rPr>
          <w:lang w:val="nl-NL"/>
        </w:rPr>
        <w:t xml:space="preserve"> 6).</w:t>
      </w:r>
    </w:p>
    <w:p w14:paraId="4E4DAAE3" w14:textId="77777777" w:rsidR="002019E5" w:rsidRPr="00DF7E4C" w:rsidRDefault="00000000">
      <w:pPr>
        <w:pStyle w:val="Loenditpp"/>
        <w:spacing w:after="40"/>
        <w:rPr>
          <w:lang w:val="nl-NL"/>
        </w:rPr>
      </w:pPr>
      <w:proofErr w:type="spellStart"/>
      <w:r w:rsidRPr="00DF7E4C">
        <w:rPr>
          <w:lang w:val="nl-NL"/>
        </w:rPr>
        <w:t>Värvid</w:t>
      </w:r>
      <w:proofErr w:type="spellEnd"/>
      <w:r w:rsidRPr="00DF7E4C">
        <w:rPr>
          <w:lang w:val="nl-NL"/>
        </w:rPr>
        <w:t xml:space="preserve">: </w:t>
      </w:r>
      <w:proofErr w:type="spellStart"/>
      <w:r w:rsidRPr="00DF7E4C">
        <w:rPr>
          <w:lang w:val="nl-NL"/>
        </w:rPr>
        <w:t>Favorte</w:t>
      </w:r>
      <w:proofErr w:type="spellEnd"/>
      <w:r w:rsidRPr="00DF7E4C">
        <w:rPr>
          <w:lang w:val="nl-NL"/>
        </w:rPr>
        <w:t xml:space="preserve"> </w:t>
      </w:r>
      <w:proofErr w:type="spellStart"/>
      <w:r w:rsidRPr="00DF7E4C">
        <w:rPr>
          <w:lang w:val="nl-NL"/>
        </w:rPr>
        <w:t>brändivärvid</w:t>
      </w:r>
      <w:proofErr w:type="spellEnd"/>
      <w:r w:rsidRPr="00DF7E4C">
        <w:rPr>
          <w:lang w:val="nl-NL"/>
        </w:rPr>
        <w:t xml:space="preserve"> — hele lavendel </w:t>
      </w:r>
      <w:proofErr w:type="spellStart"/>
      <w:r w:rsidRPr="00DF7E4C">
        <w:rPr>
          <w:lang w:val="nl-NL"/>
        </w:rPr>
        <w:t>taust</w:t>
      </w:r>
      <w:proofErr w:type="spellEnd"/>
      <w:r w:rsidRPr="00DF7E4C">
        <w:rPr>
          <w:lang w:val="nl-NL"/>
        </w:rPr>
        <w:t xml:space="preserve"> (#F1EFFC), </w:t>
      </w:r>
      <w:proofErr w:type="spellStart"/>
      <w:r w:rsidRPr="00DF7E4C">
        <w:rPr>
          <w:lang w:val="nl-NL"/>
        </w:rPr>
        <w:t>tumelilla</w:t>
      </w:r>
      <w:proofErr w:type="spellEnd"/>
      <w:r w:rsidRPr="00DF7E4C">
        <w:rPr>
          <w:lang w:val="nl-NL"/>
        </w:rPr>
        <w:t xml:space="preserve"> tekst (#5349D3)</w:t>
      </w:r>
    </w:p>
    <w:p w14:paraId="14A1AA7F" w14:textId="77777777" w:rsidR="002019E5" w:rsidRPr="00AB43D0" w:rsidRDefault="00000000">
      <w:pPr>
        <w:pStyle w:val="Loenditpp"/>
        <w:spacing w:after="40"/>
        <w:rPr>
          <w:lang w:val="nl-NL"/>
        </w:rPr>
      </w:pPr>
      <w:proofErr w:type="spellStart"/>
      <w:r w:rsidRPr="00AB43D0">
        <w:rPr>
          <w:lang w:val="nl-NL"/>
        </w:rPr>
        <w:t>Kirjatüüp</w:t>
      </w:r>
      <w:proofErr w:type="spellEnd"/>
      <w:r w:rsidRPr="00AB43D0">
        <w:rPr>
          <w:lang w:val="nl-NL"/>
        </w:rPr>
        <w:t xml:space="preserve">: </w:t>
      </w:r>
      <w:proofErr w:type="spellStart"/>
      <w:r w:rsidRPr="00AB43D0">
        <w:rPr>
          <w:lang w:val="nl-NL"/>
        </w:rPr>
        <w:t>Nexa</w:t>
      </w:r>
      <w:proofErr w:type="spellEnd"/>
      <w:r w:rsidRPr="00AB43D0">
        <w:rPr>
          <w:lang w:val="nl-NL"/>
        </w:rPr>
        <w:t xml:space="preserve"> (</w:t>
      </w:r>
      <w:proofErr w:type="spellStart"/>
      <w:r w:rsidRPr="00AB43D0">
        <w:rPr>
          <w:lang w:val="nl-NL"/>
        </w:rPr>
        <w:t>Favorte</w:t>
      </w:r>
      <w:proofErr w:type="spellEnd"/>
      <w:r w:rsidRPr="00AB43D0">
        <w:rPr>
          <w:lang w:val="nl-NL"/>
        </w:rPr>
        <w:t xml:space="preserve"> </w:t>
      </w:r>
      <w:proofErr w:type="spellStart"/>
      <w:r w:rsidRPr="00AB43D0">
        <w:rPr>
          <w:lang w:val="nl-NL"/>
        </w:rPr>
        <w:t>visuaalse</w:t>
      </w:r>
      <w:proofErr w:type="spellEnd"/>
      <w:r w:rsidRPr="00AB43D0">
        <w:rPr>
          <w:lang w:val="nl-NL"/>
        </w:rPr>
        <w:t xml:space="preserve"> </w:t>
      </w:r>
      <w:proofErr w:type="spellStart"/>
      <w:r w:rsidRPr="00AB43D0">
        <w:rPr>
          <w:lang w:val="nl-NL"/>
        </w:rPr>
        <w:t>identiteedi</w:t>
      </w:r>
      <w:proofErr w:type="spellEnd"/>
      <w:r w:rsidRPr="00AB43D0">
        <w:rPr>
          <w:lang w:val="nl-NL"/>
        </w:rPr>
        <w:t xml:space="preserve"> </w:t>
      </w:r>
      <w:proofErr w:type="spellStart"/>
      <w:r w:rsidRPr="00AB43D0">
        <w:rPr>
          <w:lang w:val="nl-NL"/>
        </w:rPr>
        <w:t>põhikiri</w:t>
      </w:r>
      <w:proofErr w:type="spellEnd"/>
      <w:r w:rsidRPr="00AB43D0">
        <w:rPr>
          <w:lang w:val="nl-NL"/>
        </w:rPr>
        <w:t>)</w:t>
      </w:r>
    </w:p>
    <w:p w14:paraId="1916906C" w14:textId="77777777" w:rsidR="002019E5" w:rsidRPr="00DF7E4C" w:rsidRDefault="00000000">
      <w:pPr>
        <w:spacing w:before="80"/>
        <w:rPr>
          <w:lang w:val="nl-NL"/>
        </w:rPr>
      </w:pPr>
      <w:proofErr w:type="spellStart"/>
      <w:r w:rsidRPr="00DF7E4C">
        <w:rPr>
          <w:lang w:val="nl-NL"/>
        </w:rPr>
        <w:lastRenderedPageBreak/>
        <w:t>Kogu</w:t>
      </w:r>
      <w:proofErr w:type="spellEnd"/>
      <w:r w:rsidRPr="00DF7E4C">
        <w:rPr>
          <w:lang w:val="nl-NL"/>
        </w:rPr>
        <w:t xml:space="preserve"> </w:t>
      </w:r>
      <w:proofErr w:type="spellStart"/>
      <w:r w:rsidRPr="00DF7E4C">
        <w:rPr>
          <w:lang w:val="nl-NL"/>
        </w:rPr>
        <w:t>teave</w:t>
      </w:r>
      <w:proofErr w:type="spellEnd"/>
      <w:r w:rsidRPr="00DF7E4C">
        <w:rPr>
          <w:lang w:val="nl-NL"/>
        </w:rPr>
        <w:t xml:space="preserve"> on </w:t>
      </w:r>
      <w:proofErr w:type="spellStart"/>
      <w:r w:rsidRPr="00DF7E4C">
        <w:rPr>
          <w:lang w:val="nl-NL"/>
        </w:rPr>
        <w:t>eestikeelne</w:t>
      </w:r>
      <w:proofErr w:type="spellEnd"/>
      <w:r w:rsidRPr="00DF7E4C">
        <w:rPr>
          <w:lang w:val="nl-NL"/>
        </w:rPr>
        <w:t xml:space="preserve">, mis </w:t>
      </w:r>
      <w:proofErr w:type="spellStart"/>
      <w:r w:rsidRPr="00DF7E4C">
        <w:rPr>
          <w:lang w:val="nl-NL"/>
        </w:rPr>
        <w:t>vastab</w:t>
      </w:r>
      <w:proofErr w:type="spellEnd"/>
      <w:r w:rsidRPr="00DF7E4C">
        <w:rPr>
          <w:lang w:val="nl-NL"/>
        </w:rPr>
        <w:t xml:space="preserve"> </w:t>
      </w:r>
      <w:proofErr w:type="spellStart"/>
      <w:r w:rsidRPr="00DF7E4C">
        <w:rPr>
          <w:lang w:val="nl-NL"/>
        </w:rPr>
        <w:t>keeleseaduse</w:t>
      </w:r>
      <w:proofErr w:type="spellEnd"/>
      <w:r w:rsidRPr="00DF7E4C">
        <w:rPr>
          <w:lang w:val="nl-NL"/>
        </w:rPr>
        <w:t xml:space="preserve"> </w:t>
      </w:r>
      <w:proofErr w:type="spellStart"/>
      <w:r w:rsidRPr="00DF7E4C">
        <w:rPr>
          <w:lang w:val="nl-NL"/>
        </w:rPr>
        <w:t>nõuetele</w:t>
      </w:r>
      <w:proofErr w:type="spellEnd"/>
      <w:r w:rsidRPr="00DF7E4C">
        <w:rPr>
          <w:lang w:val="nl-NL"/>
        </w:rPr>
        <w:t xml:space="preserve">. </w:t>
      </w:r>
      <w:proofErr w:type="spellStart"/>
      <w:r w:rsidRPr="00DF7E4C">
        <w:rPr>
          <w:lang w:val="nl-NL"/>
        </w:rPr>
        <w:t>Reklaam</w:t>
      </w:r>
      <w:proofErr w:type="spellEnd"/>
      <w:r w:rsidRPr="00DF7E4C">
        <w:rPr>
          <w:lang w:val="nl-NL"/>
        </w:rPr>
        <w:t xml:space="preserve"> ei </w:t>
      </w:r>
      <w:proofErr w:type="spellStart"/>
      <w:r w:rsidRPr="00DF7E4C">
        <w:rPr>
          <w:lang w:val="nl-NL"/>
        </w:rPr>
        <w:t>sisalda</w:t>
      </w:r>
      <w:proofErr w:type="spellEnd"/>
      <w:r w:rsidRPr="00DF7E4C">
        <w:rPr>
          <w:lang w:val="nl-NL"/>
        </w:rPr>
        <w:t xml:space="preserve"> </w:t>
      </w:r>
      <w:proofErr w:type="spellStart"/>
      <w:r w:rsidRPr="00DF7E4C">
        <w:rPr>
          <w:lang w:val="nl-NL"/>
        </w:rPr>
        <w:t>alkoholi</w:t>
      </w:r>
      <w:proofErr w:type="spellEnd"/>
      <w:r w:rsidRPr="00DF7E4C">
        <w:rPr>
          <w:lang w:val="nl-NL"/>
        </w:rPr>
        <w:t xml:space="preserve">, </w:t>
      </w:r>
      <w:proofErr w:type="spellStart"/>
      <w:r w:rsidRPr="00DF7E4C">
        <w:rPr>
          <w:lang w:val="nl-NL"/>
        </w:rPr>
        <w:t>tubakatoodete</w:t>
      </w:r>
      <w:proofErr w:type="spellEnd"/>
      <w:r w:rsidRPr="00DF7E4C">
        <w:rPr>
          <w:lang w:val="nl-NL"/>
        </w:rPr>
        <w:t xml:space="preserve">, </w:t>
      </w:r>
      <w:proofErr w:type="spellStart"/>
      <w:r w:rsidRPr="00DF7E4C">
        <w:rPr>
          <w:lang w:val="nl-NL"/>
        </w:rPr>
        <w:t>hasartmängu</w:t>
      </w:r>
      <w:proofErr w:type="spellEnd"/>
      <w:r w:rsidRPr="00DF7E4C">
        <w:rPr>
          <w:lang w:val="nl-NL"/>
        </w:rPr>
        <w:t xml:space="preserve"> </w:t>
      </w:r>
      <w:proofErr w:type="spellStart"/>
      <w:r w:rsidRPr="00DF7E4C">
        <w:rPr>
          <w:lang w:val="nl-NL"/>
        </w:rPr>
        <w:t>ega</w:t>
      </w:r>
      <w:proofErr w:type="spellEnd"/>
      <w:r w:rsidRPr="00DF7E4C">
        <w:rPr>
          <w:lang w:val="nl-NL"/>
        </w:rPr>
        <w:t xml:space="preserve"> </w:t>
      </w:r>
      <w:proofErr w:type="spellStart"/>
      <w:r w:rsidRPr="00DF7E4C">
        <w:rPr>
          <w:lang w:val="nl-NL"/>
        </w:rPr>
        <w:t>tarbijakrediidi</w:t>
      </w:r>
      <w:proofErr w:type="spellEnd"/>
      <w:r w:rsidRPr="00DF7E4C">
        <w:rPr>
          <w:lang w:val="nl-NL"/>
        </w:rPr>
        <w:t xml:space="preserve"> </w:t>
      </w:r>
      <w:proofErr w:type="spellStart"/>
      <w:r w:rsidRPr="00DF7E4C">
        <w:rPr>
          <w:lang w:val="nl-NL"/>
        </w:rPr>
        <w:t>reklaami</w:t>
      </w:r>
      <w:proofErr w:type="spellEnd"/>
      <w:r w:rsidRPr="00DF7E4C">
        <w:rPr>
          <w:lang w:val="nl-NL"/>
        </w:rPr>
        <w:t xml:space="preserve">, </w:t>
      </w:r>
      <w:proofErr w:type="spellStart"/>
      <w:r w:rsidRPr="00DF7E4C">
        <w:rPr>
          <w:lang w:val="nl-NL"/>
        </w:rPr>
        <w:t>mistõttu</w:t>
      </w:r>
      <w:proofErr w:type="spellEnd"/>
      <w:r w:rsidRPr="00DF7E4C">
        <w:rPr>
          <w:lang w:val="nl-NL"/>
        </w:rPr>
        <w:t xml:space="preserve"> </w:t>
      </w:r>
      <w:proofErr w:type="spellStart"/>
      <w:r w:rsidRPr="00DF7E4C">
        <w:rPr>
          <w:lang w:val="nl-NL"/>
        </w:rPr>
        <w:t>määruse</w:t>
      </w:r>
      <w:proofErr w:type="spellEnd"/>
      <w:r w:rsidRPr="00DF7E4C">
        <w:rPr>
          <w:lang w:val="nl-NL"/>
        </w:rPr>
        <w:t xml:space="preserve"> § 8 </w:t>
      </w:r>
      <w:proofErr w:type="spellStart"/>
      <w:r w:rsidRPr="00DF7E4C">
        <w:rPr>
          <w:lang w:val="nl-NL"/>
        </w:rPr>
        <w:t>lõigetes</w:t>
      </w:r>
      <w:proofErr w:type="spellEnd"/>
      <w:r w:rsidRPr="00DF7E4C">
        <w:rPr>
          <w:lang w:val="nl-NL"/>
        </w:rPr>
        <w:t xml:space="preserve"> 2 ja 3 </w:t>
      </w:r>
      <w:proofErr w:type="spellStart"/>
      <w:r w:rsidRPr="00DF7E4C">
        <w:rPr>
          <w:lang w:val="nl-NL"/>
        </w:rPr>
        <w:t>sätestatud</w:t>
      </w:r>
      <w:proofErr w:type="spellEnd"/>
      <w:r w:rsidRPr="00DF7E4C">
        <w:rPr>
          <w:lang w:val="nl-NL"/>
        </w:rPr>
        <w:t xml:space="preserve"> </w:t>
      </w:r>
      <w:proofErr w:type="spellStart"/>
      <w:r w:rsidRPr="00DF7E4C">
        <w:rPr>
          <w:lang w:val="nl-NL"/>
        </w:rPr>
        <w:t>diferentseeritud</w:t>
      </w:r>
      <w:proofErr w:type="spellEnd"/>
      <w:r w:rsidRPr="00DF7E4C">
        <w:rPr>
          <w:lang w:val="nl-NL"/>
        </w:rPr>
        <w:t xml:space="preserve"> </w:t>
      </w:r>
      <w:proofErr w:type="spellStart"/>
      <w:r w:rsidRPr="00DF7E4C">
        <w:rPr>
          <w:lang w:val="nl-NL"/>
        </w:rPr>
        <w:t>maksumäärad</w:t>
      </w:r>
      <w:proofErr w:type="spellEnd"/>
      <w:r w:rsidRPr="00DF7E4C">
        <w:rPr>
          <w:lang w:val="nl-NL"/>
        </w:rPr>
        <w:t xml:space="preserve"> ei </w:t>
      </w:r>
      <w:proofErr w:type="spellStart"/>
      <w:r w:rsidRPr="00DF7E4C">
        <w:rPr>
          <w:lang w:val="nl-NL"/>
        </w:rPr>
        <w:t>kohaldu</w:t>
      </w:r>
      <w:proofErr w:type="spellEnd"/>
      <w:r w:rsidRPr="00DF7E4C">
        <w:rPr>
          <w:lang w:val="nl-NL"/>
        </w:rPr>
        <w:t>.</w:t>
      </w:r>
    </w:p>
    <w:p w14:paraId="11AF4140" w14:textId="77777777" w:rsidR="002019E5" w:rsidRPr="00DF7E4C" w:rsidRDefault="00000000">
      <w:pPr>
        <w:spacing w:before="280" w:after="80"/>
        <w:rPr>
          <w:lang w:val="nl-NL"/>
        </w:rPr>
      </w:pPr>
      <w:r w:rsidRPr="00DF7E4C">
        <w:rPr>
          <w:b/>
          <w:sz w:val="23"/>
          <w:lang w:val="nl-NL"/>
        </w:rPr>
        <w:t xml:space="preserve">8. </w:t>
      </w:r>
      <w:proofErr w:type="spellStart"/>
      <w:r w:rsidRPr="00DF7E4C">
        <w:rPr>
          <w:b/>
          <w:sz w:val="23"/>
          <w:lang w:val="nl-NL"/>
        </w:rPr>
        <w:t>Vastavus</w:t>
      </w:r>
      <w:proofErr w:type="spellEnd"/>
      <w:r w:rsidRPr="00DF7E4C">
        <w:rPr>
          <w:b/>
          <w:sz w:val="23"/>
          <w:lang w:val="nl-NL"/>
        </w:rPr>
        <w:t xml:space="preserve"> </w:t>
      </w:r>
      <w:proofErr w:type="spellStart"/>
      <w:r w:rsidRPr="00DF7E4C">
        <w:rPr>
          <w:b/>
          <w:sz w:val="23"/>
          <w:lang w:val="nl-NL"/>
        </w:rPr>
        <w:t>reklaami</w:t>
      </w:r>
      <w:proofErr w:type="spellEnd"/>
      <w:r w:rsidRPr="00DF7E4C">
        <w:rPr>
          <w:b/>
          <w:sz w:val="23"/>
          <w:lang w:val="nl-NL"/>
        </w:rPr>
        <w:t xml:space="preserve"> </w:t>
      </w:r>
      <w:proofErr w:type="spellStart"/>
      <w:r w:rsidRPr="00DF7E4C">
        <w:rPr>
          <w:b/>
          <w:sz w:val="23"/>
          <w:lang w:val="nl-NL"/>
        </w:rPr>
        <w:t>paigaldamise</w:t>
      </w:r>
      <w:proofErr w:type="spellEnd"/>
      <w:r w:rsidRPr="00DF7E4C">
        <w:rPr>
          <w:b/>
          <w:sz w:val="23"/>
          <w:lang w:val="nl-NL"/>
        </w:rPr>
        <w:t xml:space="preserve"> </w:t>
      </w:r>
      <w:proofErr w:type="spellStart"/>
      <w:r w:rsidRPr="00DF7E4C">
        <w:rPr>
          <w:b/>
          <w:sz w:val="23"/>
          <w:lang w:val="nl-NL"/>
        </w:rPr>
        <w:t>üldnõuetele</w:t>
      </w:r>
      <w:proofErr w:type="spellEnd"/>
      <w:r w:rsidRPr="00DF7E4C">
        <w:rPr>
          <w:b/>
          <w:sz w:val="23"/>
          <w:lang w:val="nl-NL"/>
        </w:rPr>
        <w:t xml:space="preserve"> (</w:t>
      </w:r>
      <w:proofErr w:type="spellStart"/>
      <w:r w:rsidRPr="00DF7E4C">
        <w:rPr>
          <w:b/>
          <w:sz w:val="23"/>
          <w:lang w:val="nl-NL"/>
        </w:rPr>
        <w:t>määruse</w:t>
      </w:r>
      <w:proofErr w:type="spellEnd"/>
      <w:r w:rsidRPr="00DF7E4C">
        <w:rPr>
          <w:b/>
          <w:sz w:val="23"/>
          <w:lang w:val="nl-NL"/>
        </w:rPr>
        <w:t xml:space="preserve"> § 16)</w:t>
      </w:r>
    </w:p>
    <w:tbl>
      <w:tblPr>
        <w:tblStyle w:val="Kontuurtabel"/>
        <w:tblW w:w="0" w:type="auto"/>
        <w:tblLayout w:type="fixed"/>
        <w:tblLook w:val="04A0" w:firstRow="1" w:lastRow="0" w:firstColumn="1" w:lastColumn="0" w:noHBand="0" w:noVBand="1"/>
      </w:tblPr>
      <w:tblGrid>
        <w:gridCol w:w="3402"/>
        <w:gridCol w:w="1361"/>
        <w:gridCol w:w="4309"/>
      </w:tblGrid>
      <w:tr w:rsidR="002019E5" w14:paraId="556724DE" w14:textId="77777777" w:rsidTr="00DF7E4C">
        <w:tc>
          <w:tcPr>
            <w:tcW w:w="3402" w:type="dxa"/>
          </w:tcPr>
          <w:p w14:paraId="0B66E8B4" w14:textId="77777777" w:rsidR="002019E5" w:rsidRDefault="00000000">
            <w:pPr>
              <w:spacing w:after="40"/>
            </w:pPr>
            <w:proofErr w:type="spellStart"/>
            <w:r>
              <w:rPr>
                <w:b/>
              </w:rPr>
              <w:t>Nõue</w:t>
            </w:r>
            <w:proofErr w:type="spellEnd"/>
          </w:p>
        </w:tc>
        <w:tc>
          <w:tcPr>
            <w:tcW w:w="1361" w:type="dxa"/>
          </w:tcPr>
          <w:p w14:paraId="05F9FA91" w14:textId="77777777" w:rsidR="002019E5" w:rsidRDefault="00000000">
            <w:pPr>
              <w:spacing w:after="40"/>
            </w:pPr>
            <w:r>
              <w:rPr>
                <w:b/>
              </w:rPr>
              <w:t>Säte</w:t>
            </w:r>
          </w:p>
        </w:tc>
        <w:tc>
          <w:tcPr>
            <w:tcW w:w="4309" w:type="dxa"/>
          </w:tcPr>
          <w:p w14:paraId="620E307D" w14:textId="77777777" w:rsidR="002019E5" w:rsidRDefault="00000000">
            <w:pPr>
              <w:spacing w:after="40"/>
            </w:pPr>
            <w:r>
              <w:rPr>
                <w:b/>
              </w:rPr>
              <w:t>Vastavus</w:t>
            </w:r>
          </w:p>
        </w:tc>
      </w:tr>
      <w:tr w:rsidR="002019E5" w14:paraId="01B23D8A" w14:textId="77777777" w:rsidTr="00DF7E4C">
        <w:tc>
          <w:tcPr>
            <w:tcW w:w="3402" w:type="dxa"/>
          </w:tcPr>
          <w:p w14:paraId="70FE4358" w14:textId="77777777" w:rsidR="002019E5" w:rsidRDefault="00000000">
            <w:pPr>
              <w:spacing w:after="40"/>
            </w:pPr>
            <w:r>
              <w:t>Liiklusväline teabevahend vastab ehitusseadustiku ja selle alusel kehtestatud õigusaktide nõuetele</w:t>
            </w:r>
          </w:p>
        </w:tc>
        <w:tc>
          <w:tcPr>
            <w:tcW w:w="1361" w:type="dxa"/>
          </w:tcPr>
          <w:p w14:paraId="656A79FB" w14:textId="77777777" w:rsidR="002019E5" w:rsidRDefault="00000000">
            <w:pPr>
              <w:spacing w:after="40"/>
            </w:pPr>
            <w:r>
              <w:t>§ 16 lg 1 p 1</w:t>
            </w:r>
          </w:p>
        </w:tc>
        <w:tc>
          <w:tcPr>
            <w:tcW w:w="4309" w:type="dxa"/>
          </w:tcPr>
          <w:p w14:paraId="40D68B7E" w14:textId="77777777" w:rsidR="002019E5" w:rsidRDefault="00000000">
            <w:pPr>
              <w:spacing w:after="40"/>
            </w:pPr>
            <w:r>
              <w:t>Kandja on staatiline ja valgustamata; järgitakse liiklusseaduses liiklusvälisele teabevahendile sätestatud nõudeid</w:t>
            </w:r>
          </w:p>
        </w:tc>
      </w:tr>
      <w:tr w:rsidR="002019E5" w14:paraId="187E9B90" w14:textId="77777777" w:rsidTr="00DF7E4C">
        <w:tc>
          <w:tcPr>
            <w:tcW w:w="3402" w:type="dxa"/>
          </w:tcPr>
          <w:p w14:paraId="2DEF85AA" w14:textId="77777777" w:rsidR="002019E5" w:rsidRDefault="00000000">
            <w:pPr>
              <w:spacing w:after="40"/>
            </w:pPr>
            <w:r>
              <w:t>Riigimaantee kaitsevööndis tuleb asukoht enne avalduse esitamist kooskõlastada Transpordiametiga; eratee ääres eratee omanikuga</w:t>
            </w:r>
          </w:p>
        </w:tc>
        <w:tc>
          <w:tcPr>
            <w:tcW w:w="1361" w:type="dxa"/>
          </w:tcPr>
          <w:p w14:paraId="58E79CE1" w14:textId="77777777" w:rsidR="002019E5" w:rsidRDefault="00000000">
            <w:pPr>
              <w:spacing w:after="40"/>
            </w:pPr>
            <w:r>
              <w:t>§ 16 lg 1 p 2</w:t>
            </w:r>
          </w:p>
        </w:tc>
        <w:tc>
          <w:tcPr>
            <w:tcW w:w="4309" w:type="dxa"/>
          </w:tcPr>
          <w:p w14:paraId="487A5794" w14:textId="15A5C778" w:rsidR="002019E5" w:rsidRDefault="00000000">
            <w:pPr>
              <w:spacing w:after="40"/>
            </w:pPr>
            <w:r>
              <w:t>Kohaldub — asukoht jääb Muuga tee (</w:t>
            </w:r>
            <w:proofErr w:type="spellStart"/>
            <w:r>
              <w:t>riigitee</w:t>
            </w:r>
            <w:proofErr w:type="spellEnd"/>
            <w:r>
              <w:t xml:space="preserve"> 11254) 30-meetrisesse </w:t>
            </w:r>
            <w:proofErr w:type="spellStart"/>
            <w:r>
              <w:t>kaitsevööndisse</w:t>
            </w:r>
            <w:proofErr w:type="spellEnd"/>
            <w:r>
              <w:t xml:space="preserve"> (</w:t>
            </w:r>
            <w:r w:rsidR="003420C4">
              <w:t>13</w:t>
            </w:r>
            <w:r>
              <w:t xml:space="preserve"> m). </w:t>
            </w:r>
            <w:proofErr w:type="spellStart"/>
            <w:r>
              <w:rPr>
                <w:color w:val="C00000"/>
              </w:rPr>
              <w:t>kooskõlastuse</w:t>
            </w:r>
            <w:proofErr w:type="spellEnd"/>
            <w:r>
              <w:rPr>
                <w:color w:val="C00000"/>
              </w:rPr>
              <w:t xml:space="preserve"> </w:t>
            </w:r>
            <w:proofErr w:type="spellStart"/>
            <w:r w:rsidR="00DF7E4C">
              <w:rPr>
                <w:color w:val="C00000"/>
              </w:rPr>
              <w:t>ootel</w:t>
            </w:r>
            <w:proofErr w:type="spellEnd"/>
          </w:p>
        </w:tc>
      </w:tr>
      <w:tr w:rsidR="002019E5" w14:paraId="4CF4578E" w14:textId="77777777" w:rsidTr="00DF7E4C">
        <w:tc>
          <w:tcPr>
            <w:tcW w:w="3402" w:type="dxa"/>
          </w:tcPr>
          <w:p w14:paraId="4C22B223" w14:textId="77777777" w:rsidR="002019E5" w:rsidRDefault="00000000">
            <w:pPr>
              <w:spacing w:after="40"/>
            </w:pPr>
            <w:r>
              <w:t>Paigaldamine vastavuses esitatud dokumentide ja loaga</w:t>
            </w:r>
          </w:p>
        </w:tc>
        <w:tc>
          <w:tcPr>
            <w:tcW w:w="1361" w:type="dxa"/>
          </w:tcPr>
          <w:p w14:paraId="6A18C5D9" w14:textId="77777777" w:rsidR="002019E5" w:rsidRDefault="00000000">
            <w:pPr>
              <w:spacing w:after="40"/>
            </w:pPr>
            <w:r>
              <w:t>§ 16 lg 2 p 1</w:t>
            </w:r>
          </w:p>
        </w:tc>
        <w:tc>
          <w:tcPr>
            <w:tcW w:w="4309" w:type="dxa"/>
          </w:tcPr>
          <w:p w14:paraId="536B0D91" w14:textId="77777777" w:rsidR="002019E5" w:rsidRDefault="00000000">
            <w:pPr>
              <w:spacing w:after="40"/>
            </w:pPr>
            <w:r>
              <w:t>Kinnitame. Kandja paigaldatakse täpselt asendiplaanil ja tehnilisel joonisel näidatud kujul</w:t>
            </w:r>
          </w:p>
        </w:tc>
      </w:tr>
      <w:tr w:rsidR="002019E5" w14:paraId="09A86EEA" w14:textId="77777777" w:rsidTr="00DF7E4C">
        <w:tc>
          <w:tcPr>
            <w:tcW w:w="3402" w:type="dxa"/>
          </w:tcPr>
          <w:p w14:paraId="54CFC14B" w14:textId="77777777" w:rsidR="002019E5" w:rsidRDefault="00000000">
            <w:pPr>
              <w:spacing w:after="40"/>
            </w:pPr>
            <w:r>
              <w:t>Korrektne ja puhas väljanägemine kogu perioodi jooksul, sh tagakülg</w:t>
            </w:r>
          </w:p>
        </w:tc>
        <w:tc>
          <w:tcPr>
            <w:tcW w:w="1361" w:type="dxa"/>
          </w:tcPr>
          <w:p w14:paraId="41374ADD" w14:textId="77777777" w:rsidR="002019E5" w:rsidRDefault="00000000">
            <w:pPr>
              <w:spacing w:after="40"/>
            </w:pPr>
            <w:r>
              <w:t>§ 16 lg 2 p 2</w:t>
            </w:r>
          </w:p>
        </w:tc>
        <w:tc>
          <w:tcPr>
            <w:tcW w:w="4309" w:type="dxa"/>
          </w:tcPr>
          <w:p w14:paraId="013FDA5A" w14:textId="77777777" w:rsidR="002019E5" w:rsidRDefault="00000000">
            <w:pPr>
              <w:spacing w:after="40"/>
            </w:pPr>
            <w:r>
              <w:t>Vt punkt 11. Kahjustunud või määrdunud kandja korrastatakse või asendatakse viivitamata</w:t>
            </w:r>
          </w:p>
        </w:tc>
      </w:tr>
      <w:tr w:rsidR="002019E5" w14:paraId="43D3AB91" w14:textId="77777777" w:rsidTr="00DF7E4C">
        <w:tc>
          <w:tcPr>
            <w:tcW w:w="3402" w:type="dxa"/>
          </w:tcPr>
          <w:p w14:paraId="1DB3ADAD" w14:textId="77777777" w:rsidR="002019E5" w:rsidRDefault="00000000">
            <w:pPr>
              <w:spacing w:after="40"/>
            </w:pPr>
            <w:r>
              <w:t>Ei takista jalakäijate ja sõidukite liiklemist</w:t>
            </w:r>
          </w:p>
        </w:tc>
        <w:tc>
          <w:tcPr>
            <w:tcW w:w="1361" w:type="dxa"/>
          </w:tcPr>
          <w:p w14:paraId="111A7A57" w14:textId="77777777" w:rsidR="002019E5" w:rsidRDefault="00000000">
            <w:pPr>
              <w:spacing w:after="40"/>
            </w:pPr>
            <w:r>
              <w:t>§ 16 lg 2 p 3</w:t>
            </w:r>
          </w:p>
        </w:tc>
        <w:tc>
          <w:tcPr>
            <w:tcW w:w="4309" w:type="dxa"/>
          </w:tcPr>
          <w:p w14:paraId="3FD40514" w14:textId="77777777" w:rsidR="002019E5" w:rsidRDefault="00000000">
            <w:pPr>
              <w:spacing w:after="40"/>
            </w:pPr>
            <w:r>
              <w:t>Kandja paigaldatakse väljapoole sõidu- ja kõnniteed ega kitsenda liikumisruumi</w:t>
            </w:r>
          </w:p>
        </w:tc>
      </w:tr>
      <w:tr w:rsidR="002019E5" w14:paraId="45599B8A" w14:textId="77777777" w:rsidTr="00DF7E4C">
        <w:tc>
          <w:tcPr>
            <w:tcW w:w="3402" w:type="dxa"/>
          </w:tcPr>
          <w:p w14:paraId="2A69ACFF" w14:textId="77777777" w:rsidR="002019E5" w:rsidRPr="00DF7E4C" w:rsidRDefault="00000000">
            <w:pPr>
              <w:spacing w:after="40"/>
              <w:rPr>
                <w:lang w:val="de-DE"/>
              </w:rPr>
            </w:pPr>
            <w:proofErr w:type="spellStart"/>
            <w:r w:rsidRPr="00DF7E4C">
              <w:rPr>
                <w:lang w:val="de-DE"/>
              </w:rPr>
              <w:t>Ennetähtaegsest</w:t>
            </w:r>
            <w:proofErr w:type="spellEnd"/>
            <w:r w:rsidRPr="00DF7E4C">
              <w:rPr>
                <w:lang w:val="de-DE"/>
              </w:rPr>
              <w:t xml:space="preserve"> </w:t>
            </w:r>
            <w:proofErr w:type="spellStart"/>
            <w:r w:rsidRPr="00DF7E4C">
              <w:rPr>
                <w:lang w:val="de-DE"/>
              </w:rPr>
              <w:t>eemaldamisest</w:t>
            </w:r>
            <w:proofErr w:type="spellEnd"/>
            <w:r w:rsidRPr="00DF7E4C">
              <w:rPr>
                <w:lang w:val="de-DE"/>
              </w:rPr>
              <w:t xml:space="preserve"> ja </w:t>
            </w:r>
            <w:proofErr w:type="spellStart"/>
            <w:r w:rsidRPr="00DF7E4C">
              <w:rPr>
                <w:lang w:val="de-DE"/>
              </w:rPr>
              <w:t>kandja</w:t>
            </w:r>
            <w:proofErr w:type="spellEnd"/>
            <w:r w:rsidRPr="00DF7E4C">
              <w:rPr>
                <w:lang w:val="de-DE"/>
              </w:rPr>
              <w:t xml:space="preserve"> </w:t>
            </w:r>
            <w:proofErr w:type="spellStart"/>
            <w:r w:rsidRPr="00DF7E4C">
              <w:rPr>
                <w:lang w:val="de-DE"/>
              </w:rPr>
              <w:t>võõrandamisest</w:t>
            </w:r>
            <w:proofErr w:type="spellEnd"/>
            <w:r w:rsidRPr="00DF7E4C">
              <w:rPr>
                <w:lang w:val="de-DE"/>
              </w:rPr>
              <w:t xml:space="preserve"> </w:t>
            </w:r>
            <w:proofErr w:type="spellStart"/>
            <w:r w:rsidRPr="00DF7E4C">
              <w:rPr>
                <w:lang w:val="de-DE"/>
              </w:rPr>
              <w:t>teatamine</w:t>
            </w:r>
            <w:proofErr w:type="spellEnd"/>
          </w:p>
        </w:tc>
        <w:tc>
          <w:tcPr>
            <w:tcW w:w="1361" w:type="dxa"/>
          </w:tcPr>
          <w:p w14:paraId="331E8BE1" w14:textId="77777777" w:rsidR="002019E5" w:rsidRDefault="00000000">
            <w:pPr>
              <w:spacing w:after="40"/>
            </w:pPr>
            <w:r>
              <w:t>§ 16 lg 2 p 8 ja 9</w:t>
            </w:r>
          </w:p>
        </w:tc>
        <w:tc>
          <w:tcPr>
            <w:tcW w:w="4309" w:type="dxa"/>
          </w:tcPr>
          <w:p w14:paraId="35E8F707" w14:textId="77777777" w:rsidR="002019E5" w:rsidRDefault="00000000">
            <w:pPr>
              <w:spacing w:after="40"/>
            </w:pPr>
            <w:r>
              <w:t>Kinnitame. Teavitame ehitus- ja kommunaalosakonda kirjalikult</w:t>
            </w:r>
          </w:p>
        </w:tc>
      </w:tr>
      <w:tr w:rsidR="00DF7E4C" w14:paraId="56ADDEEC" w14:textId="77777777" w:rsidTr="00DF7E4C">
        <w:tc>
          <w:tcPr>
            <w:tcW w:w="3402" w:type="dxa"/>
          </w:tcPr>
          <w:p w14:paraId="19B0C85D" w14:textId="3B058AD0" w:rsidR="00DF7E4C" w:rsidRPr="00DF7E4C" w:rsidRDefault="00DF7E4C">
            <w:pPr>
              <w:spacing w:after="40"/>
            </w:pPr>
            <w:proofErr w:type="spellStart"/>
            <w:r>
              <w:t>Eemaldamine</w:t>
            </w:r>
            <w:proofErr w:type="spellEnd"/>
            <w:r>
              <w:t xml:space="preserve"> 12 </w:t>
            </w:r>
            <w:proofErr w:type="spellStart"/>
            <w:r>
              <w:t>tunni</w:t>
            </w:r>
            <w:proofErr w:type="spellEnd"/>
            <w:r>
              <w:t xml:space="preserve"> </w:t>
            </w:r>
            <w:proofErr w:type="spellStart"/>
            <w:r>
              <w:t>jooksul</w:t>
            </w:r>
            <w:proofErr w:type="spellEnd"/>
            <w:r>
              <w:t xml:space="preserve"> </w:t>
            </w:r>
            <w:proofErr w:type="spellStart"/>
            <w:r>
              <w:t>eksponeerimisaja</w:t>
            </w:r>
            <w:proofErr w:type="spellEnd"/>
            <w:r>
              <w:t xml:space="preserve"> </w:t>
            </w:r>
            <w:proofErr w:type="spellStart"/>
            <w:r>
              <w:t>lõppedes</w:t>
            </w:r>
            <w:proofErr w:type="spellEnd"/>
          </w:p>
        </w:tc>
        <w:tc>
          <w:tcPr>
            <w:tcW w:w="1361" w:type="dxa"/>
          </w:tcPr>
          <w:p w14:paraId="2E035959" w14:textId="67BFE454" w:rsidR="00DF7E4C" w:rsidRDefault="00DF7E4C">
            <w:pPr>
              <w:spacing w:after="40"/>
            </w:pPr>
            <w:r>
              <w:t>§ 16 lg 7</w:t>
            </w:r>
          </w:p>
        </w:tc>
        <w:tc>
          <w:tcPr>
            <w:tcW w:w="4309" w:type="dxa"/>
          </w:tcPr>
          <w:p w14:paraId="518782B3" w14:textId="7A1544C6" w:rsidR="00DF7E4C" w:rsidRDefault="00DF7E4C">
            <w:pPr>
              <w:spacing w:after="40"/>
            </w:pPr>
            <w:proofErr w:type="spellStart"/>
            <w:r>
              <w:t>Kinnitame</w:t>
            </w:r>
            <w:proofErr w:type="spellEnd"/>
            <w:r>
              <w:t xml:space="preserve">, </w:t>
            </w:r>
            <w:proofErr w:type="spellStart"/>
            <w:r>
              <w:t>kui</w:t>
            </w:r>
            <w:proofErr w:type="spellEnd"/>
            <w:r>
              <w:t xml:space="preserve"> </w:t>
            </w:r>
            <w:proofErr w:type="spellStart"/>
            <w:r>
              <w:t>uut</w:t>
            </w:r>
            <w:proofErr w:type="spellEnd"/>
            <w:r>
              <w:t xml:space="preserve"> </w:t>
            </w:r>
            <w:proofErr w:type="spellStart"/>
            <w:r>
              <w:t>luba</w:t>
            </w:r>
            <w:proofErr w:type="spellEnd"/>
            <w:r>
              <w:t xml:space="preserve"> </w:t>
            </w:r>
            <w:proofErr w:type="spellStart"/>
            <w:r>
              <w:t>ei</w:t>
            </w:r>
            <w:proofErr w:type="spellEnd"/>
            <w:r>
              <w:t xml:space="preserve"> </w:t>
            </w:r>
            <w:proofErr w:type="spellStart"/>
            <w:r>
              <w:t>taotleta</w:t>
            </w:r>
            <w:proofErr w:type="spellEnd"/>
          </w:p>
        </w:tc>
      </w:tr>
      <w:tr w:rsidR="00DF7E4C" w14:paraId="3857EED4" w14:textId="77777777" w:rsidTr="00DF7E4C">
        <w:tc>
          <w:tcPr>
            <w:tcW w:w="3402" w:type="dxa"/>
          </w:tcPr>
          <w:p w14:paraId="674DF207" w14:textId="19B8C1D3" w:rsidR="00DF7E4C" w:rsidRDefault="00DF7E4C">
            <w:pPr>
              <w:spacing w:after="40"/>
            </w:pPr>
            <w:proofErr w:type="spellStart"/>
            <w:r>
              <w:t>Reklaami</w:t>
            </w:r>
            <w:proofErr w:type="spellEnd"/>
            <w:r>
              <w:t xml:space="preserve"> </w:t>
            </w:r>
            <w:proofErr w:type="spellStart"/>
            <w:r>
              <w:t>paigaldamine</w:t>
            </w:r>
            <w:proofErr w:type="spellEnd"/>
            <w:r>
              <w:t xml:space="preserve"> 60 </w:t>
            </w:r>
            <w:proofErr w:type="spellStart"/>
            <w:r>
              <w:t>kalendripäeva</w:t>
            </w:r>
            <w:proofErr w:type="spellEnd"/>
            <w:r>
              <w:t xml:space="preserve"> </w:t>
            </w:r>
            <w:proofErr w:type="spellStart"/>
            <w:r>
              <w:t>jooksul</w:t>
            </w:r>
            <w:proofErr w:type="spellEnd"/>
            <w:r>
              <w:t xml:space="preserve"> loa </w:t>
            </w:r>
            <w:proofErr w:type="spellStart"/>
            <w:r>
              <w:t>väljaandmisest</w:t>
            </w:r>
            <w:proofErr w:type="spellEnd"/>
          </w:p>
        </w:tc>
        <w:tc>
          <w:tcPr>
            <w:tcW w:w="1361" w:type="dxa"/>
          </w:tcPr>
          <w:p w14:paraId="344ADEC5" w14:textId="27962322" w:rsidR="00DF7E4C" w:rsidRDefault="00DF7E4C">
            <w:pPr>
              <w:spacing w:after="40"/>
            </w:pPr>
            <w:r>
              <w:t>§ 17 lg 1 p 2</w:t>
            </w:r>
          </w:p>
        </w:tc>
        <w:tc>
          <w:tcPr>
            <w:tcW w:w="4309" w:type="dxa"/>
          </w:tcPr>
          <w:p w14:paraId="3750F872" w14:textId="22E77DDD" w:rsidR="00DF7E4C" w:rsidRDefault="00DF7E4C">
            <w:pPr>
              <w:spacing w:after="40"/>
            </w:pPr>
            <w:proofErr w:type="spellStart"/>
            <w:r>
              <w:t>Kinnitame</w:t>
            </w:r>
            <w:proofErr w:type="spellEnd"/>
          </w:p>
        </w:tc>
      </w:tr>
    </w:tbl>
    <w:p w14:paraId="2AC74F43" w14:textId="77777777" w:rsidR="002019E5" w:rsidRDefault="00000000">
      <w:pPr>
        <w:spacing w:before="280" w:after="80"/>
      </w:pPr>
      <w:r>
        <w:rPr>
          <w:b/>
          <w:sz w:val="23"/>
        </w:rPr>
        <w:t>9. Ohutus, liiklus ja haljastus</w:t>
      </w:r>
    </w:p>
    <w:p w14:paraId="3B38869F" w14:textId="77777777" w:rsidR="002019E5" w:rsidRDefault="00000000">
      <w:r>
        <w:t>Reklaamikandja on staatiline ja valgustamata, ilma liikuva kujutise ja heliga, mistõttu see ei häiri juhi tähelepanu ega ümbritsevat elukeskkonda.</w:t>
      </w:r>
    </w:p>
    <w:p w14:paraId="02914DF8" w14:textId="77777777" w:rsidR="002019E5" w:rsidRDefault="00000000">
      <w:r>
        <w:t>Asukoht ja kõrgus on valitud selliselt, et kandja ei varja liiklusmärke ega valgusteid, ei tekita ohtu liikluskorraldusele ega liiklusohutusele ning ei takista teehoiutöid (määruse § 4 lg 1 p 7).</w:t>
      </w:r>
    </w:p>
    <w:p w14:paraId="1B68CC28" w14:textId="1ED6E90D" w:rsidR="002019E5" w:rsidRDefault="00000000">
      <w:r>
        <w:t xml:space="preserve">Paigaldamisel ei kahjustata olemasolevat haljastust. </w:t>
      </w:r>
      <w:proofErr w:type="spellStart"/>
      <w:r>
        <w:t>Postide</w:t>
      </w:r>
      <w:proofErr w:type="spellEnd"/>
      <w:r>
        <w:t xml:space="preserve"> </w:t>
      </w:r>
      <w:proofErr w:type="spellStart"/>
      <w:r>
        <w:t>paigaldus</w:t>
      </w:r>
      <w:proofErr w:type="spellEnd"/>
      <w:r>
        <w:t xml:space="preserve"> </w:t>
      </w:r>
      <w:proofErr w:type="spellStart"/>
      <w:r>
        <w:t>toimub</w:t>
      </w:r>
      <w:proofErr w:type="spellEnd"/>
      <w:r>
        <w:t xml:space="preserve"> </w:t>
      </w:r>
      <w:proofErr w:type="spellStart"/>
      <w:r w:rsidRPr="00DF7E4C">
        <w:t>väiketehnikaga</w:t>
      </w:r>
      <w:proofErr w:type="spellEnd"/>
      <w:r w:rsidRPr="00DF7E4C">
        <w:t xml:space="preserve"> / </w:t>
      </w:r>
      <w:proofErr w:type="spellStart"/>
      <w:r w:rsidRPr="00DF7E4C">
        <w:t>käsitsi</w:t>
      </w:r>
      <w:proofErr w:type="spellEnd"/>
      <w:r w:rsidR="00DF7E4C" w:rsidRPr="00DF7E4C">
        <w:t xml:space="preserve"> </w:t>
      </w:r>
      <w:proofErr w:type="spellStart"/>
      <w:r>
        <w:t>ning</w:t>
      </w:r>
      <w:proofErr w:type="spellEnd"/>
      <w:r>
        <w:t xml:space="preserve"> </w:t>
      </w:r>
      <w:proofErr w:type="spellStart"/>
      <w:r>
        <w:t>kaevetööde</w:t>
      </w:r>
      <w:proofErr w:type="spellEnd"/>
      <w:r>
        <w:t xml:space="preserve"> </w:t>
      </w:r>
      <w:proofErr w:type="spellStart"/>
      <w:r>
        <w:t>järel</w:t>
      </w:r>
      <w:proofErr w:type="spellEnd"/>
      <w:r>
        <w:t xml:space="preserve"> </w:t>
      </w:r>
      <w:proofErr w:type="spellStart"/>
      <w:r>
        <w:t>taastatakse</w:t>
      </w:r>
      <w:proofErr w:type="spellEnd"/>
      <w:r>
        <w:t xml:space="preserve"> </w:t>
      </w:r>
      <w:proofErr w:type="spellStart"/>
      <w:r>
        <w:t>pinnas</w:t>
      </w:r>
      <w:proofErr w:type="spellEnd"/>
      <w:r>
        <w:t xml:space="preserve"> ja </w:t>
      </w:r>
      <w:proofErr w:type="spellStart"/>
      <w:r>
        <w:t>murukate</w:t>
      </w:r>
      <w:proofErr w:type="spellEnd"/>
      <w:r>
        <w:t xml:space="preserve"> </w:t>
      </w:r>
      <w:proofErr w:type="spellStart"/>
      <w:r>
        <w:t>endisel</w:t>
      </w:r>
      <w:proofErr w:type="spellEnd"/>
      <w:r>
        <w:t xml:space="preserve"> kujul. Puid ega põõsaid ei eemaldata.</w:t>
      </w:r>
    </w:p>
    <w:p w14:paraId="1E6CE2B1" w14:textId="77777777" w:rsidR="002019E5" w:rsidRDefault="00000000">
      <w:r>
        <w:t>Paigaldustööde ajaks liiklust ei suleta ega piirata — tööd tehakse väljaspool sõiduteed.</w:t>
      </w:r>
    </w:p>
    <w:p w14:paraId="524167B5" w14:textId="77777777" w:rsidR="002019E5" w:rsidRDefault="00000000">
      <w:pPr>
        <w:spacing w:before="280" w:after="80"/>
      </w:pPr>
      <w:r>
        <w:rPr>
          <w:b/>
          <w:sz w:val="23"/>
        </w:rPr>
        <w:t>10. Eksponeerimise aeg ja reklaamimaks</w:t>
      </w:r>
    </w:p>
    <w:p w14:paraId="32346891" w14:textId="5831330A" w:rsidR="002019E5" w:rsidRDefault="00000000">
      <w:proofErr w:type="spellStart"/>
      <w:r>
        <w:t>Reklaami</w:t>
      </w:r>
      <w:proofErr w:type="spellEnd"/>
      <w:r>
        <w:t xml:space="preserve"> </w:t>
      </w:r>
      <w:proofErr w:type="spellStart"/>
      <w:r>
        <w:t>soovitakse</w:t>
      </w:r>
      <w:proofErr w:type="spellEnd"/>
      <w:r>
        <w:t xml:space="preserve"> </w:t>
      </w:r>
      <w:proofErr w:type="spellStart"/>
      <w:r>
        <w:t>eksponeerida</w:t>
      </w:r>
      <w:proofErr w:type="spellEnd"/>
      <w:r>
        <w:t xml:space="preserve"> </w:t>
      </w:r>
      <w:r w:rsidR="00DF7E4C" w:rsidRPr="00DF7E4C">
        <w:t xml:space="preserve">16.09.26 </w:t>
      </w:r>
      <w:proofErr w:type="spellStart"/>
      <w:r w:rsidR="00DF7E4C" w:rsidRPr="00DF7E4C">
        <w:t>kuni</w:t>
      </w:r>
      <w:proofErr w:type="spellEnd"/>
      <w:r w:rsidR="00DF7E4C" w:rsidRPr="00DF7E4C">
        <w:t xml:space="preserve"> 31.08.27 </w:t>
      </w:r>
      <w:proofErr w:type="spellStart"/>
      <w:r>
        <w:t>kokku</w:t>
      </w:r>
      <w:proofErr w:type="spellEnd"/>
      <w:r>
        <w:t xml:space="preserve"> </w:t>
      </w:r>
      <w:r w:rsidR="003420C4" w:rsidRPr="003420C4">
        <w:t>35</w:t>
      </w:r>
      <w:r w:rsidR="00AB43D0">
        <w:t>0</w:t>
      </w:r>
      <w:r w:rsidR="003420C4" w:rsidRPr="003420C4">
        <w:t xml:space="preserve"> </w:t>
      </w:r>
      <w:r>
        <w:t xml:space="preserve"> </w:t>
      </w:r>
      <w:proofErr w:type="spellStart"/>
      <w:r>
        <w:t>kalendripäeva</w:t>
      </w:r>
      <w:proofErr w:type="spellEnd"/>
      <w:r>
        <w:t>. Taotletav tähtaeg jääb määruse § 3 lõike 3 kohase kuni üheaastase tähtaja piiresse ning avaldus on esitatud § 2 lõike 5 kohaselt kuni 60 kalendripäeva enne eksponeerimise algust.</w:t>
      </w:r>
    </w:p>
    <w:p w14:paraId="1F9C460A" w14:textId="74B8E872" w:rsidR="002019E5" w:rsidRDefault="00000000">
      <w:r>
        <w:t xml:space="preserve">Maksumäär on 0,46 eurot kalendripäevas ühe reklaampinna ruutmeetri kohta (§ 8 lg 1). Maksustatava </w:t>
      </w:r>
      <w:proofErr w:type="spellStart"/>
      <w:r>
        <w:t>reklaampinna</w:t>
      </w:r>
      <w:proofErr w:type="spellEnd"/>
      <w:r>
        <w:t xml:space="preserve"> </w:t>
      </w:r>
      <w:proofErr w:type="spellStart"/>
      <w:r>
        <w:t>suurus</w:t>
      </w:r>
      <w:proofErr w:type="spellEnd"/>
      <w:r>
        <w:t xml:space="preserve"> on </w:t>
      </w:r>
      <w:r w:rsidR="003420C4" w:rsidRPr="003420C4">
        <w:t xml:space="preserve">10 </w:t>
      </w:r>
      <w:r>
        <w:t xml:space="preserve">m², </w:t>
      </w:r>
      <w:proofErr w:type="spellStart"/>
      <w:r>
        <w:t>millest</w:t>
      </w:r>
      <w:proofErr w:type="spellEnd"/>
      <w:r>
        <w:t xml:space="preserve"> </w:t>
      </w:r>
      <w:proofErr w:type="spellStart"/>
      <w:r>
        <w:t>tuleneb</w:t>
      </w:r>
      <w:proofErr w:type="spellEnd"/>
      <w:r>
        <w:t xml:space="preserve"> </w:t>
      </w:r>
      <w:proofErr w:type="spellStart"/>
      <w:r>
        <w:t>reklaamimaks</w:t>
      </w:r>
      <w:proofErr w:type="spellEnd"/>
      <w:r>
        <w:t xml:space="preserve"> </w:t>
      </w:r>
      <w:r w:rsidR="003420C4" w:rsidRPr="003420C4">
        <w:rPr>
          <w:b/>
          <w:bCs/>
        </w:rPr>
        <w:t xml:space="preserve">4,6  </w:t>
      </w:r>
      <w:proofErr w:type="spellStart"/>
      <w:r>
        <w:t>eurot</w:t>
      </w:r>
      <w:proofErr w:type="spellEnd"/>
      <w:r>
        <w:t xml:space="preserve"> </w:t>
      </w:r>
      <w:proofErr w:type="spellStart"/>
      <w:r>
        <w:t>kalendripäevas</w:t>
      </w:r>
      <w:proofErr w:type="spellEnd"/>
      <w:r>
        <w:t xml:space="preserve"> ja </w:t>
      </w:r>
      <w:proofErr w:type="spellStart"/>
      <w:r>
        <w:t>kogu</w:t>
      </w:r>
      <w:proofErr w:type="spellEnd"/>
      <w:r>
        <w:t xml:space="preserve"> </w:t>
      </w:r>
      <w:proofErr w:type="spellStart"/>
      <w:r>
        <w:t>eksponeerimisperioodi</w:t>
      </w:r>
      <w:proofErr w:type="spellEnd"/>
      <w:r>
        <w:t xml:space="preserve"> </w:t>
      </w:r>
      <w:proofErr w:type="spellStart"/>
      <w:r>
        <w:t>eest</w:t>
      </w:r>
      <w:proofErr w:type="spellEnd"/>
      <w:r w:rsidRPr="00AB43D0">
        <w:rPr>
          <w:b/>
          <w:bCs/>
        </w:rPr>
        <w:t xml:space="preserve"> </w:t>
      </w:r>
      <w:r w:rsidR="003420C4" w:rsidRPr="00AB43D0">
        <w:rPr>
          <w:b/>
          <w:bCs/>
        </w:rPr>
        <w:t>16</w:t>
      </w:r>
      <w:r w:rsidR="00AB43D0" w:rsidRPr="00AB43D0">
        <w:rPr>
          <w:b/>
          <w:bCs/>
        </w:rPr>
        <w:t>10</w:t>
      </w:r>
      <w:r w:rsidRPr="003420C4">
        <w:t xml:space="preserve"> </w:t>
      </w:r>
      <w:proofErr w:type="spellStart"/>
      <w:r>
        <w:t>eurot</w:t>
      </w:r>
      <w:proofErr w:type="spellEnd"/>
      <w:r>
        <w:t>.</w:t>
      </w:r>
    </w:p>
    <w:p w14:paraId="4937AC6C" w14:textId="77777777" w:rsidR="002019E5" w:rsidRDefault="00000000">
      <w:r>
        <w:t>Maksuvabastuse aluseid (§ 6) ei kohaldu ning maksusoodustust (§ 7 lg 1) ei taotleta, kuna tegemist on ärireklaamiga, mis ei kuulu § 7 lõikes 1 loetletud soodustatavate reklaamiliikide hulka.</w:t>
      </w:r>
    </w:p>
    <w:p w14:paraId="77DE8D50" w14:textId="77777777" w:rsidR="002019E5" w:rsidRPr="00DF7E4C" w:rsidRDefault="00000000">
      <w:pPr>
        <w:rPr>
          <w:lang w:val="nl-NL"/>
        </w:rPr>
      </w:pPr>
      <w:proofErr w:type="spellStart"/>
      <w:r w:rsidRPr="00DF7E4C">
        <w:rPr>
          <w:lang w:val="nl-NL"/>
        </w:rPr>
        <w:lastRenderedPageBreak/>
        <w:t>Reklaamimaksu</w:t>
      </w:r>
      <w:proofErr w:type="spellEnd"/>
      <w:r w:rsidRPr="00DF7E4C">
        <w:rPr>
          <w:lang w:val="nl-NL"/>
        </w:rPr>
        <w:t xml:space="preserve"> </w:t>
      </w:r>
      <w:proofErr w:type="spellStart"/>
      <w:r w:rsidRPr="00DF7E4C">
        <w:rPr>
          <w:lang w:val="nl-NL"/>
        </w:rPr>
        <w:t>deklareerib</w:t>
      </w:r>
      <w:proofErr w:type="spellEnd"/>
      <w:r w:rsidRPr="00DF7E4C">
        <w:rPr>
          <w:lang w:val="nl-NL"/>
        </w:rPr>
        <w:t xml:space="preserve"> ja </w:t>
      </w:r>
      <w:proofErr w:type="spellStart"/>
      <w:r w:rsidRPr="00DF7E4C">
        <w:rPr>
          <w:lang w:val="nl-NL"/>
        </w:rPr>
        <w:t>tasub</w:t>
      </w:r>
      <w:proofErr w:type="spellEnd"/>
      <w:r w:rsidRPr="00DF7E4C">
        <w:rPr>
          <w:lang w:val="nl-NL"/>
        </w:rPr>
        <w:t xml:space="preserve"> </w:t>
      </w:r>
      <w:proofErr w:type="spellStart"/>
      <w:r w:rsidRPr="00DF7E4C">
        <w:rPr>
          <w:lang w:val="nl-NL"/>
        </w:rPr>
        <w:t>Roopa</w:t>
      </w:r>
      <w:proofErr w:type="spellEnd"/>
      <w:r w:rsidRPr="00DF7E4C">
        <w:rPr>
          <w:lang w:val="nl-NL"/>
        </w:rPr>
        <w:t xml:space="preserve"> </w:t>
      </w:r>
      <w:proofErr w:type="spellStart"/>
      <w:r w:rsidRPr="00DF7E4C">
        <w:rPr>
          <w:lang w:val="nl-NL"/>
        </w:rPr>
        <w:t>Arendus</w:t>
      </w:r>
      <w:proofErr w:type="spellEnd"/>
      <w:r w:rsidRPr="00DF7E4C">
        <w:rPr>
          <w:lang w:val="nl-NL"/>
        </w:rPr>
        <w:t xml:space="preserve"> OÜ. </w:t>
      </w:r>
      <w:proofErr w:type="spellStart"/>
      <w:r w:rsidRPr="00DF7E4C">
        <w:rPr>
          <w:lang w:val="nl-NL"/>
        </w:rPr>
        <w:t>Deklaratsiooni</w:t>
      </w:r>
      <w:proofErr w:type="spellEnd"/>
      <w:r w:rsidRPr="00DF7E4C">
        <w:rPr>
          <w:lang w:val="nl-NL"/>
        </w:rPr>
        <w:t xml:space="preserve"> </w:t>
      </w:r>
      <w:proofErr w:type="spellStart"/>
      <w:r w:rsidRPr="00DF7E4C">
        <w:rPr>
          <w:lang w:val="nl-NL"/>
        </w:rPr>
        <w:t>genereerib</w:t>
      </w:r>
      <w:proofErr w:type="spellEnd"/>
      <w:r w:rsidRPr="00DF7E4C">
        <w:rPr>
          <w:lang w:val="nl-NL"/>
        </w:rPr>
        <w:t xml:space="preserve"> OPIS </w:t>
      </w:r>
      <w:proofErr w:type="spellStart"/>
      <w:r w:rsidRPr="00DF7E4C">
        <w:rPr>
          <w:lang w:val="nl-NL"/>
        </w:rPr>
        <w:t>loa</w:t>
      </w:r>
      <w:proofErr w:type="spellEnd"/>
      <w:r w:rsidRPr="00DF7E4C">
        <w:rPr>
          <w:lang w:val="nl-NL"/>
        </w:rPr>
        <w:t xml:space="preserve"> </w:t>
      </w:r>
      <w:proofErr w:type="spellStart"/>
      <w:r w:rsidRPr="00DF7E4C">
        <w:rPr>
          <w:lang w:val="nl-NL"/>
        </w:rPr>
        <w:t>alusel</w:t>
      </w:r>
      <w:proofErr w:type="spellEnd"/>
      <w:r w:rsidRPr="00DF7E4C">
        <w:rPr>
          <w:lang w:val="nl-NL"/>
        </w:rPr>
        <w:t xml:space="preserve"> </w:t>
      </w:r>
      <w:proofErr w:type="spellStart"/>
      <w:r w:rsidRPr="00DF7E4C">
        <w:rPr>
          <w:lang w:val="nl-NL"/>
        </w:rPr>
        <w:t>automaatselt</w:t>
      </w:r>
      <w:proofErr w:type="spellEnd"/>
      <w:r w:rsidRPr="00DF7E4C">
        <w:rPr>
          <w:lang w:val="nl-NL"/>
        </w:rPr>
        <w:t xml:space="preserve">; </w:t>
      </w:r>
      <w:proofErr w:type="spellStart"/>
      <w:r w:rsidRPr="00DF7E4C">
        <w:rPr>
          <w:lang w:val="nl-NL"/>
        </w:rPr>
        <w:t>tasumine</w:t>
      </w:r>
      <w:proofErr w:type="spellEnd"/>
      <w:r w:rsidRPr="00DF7E4C">
        <w:rPr>
          <w:lang w:val="nl-NL"/>
        </w:rPr>
        <w:t xml:space="preserve"> </w:t>
      </w:r>
      <w:proofErr w:type="spellStart"/>
      <w:r w:rsidRPr="00DF7E4C">
        <w:rPr>
          <w:lang w:val="nl-NL"/>
        </w:rPr>
        <w:t>toimub</w:t>
      </w:r>
      <w:proofErr w:type="spellEnd"/>
      <w:r w:rsidRPr="00DF7E4C">
        <w:rPr>
          <w:lang w:val="nl-NL"/>
        </w:rPr>
        <w:t xml:space="preserve"> </w:t>
      </w:r>
      <w:proofErr w:type="spellStart"/>
      <w:r w:rsidRPr="00DF7E4C">
        <w:rPr>
          <w:lang w:val="nl-NL"/>
        </w:rPr>
        <w:t>pangalingiga</w:t>
      </w:r>
      <w:proofErr w:type="spellEnd"/>
      <w:r w:rsidRPr="00DF7E4C">
        <w:rPr>
          <w:lang w:val="nl-NL"/>
        </w:rPr>
        <w:t xml:space="preserve"> </w:t>
      </w:r>
      <w:proofErr w:type="spellStart"/>
      <w:r w:rsidRPr="00DF7E4C">
        <w:rPr>
          <w:lang w:val="nl-NL"/>
        </w:rPr>
        <w:t>või</w:t>
      </w:r>
      <w:proofErr w:type="spellEnd"/>
      <w:r w:rsidRPr="00DF7E4C">
        <w:rPr>
          <w:lang w:val="nl-NL"/>
        </w:rPr>
        <w:t xml:space="preserve"> </w:t>
      </w:r>
      <w:proofErr w:type="spellStart"/>
      <w:r w:rsidRPr="00DF7E4C">
        <w:rPr>
          <w:lang w:val="nl-NL"/>
        </w:rPr>
        <w:t>ülekandega</w:t>
      </w:r>
      <w:proofErr w:type="spellEnd"/>
      <w:r w:rsidRPr="00DF7E4C">
        <w:rPr>
          <w:lang w:val="nl-NL"/>
        </w:rPr>
        <w:t xml:space="preserve"> </w:t>
      </w:r>
      <w:proofErr w:type="spellStart"/>
      <w:r w:rsidRPr="00DF7E4C">
        <w:rPr>
          <w:lang w:val="nl-NL"/>
        </w:rPr>
        <w:t>valla</w:t>
      </w:r>
      <w:proofErr w:type="spellEnd"/>
      <w:r w:rsidRPr="00DF7E4C">
        <w:rPr>
          <w:lang w:val="nl-NL"/>
        </w:rPr>
        <w:t xml:space="preserve"> </w:t>
      </w:r>
      <w:proofErr w:type="spellStart"/>
      <w:r w:rsidRPr="00DF7E4C">
        <w:rPr>
          <w:lang w:val="nl-NL"/>
        </w:rPr>
        <w:t>arveldusarvele</w:t>
      </w:r>
      <w:proofErr w:type="spellEnd"/>
      <w:r w:rsidRPr="00DF7E4C">
        <w:rPr>
          <w:lang w:val="nl-NL"/>
        </w:rPr>
        <w:t xml:space="preserve">, </w:t>
      </w:r>
      <w:proofErr w:type="spellStart"/>
      <w:r w:rsidRPr="00DF7E4C">
        <w:rPr>
          <w:lang w:val="nl-NL"/>
        </w:rPr>
        <w:t>märkides</w:t>
      </w:r>
      <w:proofErr w:type="spellEnd"/>
      <w:r w:rsidRPr="00DF7E4C">
        <w:rPr>
          <w:lang w:val="nl-NL"/>
        </w:rPr>
        <w:t xml:space="preserve"> </w:t>
      </w:r>
      <w:proofErr w:type="spellStart"/>
      <w:r w:rsidRPr="00DF7E4C">
        <w:rPr>
          <w:lang w:val="nl-NL"/>
        </w:rPr>
        <w:t>selgituses</w:t>
      </w:r>
      <w:proofErr w:type="spellEnd"/>
      <w:r w:rsidRPr="00DF7E4C">
        <w:rPr>
          <w:lang w:val="nl-NL"/>
        </w:rPr>
        <w:t xml:space="preserve"> </w:t>
      </w:r>
      <w:proofErr w:type="spellStart"/>
      <w:r w:rsidRPr="00DF7E4C">
        <w:rPr>
          <w:lang w:val="nl-NL"/>
        </w:rPr>
        <w:t>deklaratsiooni</w:t>
      </w:r>
      <w:proofErr w:type="spellEnd"/>
      <w:r w:rsidRPr="00DF7E4C">
        <w:rPr>
          <w:lang w:val="nl-NL"/>
        </w:rPr>
        <w:t xml:space="preserve"> </w:t>
      </w:r>
      <w:proofErr w:type="spellStart"/>
      <w:r w:rsidRPr="00DF7E4C">
        <w:rPr>
          <w:lang w:val="nl-NL"/>
        </w:rPr>
        <w:t>numbri</w:t>
      </w:r>
      <w:proofErr w:type="spellEnd"/>
      <w:r w:rsidRPr="00DF7E4C">
        <w:rPr>
          <w:lang w:val="nl-NL"/>
        </w:rPr>
        <w:t>.</w:t>
      </w:r>
    </w:p>
    <w:p w14:paraId="2FE02D5A" w14:textId="77777777" w:rsidR="002019E5" w:rsidRPr="00DF7E4C" w:rsidRDefault="00000000">
      <w:pPr>
        <w:rPr>
          <w:lang w:val="nl-NL"/>
        </w:rPr>
      </w:pPr>
      <w:proofErr w:type="spellStart"/>
      <w:r w:rsidRPr="00DF7E4C">
        <w:rPr>
          <w:lang w:val="nl-NL"/>
        </w:rPr>
        <w:t>Kui</w:t>
      </w:r>
      <w:proofErr w:type="spellEnd"/>
      <w:r w:rsidRPr="00DF7E4C">
        <w:rPr>
          <w:lang w:val="nl-NL"/>
        </w:rPr>
        <w:t xml:space="preserve"> </w:t>
      </w:r>
      <w:proofErr w:type="spellStart"/>
      <w:r w:rsidRPr="00DF7E4C">
        <w:rPr>
          <w:lang w:val="nl-NL"/>
        </w:rPr>
        <w:t>eksponeerimist</w:t>
      </w:r>
      <w:proofErr w:type="spellEnd"/>
      <w:r w:rsidRPr="00DF7E4C">
        <w:rPr>
          <w:lang w:val="nl-NL"/>
        </w:rPr>
        <w:t xml:space="preserve"> </w:t>
      </w:r>
      <w:proofErr w:type="spellStart"/>
      <w:r w:rsidRPr="00DF7E4C">
        <w:rPr>
          <w:lang w:val="nl-NL"/>
        </w:rPr>
        <w:t>soovitakse</w:t>
      </w:r>
      <w:proofErr w:type="spellEnd"/>
      <w:r w:rsidRPr="00DF7E4C">
        <w:rPr>
          <w:lang w:val="nl-NL"/>
        </w:rPr>
        <w:t xml:space="preserve"> </w:t>
      </w:r>
      <w:proofErr w:type="spellStart"/>
      <w:r w:rsidRPr="00DF7E4C">
        <w:rPr>
          <w:lang w:val="nl-NL"/>
        </w:rPr>
        <w:t>pärast</w:t>
      </w:r>
      <w:proofErr w:type="spellEnd"/>
      <w:r w:rsidRPr="00DF7E4C">
        <w:rPr>
          <w:lang w:val="nl-NL"/>
        </w:rPr>
        <w:t xml:space="preserve"> </w:t>
      </w:r>
      <w:proofErr w:type="spellStart"/>
      <w:r w:rsidRPr="00DF7E4C">
        <w:rPr>
          <w:lang w:val="nl-NL"/>
        </w:rPr>
        <w:t>loa</w:t>
      </w:r>
      <w:proofErr w:type="spellEnd"/>
      <w:r w:rsidRPr="00DF7E4C">
        <w:rPr>
          <w:lang w:val="nl-NL"/>
        </w:rPr>
        <w:t xml:space="preserve"> </w:t>
      </w:r>
      <w:proofErr w:type="spellStart"/>
      <w:r w:rsidRPr="00DF7E4C">
        <w:rPr>
          <w:lang w:val="nl-NL"/>
        </w:rPr>
        <w:t>tähtaja</w:t>
      </w:r>
      <w:proofErr w:type="spellEnd"/>
      <w:r w:rsidRPr="00DF7E4C">
        <w:rPr>
          <w:lang w:val="nl-NL"/>
        </w:rPr>
        <w:t xml:space="preserve"> </w:t>
      </w:r>
      <w:proofErr w:type="spellStart"/>
      <w:r w:rsidRPr="00DF7E4C">
        <w:rPr>
          <w:lang w:val="nl-NL"/>
        </w:rPr>
        <w:t>lõppu</w:t>
      </w:r>
      <w:proofErr w:type="spellEnd"/>
      <w:r w:rsidRPr="00DF7E4C">
        <w:rPr>
          <w:lang w:val="nl-NL"/>
        </w:rPr>
        <w:t xml:space="preserve"> </w:t>
      </w:r>
      <w:proofErr w:type="spellStart"/>
      <w:r w:rsidRPr="00DF7E4C">
        <w:rPr>
          <w:lang w:val="nl-NL"/>
        </w:rPr>
        <w:t>jätkata</w:t>
      </w:r>
      <w:proofErr w:type="spellEnd"/>
      <w:r w:rsidRPr="00DF7E4C">
        <w:rPr>
          <w:lang w:val="nl-NL"/>
        </w:rPr>
        <w:t xml:space="preserve">, </w:t>
      </w:r>
      <w:proofErr w:type="spellStart"/>
      <w:r w:rsidRPr="00DF7E4C">
        <w:rPr>
          <w:lang w:val="nl-NL"/>
        </w:rPr>
        <w:t>esitab</w:t>
      </w:r>
      <w:proofErr w:type="spellEnd"/>
      <w:r w:rsidRPr="00DF7E4C">
        <w:rPr>
          <w:lang w:val="nl-NL"/>
        </w:rPr>
        <w:t xml:space="preserve"> </w:t>
      </w:r>
      <w:proofErr w:type="spellStart"/>
      <w:r w:rsidRPr="00DF7E4C">
        <w:rPr>
          <w:lang w:val="nl-NL"/>
        </w:rPr>
        <w:t>taotleja</w:t>
      </w:r>
      <w:proofErr w:type="spellEnd"/>
      <w:r w:rsidRPr="00DF7E4C">
        <w:rPr>
          <w:lang w:val="nl-NL"/>
        </w:rPr>
        <w:t xml:space="preserve"> </w:t>
      </w:r>
      <w:proofErr w:type="spellStart"/>
      <w:r w:rsidRPr="00DF7E4C">
        <w:rPr>
          <w:lang w:val="nl-NL"/>
        </w:rPr>
        <w:t>uue</w:t>
      </w:r>
      <w:proofErr w:type="spellEnd"/>
      <w:r w:rsidRPr="00DF7E4C">
        <w:rPr>
          <w:lang w:val="nl-NL"/>
        </w:rPr>
        <w:t xml:space="preserve"> </w:t>
      </w:r>
      <w:proofErr w:type="spellStart"/>
      <w:r w:rsidRPr="00DF7E4C">
        <w:rPr>
          <w:lang w:val="nl-NL"/>
        </w:rPr>
        <w:t>taotluse</w:t>
      </w:r>
      <w:proofErr w:type="spellEnd"/>
      <w:r w:rsidRPr="00DF7E4C">
        <w:rPr>
          <w:lang w:val="nl-NL"/>
        </w:rPr>
        <w:t xml:space="preserve"> </w:t>
      </w:r>
      <w:proofErr w:type="spellStart"/>
      <w:r w:rsidRPr="00DF7E4C">
        <w:rPr>
          <w:lang w:val="nl-NL"/>
        </w:rPr>
        <w:t>vähemalt</w:t>
      </w:r>
      <w:proofErr w:type="spellEnd"/>
      <w:r w:rsidRPr="00DF7E4C">
        <w:rPr>
          <w:lang w:val="nl-NL"/>
        </w:rPr>
        <w:t xml:space="preserve"> 20 </w:t>
      </w:r>
      <w:proofErr w:type="spellStart"/>
      <w:r w:rsidRPr="00DF7E4C">
        <w:rPr>
          <w:lang w:val="nl-NL"/>
        </w:rPr>
        <w:t>kalendripäeva</w:t>
      </w:r>
      <w:proofErr w:type="spellEnd"/>
      <w:r w:rsidRPr="00DF7E4C">
        <w:rPr>
          <w:lang w:val="nl-NL"/>
        </w:rPr>
        <w:t xml:space="preserve"> enne </w:t>
      </w:r>
      <w:proofErr w:type="spellStart"/>
      <w:r w:rsidRPr="00DF7E4C">
        <w:rPr>
          <w:lang w:val="nl-NL"/>
        </w:rPr>
        <w:t>tähtaja</w:t>
      </w:r>
      <w:proofErr w:type="spellEnd"/>
      <w:r w:rsidRPr="00DF7E4C">
        <w:rPr>
          <w:lang w:val="nl-NL"/>
        </w:rPr>
        <w:t xml:space="preserve"> </w:t>
      </w:r>
      <w:proofErr w:type="spellStart"/>
      <w:r w:rsidRPr="00DF7E4C">
        <w:rPr>
          <w:lang w:val="nl-NL"/>
        </w:rPr>
        <w:t>möödumist</w:t>
      </w:r>
      <w:proofErr w:type="spellEnd"/>
      <w:r w:rsidRPr="00DF7E4C">
        <w:rPr>
          <w:lang w:val="nl-NL"/>
        </w:rPr>
        <w:t xml:space="preserve"> (§ 3 </w:t>
      </w:r>
      <w:proofErr w:type="spellStart"/>
      <w:r w:rsidRPr="00DF7E4C">
        <w:rPr>
          <w:lang w:val="nl-NL"/>
        </w:rPr>
        <w:t>lg</w:t>
      </w:r>
      <w:proofErr w:type="spellEnd"/>
      <w:r w:rsidRPr="00DF7E4C">
        <w:rPr>
          <w:lang w:val="nl-NL"/>
        </w:rPr>
        <w:t xml:space="preserve"> 5). </w:t>
      </w:r>
      <w:proofErr w:type="spellStart"/>
      <w:r w:rsidRPr="00DF7E4C">
        <w:rPr>
          <w:lang w:val="nl-NL"/>
        </w:rPr>
        <w:t>Kui</w:t>
      </w:r>
      <w:proofErr w:type="spellEnd"/>
      <w:r w:rsidRPr="00DF7E4C">
        <w:rPr>
          <w:lang w:val="nl-NL"/>
        </w:rPr>
        <w:t xml:space="preserve"> </w:t>
      </w:r>
      <w:proofErr w:type="spellStart"/>
      <w:r w:rsidRPr="00DF7E4C">
        <w:rPr>
          <w:lang w:val="nl-NL"/>
        </w:rPr>
        <w:t>reklaam</w:t>
      </w:r>
      <w:proofErr w:type="spellEnd"/>
      <w:r w:rsidRPr="00DF7E4C">
        <w:rPr>
          <w:lang w:val="nl-NL"/>
        </w:rPr>
        <w:t xml:space="preserve"> </w:t>
      </w:r>
      <w:proofErr w:type="spellStart"/>
      <w:r w:rsidRPr="00DF7E4C">
        <w:rPr>
          <w:lang w:val="nl-NL"/>
        </w:rPr>
        <w:t>eemaldatakse</w:t>
      </w:r>
      <w:proofErr w:type="spellEnd"/>
      <w:r w:rsidRPr="00DF7E4C">
        <w:rPr>
          <w:lang w:val="nl-NL"/>
        </w:rPr>
        <w:t xml:space="preserve"> </w:t>
      </w:r>
      <w:proofErr w:type="spellStart"/>
      <w:r w:rsidRPr="00DF7E4C">
        <w:rPr>
          <w:lang w:val="nl-NL"/>
        </w:rPr>
        <w:t>varem</w:t>
      </w:r>
      <w:proofErr w:type="spellEnd"/>
      <w:r w:rsidRPr="00DF7E4C">
        <w:rPr>
          <w:lang w:val="nl-NL"/>
        </w:rPr>
        <w:t xml:space="preserve">, </w:t>
      </w:r>
      <w:proofErr w:type="spellStart"/>
      <w:r w:rsidRPr="00DF7E4C">
        <w:rPr>
          <w:lang w:val="nl-NL"/>
        </w:rPr>
        <w:t>esitab</w:t>
      </w:r>
      <w:proofErr w:type="spellEnd"/>
      <w:r w:rsidRPr="00DF7E4C">
        <w:rPr>
          <w:lang w:val="nl-NL"/>
        </w:rPr>
        <w:t xml:space="preserve"> </w:t>
      </w:r>
      <w:proofErr w:type="spellStart"/>
      <w:r w:rsidRPr="00DF7E4C">
        <w:rPr>
          <w:lang w:val="nl-NL"/>
        </w:rPr>
        <w:t>taotleja</w:t>
      </w:r>
      <w:proofErr w:type="spellEnd"/>
      <w:r w:rsidRPr="00DF7E4C">
        <w:rPr>
          <w:lang w:val="nl-NL"/>
        </w:rPr>
        <w:t xml:space="preserve"> </w:t>
      </w:r>
      <w:proofErr w:type="spellStart"/>
      <w:r w:rsidRPr="00DF7E4C">
        <w:rPr>
          <w:lang w:val="nl-NL"/>
        </w:rPr>
        <w:t>reklaamimaksu</w:t>
      </w:r>
      <w:proofErr w:type="spellEnd"/>
      <w:r w:rsidRPr="00DF7E4C">
        <w:rPr>
          <w:lang w:val="nl-NL"/>
        </w:rPr>
        <w:t xml:space="preserve"> </w:t>
      </w:r>
      <w:proofErr w:type="spellStart"/>
      <w:r w:rsidRPr="00DF7E4C">
        <w:rPr>
          <w:lang w:val="nl-NL"/>
        </w:rPr>
        <w:t>tagastusnõude</w:t>
      </w:r>
      <w:proofErr w:type="spellEnd"/>
      <w:r w:rsidRPr="00DF7E4C">
        <w:rPr>
          <w:lang w:val="nl-NL"/>
        </w:rPr>
        <w:t>.</w:t>
      </w:r>
    </w:p>
    <w:p w14:paraId="46388FC4" w14:textId="77777777" w:rsidR="002019E5" w:rsidRPr="00DF7E4C" w:rsidRDefault="00000000">
      <w:pPr>
        <w:spacing w:before="280" w:after="80"/>
        <w:rPr>
          <w:lang w:val="nl-NL"/>
        </w:rPr>
      </w:pPr>
      <w:r w:rsidRPr="00DF7E4C">
        <w:rPr>
          <w:b/>
          <w:sz w:val="23"/>
          <w:lang w:val="nl-NL"/>
        </w:rPr>
        <w:t xml:space="preserve">11. </w:t>
      </w:r>
      <w:proofErr w:type="spellStart"/>
      <w:r w:rsidRPr="00DF7E4C">
        <w:rPr>
          <w:b/>
          <w:sz w:val="23"/>
          <w:lang w:val="nl-NL"/>
        </w:rPr>
        <w:t>Hooldus</w:t>
      </w:r>
      <w:proofErr w:type="spellEnd"/>
      <w:r w:rsidRPr="00DF7E4C">
        <w:rPr>
          <w:b/>
          <w:sz w:val="23"/>
          <w:lang w:val="nl-NL"/>
        </w:rPr>
        <w:t xml:space="preserve">, </w:t>
      </w:r>
      <w:proofErr w:type="spellStart"/>
      <w:r w:rsidRPr="00DF7E4C">
        <w:rPr>
          <w:b/>
          <w:sz w:val="23"/>
          <w:lang w:val="nl-NL"/>
        </w:rPr>
        <w:t>korrashoid</w:t>
      </w:r>
      <w:proofErr w:type="spellEnd"/>
      <w:r w:rsidRPr="00DF7E4C">
        <w:rPr>
          <w:b/>
          <w:sz w:val="23"/>
          <w:lang w:val="nl-NL"/>
        </w:rPr>
        <w:t xml:space="preserve"> ja </w:t>
      </w:r>
      <w:proofErr w:type="spellStart"/>
      <w:r w:rsidRPr="00DF7E4C">
        <w:rPr>
          <w:b/>
          <w:sz w:val="23"/>
          <w:lang w:val="nl-NL"/>
        </w:rPr>
        <w:t>eemaldamine</w:t>
      </w:r>
      <w:proofErr w:type="spellEnd"/>
    </w:p>
    <w:p w14:paraId="02F02348" w14:textId="77777777" w:rsidR="002019E5" w:rsidRPr="00DF7E4C" w:rsidRDefault="00000000">
      <w:pPr>
        <w:rPr>
          <w:lang w:val="nl-NL"/>
        </w:rPr>
      </w:pPr>
      <w:proofErr w:type="spellStart"/>
      <w:r w:rsidRPr="00DF7E4C">
        <w:rPr>
          <w:lang w:val="nl-NL"/>
        </w:rPr>
        <w:t>Reklaamikandja</w:t>
      </w:r>
      <w:proofErr w:type="spellEnd"/>
      <w:r w:rsidRPr="00DF7E4C">
        <w:rPr>
          <w:lang w:val="nl-NL"/>
        </w:rPr>
        <w:t xml:space="preserve"> </w:t>
      </w:r>
      <w:proofErr w:type="spellStart"/>
      <w:r w:rsidRPr="00DF7E4C">
        <w:rPr>
          <w:lang w:val="nl-NL"/>
        </w:rPr>
        <w:t>korrashoiu</w:t>
      </w:r>
      <w:proofErr w:type="spellEnd"/>
      <w:r w:rsidRPr="00DF7E4C">
        <w:rPr>
          <w:lang w:val="nl-NL"/>
        </w:rPr>
        <w:t xml:space="preserve"> eest </w:t>
      </w:r>
      <w:proofErr w:type="spellStart"/>
      <w:r w:rsidRPr="00DF7E4C">
        <w:rPr>
          <w:lang w:val="nl-NL"/>
        </w:rPr>
        <w:t>vastutab</w:t>
      </w:r>
      <w:proofErr w:type="spellEnd"/>
      <w:r w:rsidRPr="00DF7E4C">
        <w:rPr>
          <w:lang w:val="nl-NL"/>
        </w:rPr>
        <w:t xml:space="preserve"> </w:t>
      </w:r>
      <w:proofErr w:type="spellStart"/>
      <w:r w:rsidRPr="00DF7E4C">
        <w:rPr>
          <w:lang w:val="nl-NL"/>
        </w:rPr>
        <w:t>Roopa</w:t>
      </w:r>
      <w:proofErr w:type="spellEnd"/>
      <w:r w:rsidRPr="00DF7E4C">
        <w:rPr>
          <w:lang w:val="nl-NL"/>
        </w:rPr>
        <w:t xml:space="preserve"> </w:t>
      </w:r>
      <w:proofErr w:type="spellStart"/>
      <w:r w:rsidRPr="00DF7E4C">
        <w:rPr>
          <w:lang w:val="nl-NL"/>
        </w:rPr>
        <w:t>Arendus</w:t>
      </w:r>
      <w:proofErr w:type="spellEnd"/>
      <w:r w:rsidRPr="00DF7E4C">
        <w:rPr>
          <w:lang w:val="nl-NL"/>
        </w:rPr>
        <w:t xml:space="preserve"> OÜ.</w:t>
      </w:r>
    </w:p>
    <w:p w14:paraId="21F1DB4F" w14:textId="77777777" w:rsidR="002019E5" w:rsidRPr="00DF7E4C" w:rsidRDefault="00000000">
      <w:pPr>
        <w:rPr>
          <w:lang w:val="nl-NL"/>
        </w:rPr>
      </w:pPr>
      <w:proofErr w:type="spellStart"/>
      <w:r w:rsidRPr="00DF7E4C">
        <w:rPr>
          <w:lang w:val="nl-NL"/>
        </w:rPr>
        <w:t>Kandja</w:t>
      </w:r>
      <w:proofErr w:type="spellEnd"/>
      <w:r w:rsidRPr="00DF7E4C">
        <w:rPr>
          <w:lang w:val="nl-NL"/>
        </w:rPr>
        <w:t xml:space="preserve"> </w:t>
      </w:r>
      <w:proofErr w:type="spellStart"/>
      <w:r w:rsidRPr="00DF7E4C">
        <w:rPr>
          <w:lang w:val="nl-NL"/>
        </w:rPr>
        <w:t>kahjustumise</w:t>
      </w:r>
      <w:proofErr w:type="spellEnd"/>
      <w:r w:rsidRPr="00DF7E4C">
        <w:rPr>
          <w:lang w:val="nl-NL"/>
        </w:rPr>
        <w:t xml:space="preserve">, </w:t>
      </w:r>
      <w:proofErr w:type="spellStart"/>
      <w:r w:rsidRPr="00DF7E4C">
        <w:rPr>
          <w:lang w:val="nl-NL"/>
        </w:rPr>
        <w:t>määrdumise</w:t>
      </w:r>
      <w:proofErr w:type="spellEnd"/>
      <w:r w:rsidRPr="00DF7E4C">
        <w:rPr>
          <w:lang w:val="nl-NL"/>
        </w:rPr>
        <w:t xml:space="preserve"> </w:t>
      </w:r>
      <w:proofErr w:type="spellStart"/>
      <w:r w:rsidRPr="00DF7E4C">
        <w:rPr>
          <w:lang w:val="nl-NL"/>
        </w:rPr>
        <w:t>või</w:t>
      </w:r>
      <w:proofErr w:type="spellEnd"/>
      <w:r w:rsidRPr="00DF7E4C">
        <w:rPr>
          <w:lang w:val="nl-NL"/>
        </w:rPr>
        <w:t xml:space="preserve"> </w:t>
      </w:r>
      <w:proofErr w:type="spellStart"/>
      <w:r w:rsidRPr="00DF7E4C">
        <w:rPr>
          <w:lang w:val="nl-NL"/>
        </w:rPr>
        <w:t>rikkumise</w:t>
      </w:r>
      <w:proofErr w:type="spellEnd"/>
      <w:r w:rsidRPr="00DF7E4C">
        <w:rPr>
          <w:lang w:val="nl-NL"/>
        </w:rPr>
        <w:t xml:space="preserve"> </w:t>
      </w:r>
      <w:proofErr w:type="spellStart"/>
      <w:r w:rsidRPr="00DF7E4C">
        <w:rPr>
          <w:lang w:val="nl-NL"/>
        </w:rPr>
        <w:t>korral</w:t>
      </w:r>
      <w:proofErr w:type="spellEnd"/>
      <w:r w:rsidRPr="00DF7E4C">
        <w:rPr>
          <w:lang w:val="nl-NL"/>
        </w:rPr>
        <w:t xml:space="preserve"> </w:t>
      </w:r>
      <w:proofErr w:type="spellStart"/>
      <w:r w:rsidRPr="00DF7E4C">
        <w:rPr>
          <w:lang w:val="nl-NL"/>
        </w:rPr>
        <w:t>korrastatakse</w:t>
      </w:r>
      <w:proofErr w:type="spellEnd"/>
      <w:r w:rsidRPr="00DF7E4C">
        <w:rPr>
          <w:lang w:val="nl-NL"/>
        </w:rPr>
        <w:t xml:space="preserve"> </w:t>
      </w:r>
      <w:proofErr w:type="spellStart"/>
      <w:r w:rsidRPr="00DF7E4C">
        <w:rPr>
          <w:lang w:val="nl-NL"/>
        </w:rPr>
        <w:t>või</w:t>
      </w:r>
      <w:proofErr w:type="spellEnd"/>
      <w:r w:rsidRPr="00DF7E4C">
        <w:rPr>
          <w:lang w:val="nl-NL"/>
        </w:rPr>
        <w:t xml:space="preserve"> </w:t>
      </w:r>
      <w:proofErr w:type="spellStart"/>
      <w:r w:rsidRPr="00DF7E4C">
        <w:rPr>
          <w:lang w:val="nl-NL"/>
        </w:rPr>
        <w:t>asendatakse</w:t>
      </w:r>
      <w:proofErr w:type="spellEnd"/>
      <w:r w:rsidRPr="00DF7E4C">
        <w:rPr>
          <w:lang w:val="nl-NL"/>
        </w:rPr>
        <w:t xml:space="preserve"> </w:t>
      </w:r>
      <w:proofErr w:type="spellStart"/>
      <w:r w:rsidRPr="00DF7E4C">
        <w:rPr>
          <w:lang w:val="nl-NL"/>
        </w:rPr>
        <w:t>see</w:t>
      </w:r>
      <w:proofErr w:type="spellEnd"/>
      <w:r w:rsidRPr="00DF7E4C">
        <w:rPr>
          <w:lang w:val="nl-NL"/>
        </w:rPr>
        <w:t xml:space="preserve"> </w:t>
      </w:r>
      <w:proofErr w:type="spellStart"/>
      <w:r w:rsidRPr="00DF7E4C">
        <w:rPr>
          <w:lang w:val="nl-NL"/>
        </w:rPr>
        <w:t>viivitamata</w:t>
      </w:r>
      <w:proofErr w:type="spellEnd"/>
      <w:r w:rsidRPr="00DF7E4C">
        <w:rPr>
          <w:lang w:val="nl-NL"/>
        </w:rPr>
        <w:t xml:space="preserve">. Ka </w:t>
      </w:r>
      <w:proofErr w:type="spellStart"/>
      <w:r w:rsidRPr="00DF7E4C">
        <w:rPr>
          <w:lang w:val="nl-NL"/>
        </w:rPr>
        <w:t>ajal</w:t>
      </w:r>
      <w:proofErr w:type="spellEnd"/>
      <w:r w:rsidRPr="00DF7E4C">
        <w:rPr>
          <w:lang w:val="nl-NL"/>
        </w:rPr>
        <w:t xml:space="preserve">, </w:t>
      </w:r>
      <w:proofErr w:type="spellStart"/>
      <w:r w:rsidRPr="00DF7E4C">
        <w:rPr>
          <w:lang w:val="nl-NL"/>
        </w:rPr>
        <w:t>kui</w:t>
      </w:r>
      <w:proofErr w:type="spellEnd"/>
      <w:r w:rsidRPr="00DF7E4C">
        <w:rPr>
          <w:lang w:val="nl-NL"/>
        </w:rPr>
        <w:t xml:space="preserve"> </w:t>
      </w:r>
      <w:proofErr w:type="spellStart"/>
      <w:r w:rsidRPr="00DF7E4C">
        <w:rPr>
          <w:lang w:val="nl-NL"/>
        </w:rPr>
        <w:t>kandjal</w:t>
      </w:r>
      <w:proofErr w:type="spellEnd"/>
      <w:r w:rsidRPr="00DF7E4C">
        <w:rPr>
          <w:lang w:val="nl-NL"/>
        </w:rPr>
        <w:t xml:space="preserve"> </w:t>
      </w:r>
      <w:proofErr w:type="spellStart"/>
      <w:r w:rsidRPr="00DF7E4C">
        <w:rPr>
          <w:lang w:val="nl-NL"/>
        </w:rPr>
        <w:t>reklaami</w:t>
      </w:r>
      <w:proofErr w:type="spellEnd"/>
      <w:r w:rsidRPr="00DF7E4C">
        <w:rPr>
          <w:lang w:val="nl-NL"/>
        </w:rPr>
        <w:t xml:space="preserve"> ei </w:t>
      </w:r>
      <w:proofErr w:type="spellStart"/>
      <w:r w:rsidRPr="00DF7E4C">
        <w:rPr>
          <w:lang w:val="nl-NL"/>
        </w:rPr>
        <w:t>avalikustata</w:t>
      </w:r>
      <w:proofErr w:type="spellEnd"/>
      <w:r w:rsidRPr="00DF7E4C">
        <w:rPr>
          <w:lang w:val="nl-NL"/>
        </w:rPr>
        <w:t xml:space="preserve">, </w:t>
      </w:r>
      <w:proofErr w:type="spellStart"/>
      <w:r w:rsidRPr="00DF7E4C">
        <w:rPr>
          <w:lang w:val="nl-NL"/>
        </w:rPr>
        <w:t>jääb</w:t>
      </w:r>
      <w:proofErr w:type="spellEnd"/>
      <w:r w:rsidRPr="00DF7E4C">
        <w:rPr>
          <w:lang w:val="nl-NL"/>
        </w:rPr>
        <w:t xml:space="preserve"> </w:t>
      </w:r>
      <w:proofErr w:type="spellStart"/>
      <w:r w:rsidRPr="00DF7E4C">
        <w:rPr>
          <w:lang w:val="nl-NL"/>
        </w:rPr>
        <w:t>pind</w:t>
      </w:r>
      <w:proofErr w:type="spellEnd"/>
      <w:r w:rsidRPr="00DF7E4C">
        <w:rPr>
          <w:lang w:val="nl-NL"/>
        </w:rPr>
        <w:t xml:space="preserve"> </w:t>
      </w:r>
      <w:proofErr w:type="spellStart"/>
      <w:r w:rsidRPr="00DF7E4C">
        <w:rPr>
          <w:lang w:val="nl-NL"/>
        </w:rPr>
        <w:t>esteetiliselt</w:t>
      </w:r>
      <w:proofErr w:type="spellEnd"/>
      <w:r w:rsidRPr="00DF7E4C">
        <w:rPr>
          <w:lang w:val="nl-NL"/>
        </w:rPr>
        <w:t xml:space="preserve"> </w:t>
      </w:r>
      <w:proofErr w:type="spellStart"/>
      <w:r w:rsidRPr="00DF7E4C">
        <w:rPr>
          <w:lang w:val="nl-NL"/>
        </w:rPr>
        <w:t>korrektseks</w:t>
      </w:r>
      <w:proofErr w:type="spellEnd"/>
      <w:r w:rsidRPr="00DF7E4C">
        <w:rPr>
          <w:lang w:val="nl-NL"/>
        </w:rPr>
        <w:t>.</w:t>
      </w:r>
    </w:p>
    <w:p w14:paraId="56771F18" w14:textId="6A635C59" w:rsidR="002019E5" w:rsidRPr="00DF7E4C" w:rsidRDefault="00000000">
      <w:pPr>
        <w:rPr>
          <w:lang w:val="nl-NL"/>
        </w:rPr>
      </w:pPr>
      <w:proofErr w:type="spellStart"/>
      <w:r w:rsidRPr="00DF7E4C">
        <w:rPr>
          <w:lang w:val="nl-NL"/>
        </w:rPr>
        <w:t>Loa</w:t>
      </w:r>
      <w:proofErr w:type="spellEnd"/>
      <w:r w:rsidRPr="00DF7E4C">
        <w:rPr>
          <w:lang w:val="nl-NL"/>
        </w:rPr>
        <w:t xml:space="preserve"> </w:t>
      </w:r>
      <w:proofErr w:type="spellStart"/>
      <w:r w:rsidRPr="00DF7E4C">
        <w:rPr>
          <w:lang w:val="nl-NL"/>
        </w:rPr>
        <w:t>tähtaja</w:t>
      </w:r>
      <w:proofErr w:type="spellEnd"/>
      <w:r w:rsidRPr="00DF7E4C">
        <w:rPr>
          <w:lang w:val="nl-NL"/>
        </w:rPr>
        <w:t xml:space="preserve"> </w:t>
      </w:r>
      <w:proofErr w:type="spellStart"/>
      <w:r w:rsidRPr="00DF7E4C">
        <w:rPr>
          <w:lang w:val="nl-NL"/>
        </w:rPr>
        <w:t>lõppedes</w:t>
      </w:r>
      <w:proofErr w:type="spellEnd"/>
      <w:r w:rsidRPr="00DF7E4C">
        <w:rPr>
          <w:lang w:val="nl-NL"/>
        </w:rPr>
        <w:t xml:space="preserve"> </w:t>
      </w:r>
      <w:proofErr w:type="spellStart"/>
      <w:r w:rsidRPr="00DF7E4C">
        <w:rPr>
          <w:lang w:val="nl-NL"/>
        </w:rPr>
        <w:t>eemaldab</w:t>
      </w:r>
      <w:proofErr w:type="spellEnd"/>
      <w:r w:rsidRPr="00DF7E4C">
        <w:rPr>
          <w:lang w:val="nl-NL"/>
        </w:rPr>
        <w:t xml:space="preserve"> </w:t>
      </w:r>
      <w:proofErr w:type="spellStart"/>
      <w:r w:rsidR="003420C4" w:rsidRPr="003420C4">
        <w:rPr>
          <w:lang w:val="nl-NL"/>
        </w:rPr>
        <w:t>Roopa</w:t>
      </w:r>
      <w:proofErr w:type="spellEnd"/>
      <w:r w:rsidR="003420C4" w:rsidRPr="003420C4">
        <w:rPr>
          <w:lang w:val="nl-NL"/>
        </w:rPr>
        <w:t xml:space="preserve"> </w:t>
      </w:r>
      <w:proofErr w:type="spellStart"/>
      <w:r w:rsidR="003420C4" w:rsidRPr="003420C4">
        <w:rPr>
          <w:lang w:val="nl-NL"/>
        </w:rPr>
        <w:t>arendus</w:t>
      </w:r>
      <w:proofErr w:type="spellEnd"/>
      <w:r w:rsidR="003420C4" w:rsidRPr="003420C4">
        <w:rPr>
          <w:lang w:val="nl-NL"/>
        </w:rPr>
        <w:t xml:space="preserve"> OÜ </w:t>
      </w:r>
      <w:proofErr w:type="spellStart"/>
      <w:r w:rsidRPr="003420C4">
        <w:rPr>
          <w:lang w:val="nl-NL"/>
        </w:rPr>
        <w:t>reklaamikandja</w:t>
      </w:r>
      <w:proofErr w:type="spellEnd"/>
      <w:r w:rsidRPr="003420C4">
        <w:rPr>
          <w:lang w:val="nl-NL"/>
        </w:rPr>
        <w:t xml:space="preserve"> </w:t>
      </w:r>
      <w:r w:rsidRPr="00DF7E4C">
        <w:rPr>
          <w:lang w:val="nl-NL"/>
        </w:rPr>
        <w:t xml:space="preserve">koos </w:t>
      </w:r>
      <w:proofErr w:type="spellStart"/>
      <w:r w:rsidRPr="00DF7E4C">
        <w:rPr>
          <w:lang w:val="nl-NL"/>
        </w:rPr>
        <w:t>postide</w:t>
      </w:r>
      <w:proofErr w:type="spellEnd"/>
      <w:r w:rsidRPr="00DF7E4C">
        <w:rPr>
          <w:lang w:val="nl-NL"/>
        </w:rPr>
        <w:t xml:space="preserve"> ja </w:t>
      </w:r>
      <w:proofErr w:type="spellStart"/>
      <w:r w:rsidRPr="00DF7E4C">
        <w:rPr>
          <w:lang w:val="nl-NL"/>
        </w:rPr>
        <w:t>vundamendiga</w:t>
      </w:r>
      <w:proofErr w:type="spellEnd"/>
      <w:r w:rsidRPr="00DF7E4C">
        <w:rPr>
          <w:lang w:val="nl-NL"/>
        </w:rPr>
        <w:t xml:space="preserve"> 12 </w:t>
      </w:r>
      <w:proofErr w:type="spellStart"/>
      <w:r w:rsidRPr="00DF7E4C">
        <w:rPr>
          <w:lang w:val="nl-NL"/>
        </w:rPr>
        <w:t>tunni</w:t>
      </w:r>
      <w:proofErr w:type="spellEnd"/>
      <w:r w:rsidRPr="00DF7E4C">
        <w:rPr>
          <w:lang w:val="nl-NL"/>
        </w:rPr>
        <w:t xml:space="preserve"> </w:t>
      </w:r>
      <w:proofErr w:type="spellStart"/>
      <w:r w:rsidRPr="00DF7E4C">
        <w:rPr>
          <w:lang w:val="nl-NL"/>
        </w:rPr>
        <w:t>jooksul</w:t>
      </w:r>
      <w:proofErr w:type="spellEnd"/>
      <w:r w:rsidRPr="00DF7E4C">
        <w:rPr>
          <w:lang w:val="nl-NL"/>
        </w:rPr>
        <w:t xml:space="preserve"> </w:t>
      </w:r>
      <w:proofErr w:type="spellStart"/>
      <w:r w:rsidRPr="00DF7E4C">
        <w:rPr>
          <w:lang w:val="nl-NL"/>
        </w:rPr>
        <w:t>ning</w:t>
      </w:r>
      <w:proofErr w:type="spellEnd"/>
      <w:r w:rsidRPr="00DF7E4C">
        <w:rPr>
          <w:lang w:val="nl-NL"/>
        </w:rPr>
        <w:t xml:space="preserve"> </w:t>
      </w:r>
      <w:proofErr w:type="spellStart"/>
      <w:r w:rsidRPr="00DF7E4C">
        <w:rPr>
          <w:lang w:val="nl-NL"/>
        </w:rPr>
        <w:t>taastab</w:t>
      </w:r>
      <w:proofErr w:type="spellEnd"/>
      <w:r w:rsidRPr="00DF7E4C">
        <w:rPr>
          <w:lang w:val="nl-NL"/>
        </w:rPr>
        <w:t xml:space="preserve"> </w:t>
      </w:r>
      <w:proofErr w:type="spellStart"/>
      <w:r w:rsidRPr="00DF7E4C">
        <w:rPr>
          <w:lang w:val="nl-NL"/>
        </w:rPr>
        <w:t>pinnase</w:t>
      </w:r>
      <w:proofErr w:type="spellEnd"/>
      <w:r w:rsidRPr="00DF7E4C">
        <w:rPr>
          <w:lang w:val="nl-NL"/>
        </w:rPr>
        <w:t xml:space="preserve"> </w:t>
      </w:r>
      <w:proofErr w:type="spellStart"/>
      <w:r w:rsidRPr="00DF7E4C">
        <w:rPr>
          <w:lang w:val="nl-NL"/>
        </w:rPr>
        <w:t>paigaldamisele</w:t>
      </w:r>
      <w:proofErr w:type="spellEnd"/>
      <w:r w:rsidRPr="00DF7E4C">
        <w:rPr>
          <w:lang w:val="nl-NL"/>
        </w:rPr>
        <w:t xml:space="preserve"> </w:t>
      </w:r>
      <w:proofErr w:type="spellStart"/>
      <w:r w:rsidRPr="00DF7E4C">
        <w:rPr>
          <w:lang w:val="nl-NL"/>
        </w:rPr>
        <w:t>eelnenud</w:t>
      </w:r>
      <w:proofErr w:type="spellEnd"/>
      <w:r w:rsidRPr="00DF7E4C">
        <w:rPr>
          <w:lang w:val="nl-NL"/>
        </w:rPr>
        <w:t xml:space="preserve"> </w:t>
      </w:r>
      <w:proofErr w:type="spellStart"/>
      <w:r w:rsidRPr="00DF7E4C">
        <w:rPr>
          <w:lang w:val="nl-NL"/>
        </w:rPr>
        <w:t>olukorras</w:t>
      </w:r>
      <w:proofErr w:type="spellEnd"/>
      <w:r w:rsidRPr="00DF7E4C">
        <w:rPr>
          <w:lang w:val="nl-NL"/>
        </w:rPr>
        <w:t>.</w:t>
      </w:r>
    </w:p>
    <w:p w14:paraId="32F0BACE" w14:textId="77777777" w:rsidR="002019E5" w:rsidRPr="00DF7E4C" w:rsidRDefault="00000000">
      <w:pPr>
        <w:spacing w:before="280" w:after="80"/>
        <w:rPr>
          <w:lang w:val="nl-NL"/>
        </w:rPr>
      </w:pPr>
      <w:r w:rsidRPr="00DF7E4C">
        <w:rPr>
          <w:b/>
          <w:sz w:val="23"/>
          <w:lang w:val="nl-NL"/>
        </w:rPr>
        <w:t xml:space="preserve">12. </w:t>
      </w:r>
      <w:proofErr w:type="spellStart"/>
      <w:r w:rsidRPr="00DF7E4C">
        <w:rPr>
          <w:b/>
          <w:sz w:val="23"/>
          <w:lang w:val="nl-NL"/>
        </w:rPr>
        <w:t>Lisad</w:t>
      </w:r>
      <w:proofErr w:type="spellEnd"/>
    </w:p>
    <w:p w14:paraId="583B3791" w14:textId="77777777" w:rsidR="002019E5" w:rsidRPr="00DF7E4C" w:rsidRDefault="00000000">
      <w:pPr>
        <w:spacing w:after="40"/>
        <w:rPr>
          <w:lang w:val="nl-NL"/>
        </w:rPr>
      </w:pPr>
      <w:r w:rsidRPr="00DF7E4C">
        <w:rPr>
          <w:lang w:val="nl-NL"/>
        </w:rPr>
        <w:t xml:space="preserve">Lisa 1 — </w:t>
      </w:r>
      <w:proofErr w:type="spellStart"/>
      <w:r w:rsidRPr="00DF7E4C">
        <w:rPr>
          <w:lang w:val="nl-NL"/>
        </w:rPr>
        <w:t>reklaamikandja</w:t>
      </w:r>
      <w:proofErr w:type="spellEnd"/>
      <w:r w:rsidRPr="00DF7E4C">
        <w:rPr>
          <w:lang w:val="nl-NL"/>
        </w:rPr>
        <w:t xml:space="preserve"> </w:t>
      </w:r>
      <w:proofErr w:type="spellStart"/>
      <w:r w:rsidRPr="00DF7E4C">
        <w:rPr>
          <w:lang w:val="nl-NL"/>
        </w:rPr>
        <w:t>seletuskiri</w:t>
      </w:r>
      <w:proofErr w:type="spellEnd"/>
      <w:r w:rsidRPr="00DF7E4C">
        <w:rPr>
          <w:lang w:val="nl-NL"/>
        </w:rPr>
        <w:t xml:space="preserve"> (</w:t>
      </w:r>
      <w:proofErr w:type="spellStart"/>
      <w:r w:rsidRPr="00DF7E4C">
        <w:rPr>
          <w:lang w:val="nl-NL"/>
        </w:rPr>
        <w:t>käesolev</w:t>
      </w:r>
      <w:proofErr w:type="spellEnd"/>
      <w:r w:rsidRPr="00DF7E4C">
        <w:rPr>
          <w:lang w:val="nl-NL"/>
        </w:rPr>
        <w:t xml:space="preserve"> </w:t>
      </w:r>
      <w:proofErr w:type="spellStart"/>
      <w:r w:rsidRPr="00DF7E4C">
        <w:rPr>
          <w:lang w:val="nl-NL"/>
        </w:rPr>
        <w:t>dokument</w:t>
      </w:r>
      <w:proofErr w:type="spellEnd"/>
      <w:r w:rsidRPr="00DF7E4C">
        <w:rPr>
          <w:lang w:val="nl-NL"/>
        </w:rPr>
        <w:t>)</w:t>
      </w:r>
    </w:p>
    <w:p w14:paraId="72CFA17F" w14:textId="70DF887C" w:rsidR="002019E5" w:rsidRPr="00DF7E4C" w:rsidRDefault="00000000">
      <w:pPr>
        <w:spacing w:after="40"/>
        <w:rPr>
          <w:lang w:val="nl-NL"/>
        </w:rPr>
      </w:pPr>
      <w:r w:rsidRPr="00DF7E4C">
        <w:rPr>
          <w:lang w:val="nl-NL"/>
        </w:rPr>
        <w:t xml:space="preserve">Lisa 2 — </w:t>
      </w:r>
      <w:proofErr w:type="spellStart"/>
      <w:r w:rsidRPr="00DF7E4C">
        <w:rPr>
          <w:lang w:val="nl-NL"/>
        </w:rPr>
        <w:t>korrigeeritud</w:t>
      </w:r>
      <w:proofErr w:type="spellEnd"/>
      <w:r w:rsidRPr="00DF7E4C">
        <w:rPr>
          <w:lang w:val="nl-NL"/>
        </w:rPr>
        <w:t xml:space="preserve"> </w:t>
      </w:r>
      <w:proofErr w:type="spellStart"/>
      <w:r w:rsidRPr="00DF7E4C">
        <w:rPr>
          <w:lang w:val="nl-NL"/>
        </w:rPr>
        <w:t>asendiplaan</w:t>
      </w:r>
      <w:proofErr w:type="spellEnd"/>
      <w:r w:rsidRPr="00DF7E4C">
        <w:rPr>
          <w:lang w:val="nl-NL"/>
        </w:rPr>
        <w:t xml:space="preserve"> </w:t>
      </w:r>
      <w:proofErr w:type="spellStart"/>
      <w:r w:rsidRPr="00DF7E4C">
        <w:rPr>
          <w:lang w:val="nl-NL"/>
        </w:rPr>
        <w:t>mõõdistatud</w:t>
      </w:r>
      <w:proofErr w:type="spellEnd"/>
      <w:r w:rsidRPr="00DF7E4C">
        <w:rPr>
          <w:lang w:val="nl-NL"/>
        </w:rPr>
        <w:t xml:space="preserve"> </w:t>
      </w:r>
      <w:proofErr w:type="spellStart"/>
      <w:r w:rsidRPr="00DF7E4C">
        <w:rPr>
          <w:lang w:val="nl-NL"/>
        </w:rPr>
        <w:t>kaugustega</w:t>
      </w:r>
      <w:proofErr w:type="spellEnd"/>
      <w:r w:rsidRPr="00DF7E4C">
        <w:rPr>
          <w:lang w:val="nl-NL"/>
        </w:rPr>
        <w:t xml:space="preserve"> (10,26 m </w:t>
      </w:r>
      <w:proofErr w:type="spellStart"/>
      <w:r w:rsidRPr="00DF7E4C">
        <w:rPr>
          <w:lang w:val="nl-NL"/>
        </w:rPr>
        <w:t>Loovälja</w:t>
      </w:r>
      <w:proofErr w:type="spellEnd"/>
      <w:r w:rsidRPr="00DF7E4C">
        <w:rPr>
          <w:lang w:val="nl-NL"/>
        </w:rPr>
        <w:t xml:space="preserve"> teest, </w:t>
      </w:r>
      <w:r w:rsidR="003420C4">
        <w:rPr>
          <w:lang w:val="nl-NL"/>
        </w:rPr>
        <w:t>13</w:t>
      </w:r>
      <w:r w:rsidRPr="00DF7E4C">
        <w:rPr>
          <w:lang w:val="nl-NL"/>
        </w:rPr>
        <w:t xml:space="preserve"> m </w:t>
      </w:r>
      <w:proofErr w:type="spellStart"/>
      <w:r w:rsidRPr="00DF7E4C">
        <w:rPr>
          <w:lang w:val="nl-NL"/>
        </w:rPr>
        <w:t>Muuga</w:t>
      </w:r>
      <w:proofErr w:type="spellEnd"/>
      <w:r w:rsidRPr="00DF7E4C">
        <w:rPr>
          <w:lang w:val="nl-NL"/>
        </w:rPr>
        <w:t xml:space="preserve"> teest)</w:t>
      </w:r>
    </w:p>
    <w:p w14:paraId="22736D97" w14:textId="77777777" w:rsidR="002019E5" w:rsidRPr="00DF7E4C" w:rsidRDefault="00000000">
      <w:pPr>
        <w:spacing w:after="40"/>
        <w:rPr>
          <w:lang w:val="nl-NL"/>
        </w:rPr>
      </w:pPr>
      <w:r w:rsidRPr="00DF7E4C">
        <w:rPr>
          <w:lang w:val="nl-NL"/>
        </w:rPr>
        <w:t xml:space="preserve">Lisa 3 — </w:t>
      </w:r>
      <w:proofErr w:type="spellStart"/>
      <w:r w:rsidRPr="00DF7E4C">
        <w:rPr>
          <w:lang w:val="nl-NL"/>
        </w:rPr>
        <w:t>reklaamikandja</w:t>
      </w:r>
      <w:proofErr w:type="spellEnd"/>
      <w:r w:rsidRPr="00DF7E4C">
        <w:rPr>
          <w:lang w:val="nl-NL"/>
        </w:rPr>
        <w:t xml:space="preserve"> </w:t>
      </w:r>
      <w:proofErr w:type="spellStart"/>
      <w:r w:rsidRPr="00DF7E4C">
        <w:rPr>
          <w:lang w:val="nl-NL"/>
        </w:rPr>
        <w:t>tehniline</w:t>
      </w:r>
      <w:proofErr w:type="spellEnd"/>
      <w:r w:rsidRPr="00DF7E4C">
        <w:rPr>
          <w:lang w:val="nl-NL"/>
        </w:rPr>
        <w:t xml:space="preserve"> </w:t>
      </w:r>
      <w:proofErr w:type="spellStart"/>
      <w:r w:rsidRPr="00DF7E4C">
        <w:rPr>
          <w:lang w:val="nl-NL"/>
        </w:rPr>
        <w:t>joonis</w:t>
      </w:r>
      <w:proofErr w:type="spellEnd"/>
      <w:r w:rsidRPr="00DF7E4C">
        <w:rPr>
          <w:lang w:val="nl-NL"/>
        </w:rPr>
        <w:t xml:space="preserve"> (</w:t>
      </w:r>
      <w:proofErr w:type="spellStart"/>
      <w:r w:rsidRPr="00DF7E4C">
        <w:rPr>
          <w:lang w:val="nl-NL"/>
        </w:rPr>
        <w:t>mõõtmed</w:t>
      </w:r>
      <w:proofErr w:type="spellEnd"/>
      <w:r w:rsidRPr="00DF7E4C">
        <w:rPr>
          <w:lang w:val="nl-NL"/>
        </w:rPr>
        <w:t xml:space="preserve">, </w:t>
      </w:r>
      <w:proofErr w:type="spellStart"/>
      <w:r w:rsidRPr="00DF7E4C">
        <w:rPr>
          <w:lang w:val="nl-NL"/>
        </w:rPr>
        <w:t>kinnitus</w:t>
      </w:r>
      <w:proofErr w:type="spellEnd"/>
      <w:r w:rsidRPr="00DF7E4C">
        <w:rPr>
          <w:lang w:val="nl-NL"/>
        </w:rPr>
        <w:t xml:space="preserve">- ja </w:t>
      </w:r>
      <w:proofErr w:type="spellStart"/>
      <w:r w:rsidRPr="00DF7E4C">
        <w:rPr>
          <w:lang w:val="nl-NL"/>
        </w:rPr>
        <w:t>toestuslahendus</w:t>
      </w:r>
      <w:proofErr w:type="spellEnd"/>
      <w:r w:rsidRPr="00DF7E4C">
        <w:rPr>
          <w:lang w:val="nl-NL"/>
        </w:rPr>
        <w:t>)</w:t>
      </w:r>
    </w:p>
    <w:p w14:paraId="413FF56C" w14:textId="77777777" w:rsidR="002019E5" w:rsidRPr="00DF7E4C" w:rsidRDefault="00000000">
      <w:pPr>
        <w:spacing w:after="40"/>
        <w:rPr>
          <w:lang w:val="nl-NL"/>
        </w:rPr>
      </w:pPr>
      <w:r w:rsidRPr="00DF7E4C">
        <w:rPr>
          <w:lang w:val="nl-NL"/>
        </w:rPr>
        <w:t xml:space="preserve">Lisa 4 — </w:t>
      </w:r>
      <w:proofErr w:type="spellStart"/>
      <w:r w:rsidRPr="00DF7E4C">
        <w:rPr>
          <w:lang w:val="nl-NL"/>
        </w:rPr>
        <w:t>planeeritava</w:t>
      </w:r>
      <w:proofErr w:type="spellEnd"/>
      <w:r w:rsidRPr="00DF7E4C">
        <w:rPr>
          <w:lang w:val="nl-NL"/>
        </w:rPr>
        <w:t xml:space="preserve"> </w:t>
      </w:r>
      <w:proofErr w:type="spellStart"/>
      <w:r w:rsidRPr="00DF7E4C">
        <w:rPr>
          <w:lang w:val="nl-NL"/>
        </w:rPr>
        <w:t>asukoha</w:t>
      </w:r>
      <w:proofErr w:type="spellEnd"/>
      <w:r w:rsidRPr="00DF7E4C">
        <w:rPr>
          <w:lang w:val="nl-NL"/>
        </w:rPr>
        <w:t xml:space="preserve"> </w:t>
      </w:r>
      <w:proofErr w:type="spellStart"/>
      <w:r w:rsidRPr="00DF7E4C">
        <w:rPr>
          <w:lang w:val="nl-NL"/>
        </w:rPr>
        <w:t>fotod</w:t>
      </w:r>
      <w:proofErr w:type="spellEnd"/>
    </w:p>
    <w:p w14:paraId="4DB71995" w14:textId="77777777" w:rsidR="002019E5" w:rsidRPr="00DF7E4C" w:rsidRDefault="00000000">
      <w:pPr>
        <w:spacing w:after="40"/>
        <w:rPr>
          <w:lang w:val="nl-NL"/>
        </w:rPr>
      </w:pPr>
      <w:r w:rsidRPr="00DF7E4C">
        <w:rPr>
          <w:lang w:val="nl-NL"/>
        </w:rPr>
        <w:t xml:space="preserve">Lisa 5 — </w:t>
      </w:r>
      <w:proofErr w:type="spellStart"/>
      <w:r w:rsidRPr="00DF7E4C">
        <w:rPr>
          <w:lang w:val="nl-NL"/>
        </w:rPr>
        <w:t>fotomontaaž</w:t>
      </w:r>
      <w:proofErr w:type="spellEnd"/>
      <w:r w:rsidRPr="00DF7E4C">
        <w:rPr>
          <w:lang w:val="nl-NL"/>
        </w:rPr>
        <w:t xml:space="preserve"> </w:t>
      </w:r>
      <w:proofErr w:type="spellStart"/>
      <w:r w:rsidRPr="00DF7E4C">
        <w:rPr>
          <w:lang w:val="nl-NL"/>
        </w:rPr>
        <w:t>reklaamikandjast</w:t>
      </w:r>
      <w:proofErr w:type="spellEnd"/>
      <w:r w:rsidRPr="00DF7E4C">
        <w:rPr>
          <w:lang w:val="nl-NL"/>
        </w:rPr>
        <w:t xml:space="preserve"> </w:t>
      </w:r>
      <w:proofErr w:type="spellStart"/>
      <w:r w:rsidRPr="00DF7E4C">
        <w:rPr>
          <w:lang w:val="nl-NL"/>
        </w:rPr>
        <w:t>planeeritavas</w:t>
      </w:r>
      <w:proofErr w:type="spellEnd"/>
      <w:r w:rsidRPr="00DF7E4C">
        <w:rPr>
          <w:lang w:val="nl-NL"/>
        </w:rPr>
        <w:t xml:space="preserve"> </w:t>
      </w:r>
      <w:proofErr w:type="spellStart"/>
      <w:r w:rsidRPr="00DF7E4C">
        <w:rPr>
          <w:lang w:val="nl-NL"/>
        </w:rPr>
        <w:t>asukohas</w:t>
      </w:r>
      <w:proofErr w:type="spellEnd"/>
    </w:p>
    <w:p w14:paraId="045D51CF" w14:textId="77777777" w:rsidR="002019E5" w:rsidRPr="00DF7E4C" w:rsidRDefault="00000000">
      <w:pPr>
        <w:spacing w:after="40"/>
        <w:rPr>
          <w:lang w:val="nl-NL"/>
        </w:rPr>
      </w:pPr>
      <w:r w:rsidRPr="00DF7E4C">
        <w:rPr>
          <w:lang w:val="nl-NL"/>
        </w:rPr>
        <w:t xml:space="preserve">Lisa 6 — </w:t>
      </w:r>
      <w:proofErr w:type="spellStart"/>
      <w:r w:rsidRPr="00DF7E4C">
        <w:rPr>
          <w:lang w:val="nl-NL"/>
        </w:rPr>
        <w:t>reklaamikandja</w:t>
      </w:r>
      <w:proofErr w:type="spellEnd"/>
      <w:r w:rsidRPr="00DF7E4C">
        <w:rPr>
          <w:lang w:val="nl-NL"/>
        </w:rPr>
        <w:t xml:space="preserve"> </w:t>
      </w:r>
      <w:proofErr w:type="spellStart"/>
      <w:r w:rsidRPr="00DF7E4C">
        <w:rPr>
          <w:lang w:val="nl-NL"/>
        </w:rPr>
        <w:t>kujundusfail</w:t>
      </w:r>
      <w:proofErr w:type="spellEnd"/>
    </w:p>
    <w:p w14:paraId="0B181C2A" w14:textId="00DAC0BE" w:rsidR="002019E5" w:rsidRPr="00DF7E4C" w:rsidRDefault="00000000">
      <w:pPr>
        <w:spacing w:after="40"/>
        <w:rPr>
          <w:lang w:val="nl-NL"/>
        </w:rPr>
      </w:pPr>
      <w:r w:rsidRPr="00DF7E4C">
        <w:rPr>
          <w:lang w:val="nl-NL"/>
        </w:rPr>
        <w:t xml:space="preserve">Lisa 7 — </w:t>
      </w:r>
      <w:proofErr w:type="spellStart"/>
      <w:r w:rsidRPr="00DF7E4C">
        <w:rPr>
          <w:lang w:val="nl-NL"/>
        </w:rPr>
        <w:t>Transpordiameti</w:t>
      </w:r>
      <w:proofErr w:type="spellEnd"/>
      <w:r w:rsidRPr="00DF7E4C">
        <w:rPr>
          <w:lang w:val="nl-NL"/>
        </w:rPr>
        <w:t xml:space="preserve"> </w:t>
      </w:r>
      <w:proofErr w:type="spellStart"/>
      <w:r w:rsidRPr="00DF7E4C">
        <w:rPr>
          <w:lang w:val="nl-NL"/>
        </w:rPr>
        <w:t>kooskõlastus</w:t>
      </w:r>
      <w:proofErr w:type="spellEnd"/>
      <w:r w:rsidRPr="00DF7E4C">
        <w:rPr>
          <w:lang w:val="nl-NL"/>
        </w:rPr>
        <w:t xml:space="preserve"> </w:t>
      </w:r>
      <w:proofErr w:type="spellStart"/>
      <w:r w:rsidRPr="00DF7E4C">
        <w:rPr>
          <w:lang w:val="nl-NL"/>
        </w:rPr>
        <w:t>liiklusvälise</w:t>
      </w:r>
      <w:proofErr w:type="spellEnd"/>
      <w:r w:rsidRPr="00DF7E4C">
        <w:rPr>
          <w:lang w:val="nl-NL"/>
        </w:rPr>
        <w:t xml:space="preserve"> </w:t>
      </w:r>
      <w:proofErr w:type="spellStart"/>
      <w:r w:rsidRPr="00DF7E4C">
        <w:rPr>
          <w:lang w:val="nl-NL"/>
        </w:rPr>
        <w:t>teabevahendi</w:t>
      </w:r>
      <w:proofErr w:type="spellEnd"/>
      <w:r w:rsidRPr="00DF7E4C">
        <w:rPr>
          <w:lang w:val="nl-NL"/>
        </w:rPr>
        <w:t xml:space="preserve"> </w:t>
      </w:r>
      <w:proofErr w:type="spellStart"/>
      <w:r w:rsidRPr="00DF7E4C">
        <w:rPr>
          <w:lang w:val="nl-NL"/>
        </w:rPr>
        <w:t>paigaldamiseks</w:t>
      </w:r>
      <w:proofErr w:type="spellEnd"/>
      <w:r w:rsidRPr="00DF7E4C">
        <w:rPr>
          <w:lang w:val="nl-NL"/>
        </w:rPr>
        <w:t xml:space="preserve"> </w:t>
      </w:r>
      <w:proofErr w:type="spellStart"/>
      <w:r w:rsidRPr="00DF7E4C">
        <w:rPr>
          <w:lang w:val="nl-NL"/>
        </w:rPr>
        <w:t>riigitee</w:t>
      </w:r>
      <w:proofErr w:type="spellEnd"/>
      <w:r w:rsidRPr="00DF7E4C">
        <w:rPr>
          <w:lang w:val="nl-NL"/>
        </w:rPr>
        <w:t xml:space="preserve"> 11254 </w:t>
      </w:r>
      <w:proofErr w:type="spellStart"/>
      <w:r w:rsidRPr="00DF7E4C">
        <w:rPr>
          <w:lang w:val="nl-NL"/>
        </w:rPr>
        <w:t>kaitsevööndisse</w:t>
      </w:r>
      <w:proofErr w:type="spellEnd"/>
      <w:r w:rsidRPr="00DF7E4C">
        <w:rPr>
          <w:lang w:val="nl-NL"/>
        </w:rPr>
        <w:t xml:space="preserve"> </w:t>
      </w:r>
    </w:p>
    <w:p w14:paraId="27BF5298" w14:textId="77777777" w:rsidR="002019E5" w:rsidRPr="00DF7E4C" w:rsidRDefault="002019E5">
      <w:pPr>
        <w:spacing w:before="320"/>
        <w:rPr>
          <w:lang w:val="nl-NL"/>
        </w:rPr>
      </w:pPr>
    </w:p>
    <w:p w14:paraId="71D0563A" w14:textId="298C0297" w:rsidR="002019E5" w:rsidRPr="00AB43D0" w:rsidRDefault="00000000">
      <w:pPr>
        <w:rPr>
          <w:lang w:val="it-IT"/>
        </w:rPr>
      </w:pPr>
      <w:r w:rsidRPr="00AB43D0">
        <w:rPr>
          <w:lang w:val="it-IT"/>
        </w:rPr>
        <w:t xml:space="preserve">Tallinn, </w:t>
      </w:r>
      <w:r w:rsidR="003420C4" w:rsidRPr="00AB43D0">
        <w:rPr>
          <w:lang w:val="it-IT"/>
        </w:rPr>
        <w:t>08.09.26</w:t>
      </w:r>
    </w:p>
    <w:p w14:paraId="6088D412" w14:textId="77777777" w:rsidR="002019E5" w:rsidRPr="00AB43D0" w:rsidRDefault="002019E5">
      <w:pPr>
        <w:spacing w:before="200"/>
        <w:rPr>
          <w:lang w:val="it-IT"/>
        </w:rPr>
      </w:pPr>
    </w:p>
    <w:p w14:paraId="7C3CB10B" w14:textId="77777777" w:rsidR="002019E5" w:rsidRPr="00AB43D0" w:rsidRDefault="00000000">
      <w:pPr>
        <w:rPr>
          <w:lang w:val="it-IT"/>
        </w:rPr>
      </w:pPr>
      <w:r w:rsidRPr="00AB43D0">
        <w:rPr>
          <w:lang w:val="it-IT"/>
        </w:rPr>
        <w:t>Renate Hinno</w:t>
      </w:r>
    </w:p>
    <w:p w14:paraId="3F60F286" w14:textId="77777777" w:rsidR="002019E5" w:rsidRPr="00AB43D0" w:rsidRDefault="00000000">
      <w:pPr>
        <w:spacing w:after="0"/>
        <w:rPr>
          <w:lang w:val="it-IT"/>
        </w:rPr>
      </w:pPr>
      <w:r w:rsidRPr="00AB43D0">
        <w:rPr>
          <w:lang w:val="it-IT"/>
        </w:rPr>
        <w:t xml:space="preserve">Roopa </w:t>
      </w:r>
      <w:proofErr w:type="spellStart"/>
      <w:r w:rsidRPr="00AB43D0">
        <w:rPr>
          <w:lang w:val="it-IT"/>
        </w:rPr>
        <w:t>Arendus</w:t>
      </w:r>
      <w:proofErr w:type="spellEnd"/>
      <w:r w:rsidRPr="00AB43D0">
        <w:rPr>
          <w:lang w:val="it-IT"/>
        </w:rPr>
        <w:t xml:space="preserve"> OÜ</w:t>
      </w:r>
    </w:p>
    <w:p w14:paraId="0544DE84" w14:textId="77777777" w:rsidR="002019E5" w:rsidRPr="00AB43D0" w:rsidRDefault="00000000">
      <w:pPr>
        <w:spacing w:after="0"/>
        <w:rPr>
          <w:lang w:val="it-IT"/>
        </w:rPr>
      </w:pPr>
      <w:r w:rsidRPr="00AB43D0">
        <w:rPr>
          <w:lang w:val="it-IT"/>
        </w:rPr>
        <w:t>renate.hinno@favorte.ee</w:t>
      </w:r>
    </w:p>
    <w:p w14:paraId="73256E6B" w14:textId="3512C7E6" w:rsidR="002019E5" w:rsidRPr="003420C4" w:rsidRDefault="00000000">
      <w:pPr>
        <w:rPr>
          <w:lang w:val="nl-NL"/>
        </w:rPr>
      </w:pPr>
      <w:r w:rsidRPr="00DF7E4C">
        <w:rPr>
          <w:lang w:val="nl-NL"/>
        </w:rPr>
        <w:t>+372 5307 3633</w:t>
      </w:r>
    </w:p>
    <w:sectPr w:rsidR="002019E5" w:rsidRPr="003420C4" w:rsidSect="00034616">
      <w:pgSz w:w="11906" w:h="16838"/>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oenditpp"/>
      <w:lvlText w:val=""/>
      <w:lvlJc w:val="left"/>
      <w:pPr>
        <w:tabs>
          <w:tab w:val="num" w:pos="360"/>
        </w:tabs>
        <w:ind w:left="360" w:hanging="360"/>
      </w:pPr>
      <w:rPr>
        <w:rFonts w:ascii="Symbol" w:hAnsi="Symbol" w:hint="default"/>
      </w:rPr>
    </w:lvl>
  </w:abstractNum>
  <w:num w:numId="1" w16cid:durableId="344094549">
    <w:abstractNumId w:val="8"/>
  </w:num>
  <w:num w:numId="2" w16cid:durableId="1216890004">
    <w:abstractNumId w:val="6"/>
  </w:num>
  <w:num w:numId="3" w16cid:durableId="1845775402">
    <w:abstractNumId w:val="5"/>
  </w:num>
  <w:num w:numId="4" w16cid:durableId="1021392111">
    <w:abstractNumId w:val="4"/>
  </w:num>
  <w:num w:numId="5" w16cid:durableId="53242356">
    <w:abstractNumId w:val="7"/>
  </w:num>
  <w:num w:numId="6" w16cid:durableId="1039744988">
    <w:abstractNumId w:val="3"/>
  </w:num>
  <w:num w:numId="7" w16cid:durableId="1989436365">
    <w:abstractNumId w:val="2"/>
  </w:num>
  <w:num w:numId="8" w16cid:durableId="1721857271">
    <w:abstractNumId w:val="1"/>
  </w:num>
  <w:num w:numId="9" w16cid:durableId="441338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19E5"/>
    <w:rsid w:val="0029639D"/>
    <w:rsid w:val="00326F90"/>
    <w:rsid w:val="003420C4"/>
    <w:rsid w:val="00AA1D8D"/>
    <w:rsid w:val="00AB43D0"/>
    <w:rsid w:val="00B47730"/>
    <w:rsid w:val="00CB0664"/>
    <w:rsid w:val="00DF7E4C"/>
    <w:rsid w:val="00EC22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164EEC"/>
  <w14:defaultImageDpi w14:val="300"/>
  <w15:docId w15:val="{AE1782C8-3FF1-4BC3-A527-D71504B5F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93F"/>
    <w:pPr>
      <w:spacing w:after="120" w:line="259" w:lineRule="auto"/>
    </w:pPr>
    <w:rPr>
      <w:rFonts w:ascii="Calibri" w:eastAsia="Calibri" w:hAnsi="Calibri"/>
      <w:sz w:val="21"/>
    </w:rPr>
  </w:style>
  <w:style w:type="paragraph" w:styleId="Pealkiri1">
    <w:name w:val="heading 1"/>
    <w:basedOn w:val="Normaallaad"/>
    <w:next w:val="Normaallaad"/>
    <w:link w:val="Pealkiri1Mr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Pealkiri2">
    <w:name w:val="heading 2"/>
    <w:basedOn w:val="Normaallaad"/>
    <w:next w:val="Normaallaad"/>
    <w:link w:val="Pealkiri2Mr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Pealkiri3">
    <w:name w:val="heading 3"/>
    <w:basedOn w:val="Normaallaad"/>
    <w:next w:val="Normaallaad"/>
    <w:link w:val="Pealkiri3Mr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Pealkiri4">
    <w:name w:val="heading 4"/>
    <w:basedOn w:val="Normaallaad"/>
    <w:next w:val="Normaallaad"/>
    <w:link w:val="Pealkiri4Mr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link w:val="Pealkiri5Mr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Pealkiri6">
    <w:name w:val="heading 6"/>
    <w:basedOn w:val="Normaallaad"/>
    <w:next w:val="Normaallaad"/>
    <w:link w:val="Pealkiri6Mr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Pealkiri7">
    <w:name w:val="heading 7"/>
    <w:basedOn w:val="Normaallaad"/>
    <w:next w:val="Normaallaad"/>
    <w:link w:val="Pealkiri7Mr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link w:val="Pealkiri8Mr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Pealkiri9">
    <w:name w:val="heading 9"/>
    <w:basedOn w:val="Normaallaad"/>
    <w:next w:val="Normaallaad"/>
    <w:link w:val="Pealkiri9Mr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E618BF"/>
    <w:pPr>
      <w:tabs>
        <w:tab w:val="center" w:pos="4680"/>
        <w:tab w:val="right" w:pos="9360"/>
      </w:tabs>
      <w:spacing w:after="0" w:line="240" w:lineRule="auto"/>
    </w:pPr>
  </w:style>
  <w:style w:type="character" w:customStyle="1" w:styleId="PisMrk">
    <w:name w:val="Päis Märk"/>
    <w:basedOn w:val="Liguvaikefont"/>
    <w:link w:val="Pis"/>
    <w:uiPriority w:val="99"/>
    <w:rsid w:val="00E618BF"/>
  </w:style>
  <w:style w:type="paragraph" w:styleId="Jalus">
    <w:name w:val="footer"/>
    <w:basedOn w:val="Normaallaad"/>
    <w:link w:val="JalusMrk"/>
    <w:uiPriority w:val="99"/>
    <w:unhideWhenUsed/>
    <w:rsid w:val="00E618BF"/>
    <w:pPr>
      <w:tabs>
        <w:tab w:val="center" w:pos="4680"/>
        <w:tab w:val="right" w:pos="9360"/>
      </w:tabs>
      <w:spacing w:after="0" w:line="240" w:lineRule="auto"/>
    </w:pPr>
  </w:style>
  <w:style w:type="character" w:customStyle="1" w:styleId="JalusMrk">
    <w:name w:val="Jalus Märk"/>
    <w:basedOn w:val="Liguvaikefont"/>
    <w:link w:val="Jalus"/>
    <w:uiPriority w:val="99"/>
    <w:rsid w:val="00E618BF"/>
  </w:style>
  <w:style w:type="paragraph" w:styleId="Vahedeta">
    <w:name w:val="No Spacing"/>
    <w:uiPriority w:val="1"/>
    <w:qFormat/>
    <w:rsid w:val="00FC693F"/>
    <w:pPr>
      <w:spacing w:after="0" w:line="240" w:lineRule="auto"/>
    </w:pPr>
  </w:style>
  <w:style w:type="character" w:customStyle="1" w:styleId="Pealkiri1Mrk">
    <w:name w:val="Pealkiri 1 Märk"/>
    <w:basedOn w:val="Liguvaikefont"/>
    <w:link w:val="Pealkiri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Liguvaikefont"/>
    <w:link w:val="Pealkiri2"/>
    <w:uiPriority w:val="9"/>
    <w:rsid w:val="00FC693F"/>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Liguvaikefont"/>
    <w:link w:val="Pealkiri3"/>
    <w:uiPriority w:val="9"/>
    <w:rsid w:val="00FC693F"/>
    <w:rPr>
      <w:rFonts w:asciiTheme="majorHAnsi" w:eastAsiaTheme="majorEastAsia" w:hAnsiTheme="majorHAnsi" w:cstheme="majorBidi"/>
      <w:b/>
      <w:bCs/>
      <w:color w:val="4F81BD" w:themeColor="accent1"/>
    </w:rPr>
  </w:style>
  <w:style w:type="paragraph" w:styleId="Pealkiri">
    <w:name w:val="Title"/>
    <w:basedOn w:val="Normaallaad"/>
    <w:next w:val="Normaallaad"/>
    <w:link w:val="PealkiriMr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pealkiri">
    <w:name w:val="Subtitle"/>
    <w:basedOn w:val="Normaallaad"/>
    <w:next w:val="Normaallaad"/>
    <w:link w:val="AlapealkiriMr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pealkiriMrk">
    <w:name w:val="Alapealkiri Märk"/>
    <w:basedOn w:val="Liguvaikefont"/>
    <w:link w:val="Alapealkiri"/>
    <w:uiPriority w:val="11"/>
    <w:rsid w:val="00FC693F"/>
    <w:rPr>
      <w:rFonts w:asciiTheme="majorHAnsi" w:eastAsiaTheme="majorEastAsia" w:hAnsiTheme="majorHAnsi" w:cstheme="majorBidi"/>
      <w:i/>
      <w:iCs/>
      <w:color w:val="4F81BD" w:themeColor="accent1"/>
      <w:spacing w:val="15"/>
      <w:sz w:val="24"/>
      <w:szCs w:val="24"/>
    </w:rPr>
  </w:style>
  <w:style w:type="paragraph" w:styleId="Loendilik">
    <w:name w:val="List Paragraph"/>
    <w:basedOn w:val="Normaallaad"/>
    <w:uiPriority w:val="34"/>
    <w:qFormat/>
    <w:rsid w:val="00FC693F"/>
    <w:pPr>
      <w:ind w:left="720"/>
      <w:contextualSpacing/>
    </w:pPr>
  </w:style>
  <w:style w:type="paragraph" w:styleId="Kehatekst">
    <w:name w:val="Body Text"/>
    <w:basedOn w:val="Normaallaad"/>
    <w:link w:val="KehatekstMrk"/>
    <w:uiPriority w:val="99"/>
    <w:unhideWhenUsed/>
    <w:rsid w:val="00AA1D8D"/>
  </w:style>
  <w:style w:type="character" w:customStyle="1" w:styleId="KehatekstMrk">
    <w:name w:val="Kehatekst Märk"/>
    <w:basedOn w:val="Liguvaikefont"/>
    <w:link w:val="Kehatekst"/>
    <w:uiPriority w:val="99"/>
    <w:rsid w:val="00AA1D8D"/>
  </w:style>
  <w:style w:type="paragraph" w:styleId="Kehatekst2">
    <w:name w:val="Body Text 2"/>
    <w:basedOn w:val="Normaallaad"/>
    <w:link w:val="Kehatekst2Mrk"/>
    <w:uiPriority w:val="99"/>
    <w:unhideWhenUsed/>
    <w:rsid w:val="00AA1D8D"/>
    <w:pPr>
      <w:spacing w:line="480" w:lineRule="auto"/>
    </w:pPr>
  </w:style>
  <w:style w:type="character" w:customStyle="1" w:styleId="Kehatekst2Mrk">
    <w:name w:val="Kehatekst 2 Märk"/>
    <w:basedOn w:val="Liguvaikefont"/>
    <w:link w:val="Kehatekst2"/>
    <w:uiPriority w:val="99"/>
    <w:rsid w:val="00AA1D8D"/>
  </w:style>
  <w:style w:type="paragraph" w:styleId="Kehatekst3">
    <w:name w:val="Body Text 3"/>
    <w:basedOn w:val="Normaallaad"/>
    <w:link w:val="Kehatekst3Mrk"/>
    <w:uiPriority w:val="99"/>
    <w:unhideWhenUsed/>
    <w:rsid w:val="00AA1D8D"/>
    <w:rPr>
      <w:sz w:val="16"/>
      <w:szCs w:val="16"/>
    </w:rPr>
  </w:style>
  <w:style w:type="character" w:customStyle="1" w:styleId="Kehatekst3Mrk">
    <w:name w:val="Kehatekst 3 Märk"/>
    <w:basedOn w:val="Liguvaikefont"/>
    <w:link w:val="Kehatekst3"/>
    <w:uiPriority w:val="99"/>
    <w:rsid w:val="00AA1D8D"/>
    <w:rPr>
      <w:sz w:val="16"/>
      <w:szCs w:val="16"/>
    </w:rPr>
  </w:style>
  <w:style w:type="paragraph" w:styleId="Loend">
    <w:name w:val="List"/>
    <w:basedOn w:val="Normaallaad"/>
    <w:uiPriority w:val="99"/>
    <w:unhideWhenUsed/>
    <w:rsid w:val="00AA1D8D"/>
    <w:pPr>
      <w:ind w:left="360" w:hanging="360"/>
      <w:contextualSpacing/>
    </w:pPr>
  </w:style>
  <w:style w:type="paragraph" w:styleId="Loend2">
    <w:name w:val="List 2"/>
    <w:basedOn w:val="Normaallaad"/>
    <w:uiPriority w:val="99"/>
    <w:unhideWhenUsed/>
    <w:rsid w:val="00326F90"/>
    <w:pPr>
      <w:ind w:left="720" w:hanging="360"/>
      <w:contextualSpacing/>
    </w:pPr>
  </w:style>
  <w:style w:type="paragraph" w:styleId="Loend3">
    <w:name w:val="List 3"/>
    <w:basedOn w:val="Normaallaad"/>
    <w:uiPriority w:val="99"/>
    <w:unhideWhenUsed/>
    <w:rsid w:val="00326F90"/>
    <w:pPr>
      <w:ind w:left="1080" w:hanging="360"/>
      <w:contextualSpacing/>
    </w:pPr>
  </w:style>
  <w:style w:type="paragraph" w:styleId="Loenditpp">
    <w:name w:val="List Bullet"/>
    <w:basedOn w:val="Normaallaad"/>
    <w:uiPriority w:val="99"/>
    <w:unhideWhenUsed/>
    <w:rsid w:val="00326F90"/>
    <w:pPr>
      <w:numPr>
        <w:numId w:val="1"/>
      </w:numPr>
      <w:contextualSpacing/>
    </w:pPr>
  </w:style>
  <w:style w:type="paragraph" w:styleId="Loenditpp2">
    <w:name w:val="List Bullet 2"/>
    <w:basedOn w:val="Normaallaad"/>
    <w:uiPriority w:val="99"/>
    <w:unhideWhenUsed/>
    <w:rsid w:val="00326F90"/>
    <w:pPr>
      <w:numPr>
        <w:numId w:val="2"/>
      </w:numPr>
      <w:contextualSpacing/>
    </w:pPr>
  </w:style>
  <w:style w:type="paragraph" w:styleId="Loenditpp3">
    <w:name w:val="List Bullet 3"/>
    <w:basedOn w:val="Normaallaad"/>
    <w:uiPriority w:val="99"/>
    <w:unhideWhenUsed/>
    <w:rsid w:val="00326F90"/>
    <w:pPr>
      <w:numPr>
        <w:numId w:val="3"/>
      </w:numPr>
      <w:contextualSpacing/>
    </w:pPr>
  </w:style>
  <w:style w:type="paragraph" w:styleId="Loendinumber">
    <w:name w:val="List Number"/>
    <w:basedOn w:val="Normaallaad"/>
    <w:uiPriority w:val="99"/>
    <w:unhideWhenUsed/>
    <w:rsid w:val="00326F90"/>
    <w:pPr>
      <w:numPr>
        <w:numId w:val="5"/>
      </w:numPr>
      <w:contextualSpacing/>
    </w:pPr>
  </w:style>
  <w:style w:type="paragraph" w:styleId="Loendinumber2">
    <w:name w:val="List Number 2"/>
    <w:basedOn w:val="Normaallaad"/>
    <w:uiPriority w:val="99"/>
    <w:unhideWhenUsed/>
    <w:rsid w:val="0029639D"/>
    <w:pPr>
      <w:numPr>
        <w:numId w:val="6"/>
      </w:numPr>
      <w:contextualSpacing/>
    </w:pPr>
  </w:style>
  <w:style w:type="paragraph" w:styleId="Loendinumber3">
    <w:name w:val="List Number 3"/>
    <w:basedOn w:val="Normaallaad"/>
    <w:uiPriority w:val="99"/>
    <w:unhideWhenUsed/>
    <w:rsid w:val="0029639D"/>
    <w:pPr>
      <w:numPr>
        <w:numId w:val="7"/>
      </w:numPr>
      <w:contextualSpacing/>
    </w:pPr>
  </w:style>
  <w:style w:type="paragraph" w:styleId="Loendijtk">
    <w:name w:val="List Continue"/>
    <w:basedOn w:val="Normaallaad"/>
    <w:uiPriority w:val="99"/>
    <w:unhideWhenUsed/>
    <w:rsid w:val="0029639D"/>
    <w:pPr>
      <w:ind w:left="360"/>
      <w:contextualSpacing/>
    </w:pPr>
  </w:style>
  <w:style w:type="paragraph" w:styleId="Loendijtk2">
    <w:name w:val="List Continue 2"/>
    <w:basedOn w:val="Normaallaad"/>
    <w:uiPriority w:val="99"/>
    <w:unhideWhenUsed/>
    <w:rsid w:val="0029639D"/>
    <w:pPr>
      <w:ind w:left="720"/>
      <w:contextualSpacing/>
    </w:pPr>
  </w:style>
  <w:style w:type="paragraph" w:styleId="Loendijtk3">
    <w:name w:val="List Continue 3"/>
    <w:basedOn w:val="Normaallaad"/>
    <w:uiPriority w:val="99"/>
    <w:unhideWhenUsed/>
    <w:rsid w:val="0029639D"/>
    <w:pPr>
      <w:ind w:left="1080"/>
      <w:contextualSpacing/>
    </w:pPr>
  </w:style>
  <w:style w:type="paragraph" w:styleId="Makrotekst">
    <w:name w:val="macro"/>
    <w:link w:val="MakrotekstMr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Mrk">
    <w:name w:val="Makrotekst Märk"/>
    <w:basedOn w:val="Liguvaikefont"/>
    <w:link w:val="Makrotekst"/>
    <w:uiPriority w:val="99"/>
    <w:rsid w:val="0029639D"/>
    <w:rPr>
      <w:rFonts w:ascii="Courier" w:hAnsi="Courier"/>
      <w:sz w:val="20"/>
      <w:szCs w:val="20"/>
    </w:rPr>
  </w:style>
  <w:style w:type="paragraph" w:styleId="Tsitaat">
    <w:name w:val="Quote"/>
    <w:basedOn w:val="Normaallaad"/>
    <w:next w:val="Normaallaad"/>
    <w:link w:val="TsitaatMrk"/>
    <w:uiPriority w:val="29"/>
    <w:qFormat/>
    <w:rsid w:val="00FC693F"/>
    <w:rPr>
      <w:i/>
      <w:iCs/>
      <w:color w:val="000000" w:themeColor="text1"/>
    </w:rPr>
  </w:style>
  <w:style w:type="character" w:customStyle="1" w:styleId="TsitaatMrk">
    <w:name w:val="Tsitaat Märk"/>
    <w:basedOn w:val="Liguvaikefont"/>
    <w:link w:val="Tsitaat"/>
    <w:uiPriority w:val="29"/>
    <w:rsid w:val="00FC693F"/>
    <w:rPr>
      <w:i/>
      <w:iCs/>
      <w:color w:val="000000" w:themeColor="text1"/>
    </w:rPr>
  </w:style>
  <w:style w:type="character" w:customStyle="1" w:styleId="Pealkiri4Mrk">
    <w:name w:val="Pealkiri 4 Märk"/>
    <w:basedOn w:val="Liguvaikefont"/>
    <w:link w:val="Pealkiri4"/>
    <w:uiPriority w:val="9"/>
    <w:semiHidden/>
    <w:rsid w:val="00FC693F"/>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link w:val="Pealkiri5"/>
    <w:uiPriority w:val="9"/>
    <w:semiHidden/>
    <w:rsid w:val="00FC693F"/>
    <w:rPr>
      <w:rFonts w:asciiTheme="majorHAnsi" w:eastAsiaTheme="majorEastAsia" w:hAnsiTheme="majorHAnsi" w:cstheme="majorBidi"/>
      <w:color w:val="243F60" w:themeColor="accent1" w:themeShade="7F"/>
    </w:rPr>
  </w:style>
  <w:style w:type="character" w:customStyle="1" w:styleId="Pealkiri6Mrk">
    <w:name w:val="Pealkiri 6 Märk"/>
    <w:basedOn w:val="Liguvaikefont"/>
    <w:link w:val="Pealkiri6"/>
    <w:uiPriority w:val="9"/>
    <w:semiHidden/>
    <w:rsid w:val="00FC693F"/>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link w:val="Pealkiri7"/>
    <w:uiPriority w:val="9"/>
    <w:semiHidden/>
    <w:rsid w:val="00FC693F"/>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link w:val="Pealkiri8"/>
    <w:uiPriority w:val="9"/>
    <w:semiHidden/>
    <w:rsid w:val="00FC693F"/>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link w:val="Pealkiri9"/>
    <w:uiPriority w:val="9"/>
    <w:semiHidden/>
    <w:rsid w:val="00FC693F"/>
    <w:rPr>
      <w:rFonts w:asciiTheme="majorHAnsi" w:eastAsiaTheme="majorEastAsia" w:hAnsiTheme="majorHAnsi" w:cstheme="majorBidi"/>
      <w:i/>
      <w:iCs/>
      <w:color w:val="404040" w:themeColor="text1" w:themeTint="BF"/>
      <w:sz w:val="20"/>
      <w:szCs w:val="20"/>
    </w:rPr>
  </w:style>
  <w:style w:type="paragraph" w:styleId="Pealdis">
    <w:name w:val="caption"/>
    <w:basedOn w:val="Normaallaad"/>
    <w:next w:val="Normaallaad"/>
    <w:uiPriority w:val="35"/>
    <w:semiHidden/>
    <w:unhideWhenUsed/>
    <w:qFormat/>
    <w:rsid w:val="00FC693F"/>
    <w:pPr>
      <w:spacing w:line="240" w:lineRule="auto"/>
    </w:pPr>
    <w:rPr>
      <w:b/>
      <w:bCs/>
      <w:color w:val="4F81BD" w:themeColor="accent1"/>
      <w:sz w:val="18"/>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paragraph" w:styleId="Selgeltmrgatavtsitaat">
    <w:name w:val="Intense Quote"/>
    <w:basedOn w:val="Normaallaad"/>
    <w:next w:val="Normaallaad"/>
    <w:link w:val="SelgeltmrgatavtsitaatMr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FC693F"/>
    <w:rPr>
      <w:b/>
      <w:bCs/>
      <w:i/>
      <w:iCs/>
      <w:color w:val="4F81BD" w:themeColor="accent1"/>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eloendrhk1">
    <w:name w:val="Light List Accent 1"/>
    <w:basedOn w:val="Normaal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eloendrhk2">
    <w:name w:val="Light List Accent 2"/>
    <w:basedOn w:val="Normaal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eloendrhk3">
    <w:name w:val="Light List Accent 3"/>
    <w:basedOn w:val="Normaal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eloendrhk4">
    <w:name w:val="Light List Accent 4"/>
    <w:basedOn w:val="Normaal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eloendrhk5">
    <w:name w:val="Light List Accent 5"/>
    <w:basedOn w:val="Normaal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eloendrhk6">
    <w:name w:val="Light List Accent 6"/>
    <w:basedOn w:val="Normaal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1">
    <w:name w:val="Light Grid Accent 1"/>
    <w:basedOn w:val="Normaal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ekoordinaatvrkrhk2">
    <w:name w:val="Light Grid Accent 2"/>
    <w:basedOn w:val="Normaal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ekoordinaatvrkrhk3">
    <w:name w:val="Light Grid Accent 3"/>
    <w:basedOn w:val="Normaal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ekoordinaatvrkrhk4">
    <w:name w:val="Light Grid Accent 4"/>
    <w:basedOn w:val="Normaal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ekoordinaatvrkrhk5">
    <w:name w:val="Light Grid Accent 5"/>
    <w:basedOn w:val="Normaal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ekoordinaatvrkrhk6">
    <w:name w:val="Light Grid Accent 6"/>
    <w:basedOn w:val="Normaal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1">
    <w:name w:val="Medium Shading 2 Accent 1"/>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2">
    <w:name w:val="Medium Shading 2 Accent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3">
    <w:name w:val="Medium Shading 2 Accent 3"/>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4">
    <w:name w:val="Medium Shading 2 Accent 4"/>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5">
    <w:name w:val="Medium Shading 2 Accent 5"/>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6">
    <w:name w:val="Medium Shading 2 Accent 6"/>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eskminekoordinaatvrk3rhk1">
    <w:name w:val="Medium Grid 3 Accent 1"/>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eskminekoordinaatvrk3rhk2">
    <w:name w:val="Medium Grid 3 Accent 2"/>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eskminekoordinaatvrk3rhk3">
    <w:name w:val="Medium Grid 3 Accent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eskminekoordinaatvrk3rhk4">
    <w:name w:val="Medium Grid 3 Accent 4"/>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eskminekoordinaatvrk3rhk5">
    <w:name w:val="Medium Grid 3 Accent 5"/>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eskminekoordinaatvrk3rhk6">
    <w:name w:val="Medium Grid 3 Accent 6"/>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1474</Words>
  <Characters>8552</Characters>
  <Application>Microsoft Office Word</Application>
  <DocSecurity>0</DocSecurity>
  <Lines>71</Lines>
  <Paragraphs>20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Renate Hinno</cp:lastModifiedBy>
  <cp:revision>3</cp:revision>
  <dcterms:created xsi:type="dcterms:W3CDTF">2013-12-23T23:15:00Z</dcterms:created>
  <dcterms:modified xsi:type="dcterms:W3CDTF">2026-09-08T08:49:00Z</dcterms:modified>
  <cp:category/>
</cp:coreProperties>
</file>