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733FA" w14:textId="77777777" w:rsidR="007C555D" w:rsidRDefault="00000000">
      <w:pPr>
        <w:pStyle w:val="Heading1"/>
        <w:jc w:val="center"/>
      </w:pPr>
      <w:r>
        <w:t>ÜRITUSE SISU KIRJELDUS</w:t>
      </w:r>
    </w:p>
    <w:p w14:paraId="53B1D1BD" w14:textId="3CEC586E" w:rsidR="007C555D" w:rsidRDefault="00000000">
      <w:r>
        <w:rPr>
          <w:b/>
        </w:rPr>
        <w:t xml:space="preserve">Üritus: </w:t>
      </w:r>
      <w:r>
        <w:t>Taasiseseisvumispäeva tähistav kogukonnapiknik Narvas</w:t>
      </w:r>
      <w:r>
        <w:br/>
      </w:r>
      <w:r>
        <w:rPr>
          <w:b/>
        </w:rPr>
        <w:t xml:space="preserve">Toimumise aeg: </w:t>
      </w:r>
      <w:r>
        <w:t>20. august 2026</w:t>
      </w:r>
      <w:r>
        <w:br/>
      </w:r>
      <w:r>
        <w:rPr>
          <w:b/>
        </w:rPr>
        <w:t xml:space="preserve">Toimumiskoht: </w:t>
      </w:r>
      <w:r>
        <w:t>Rugodivi Kultuurimaja park ja Joaoru puhkeala, Narva</w:t>
      </w:r>
      <w:r>
        <w:br/>
      </w:r>
      <w:proofErr w:type="spellStart"/>
      <w:r>
        <w:rPr>
          <w:b/>
        </w:rPr>
        <w:t>Korraldaja</w:t>
      </w:r>
      <w:proofErr w:type="spellEnd"/>
      <w:r>
        <w:rPr>
          <w:b/>
        </w:rPr>
        <w:t xml:space="preserve">: </w:t>
      </w:r>
      <w:r>
        <w:t>L</w:t>
      </w:r>
      <w:r w:rsidR="00E76933">
        <w:t>ive</w:t>
      </w:r>
      <w:r>
        <w:t xml:space="preserve"> </w:t>
      </w:r>
      <w:proofErr w:type="spellStart"/>
      <w:r>
        <w:t>Agentuur</w:t>
      </w:r>
      <w:proofErr w:type="spellEnd"/>
      <w:r>
        <w:t xml:space="preserve"> OÜ </w:t>
      </w:r>
      <w:proofErr w:type="spellStart"/>
      <w:r>
        <w:t>koostöös</w:t>
      </w:r>
      <w:proofErr w:type="spellEnd"/>
      <w:r>
        <w:t xml:space="preserve"> Integratsiooni Sihtasutusega</w:t>
      </w:r>
    </w:p>
    <w:p w14:paraId="67C82A48" w14:textId="77777777" w:rsidR="007C555D" w:rsidRDefault="00000000">
      <w:pPr>
        <w:pStyle w:val="Heading2"/>
      </w:pPr>
      <w:r>
        <w:t>1. Ürituse mõte ja eesmärk</w:t>
      </w:r>
    </w:p>
    <w:p w14:paraId="050AF835" w14:textId="77777777" w:rsidR="007C555D" w:rsidRDefault="00000000">
      <w:r>
        <w:t>Taasiseseisvumispäeva tähistav kogukonnapiknik on avalik kogukonnasündmus, mille eesmärk on tähistada Eesti taasiseseisvumispäeva avatud, kaasava ja ühendava sündmusena. Üritus toob kokku erineva keele-, kultuuri- ja vanusetaustaga inimesed Narvast, Ida‑Virumaalt ja mujalt Eestist, et tugevdada kogukondadevahelist sidusust, väärtustada kultuurilist mitmekesisust ning pakkuda võimalust ühiseks aruteluks, kultuurielamuseks ja koosviibimiseks.</w:t>
      </w:r>
      <w:r>
        <w:br/>
      </w:r>
      <w:r>
        <w:br/>
        <w:t>Üritus ühendab kogukondlikud arutelud, töötoad ning laulupikniku terviklikuks päevaprogrammiks. Sündmus on kõigile külastajatele tasuta.</w:t>
      </w:r>
    </w:p>
    <w:p w14:paraId="10E0B9E3" w14:textId="77777777" w:rsidR="007C555D" w:rsidRDefault="00000000">
      <w:pPr>
        <w:pStyle w:val="Heading2"/>
      </w:pPr>
      <w:r>
        <w:t>2. Ürituse kirjeldus</w:t>
      </w:r>
    </w:p>
    <w:p w14:paraId="1847E886" w14:textId="49E0A44F" w:rsidR="007C555D" w:rsidRDefault="00000000">
      <w:r>
        <w:t>Üritus toimub kahes omavahel seotud toimumispaigas.</w:t>
      </w:r>
      <w:r>
        <w:br/>
      </w:r>
      <w:r>
        <w:br/>
        <w:t>Rugodivi Kultuurimaja pargis toimuvad ajavahemikus 12.00–16.00 kogukondlikud arutelud „Kogukonnahääl“, töötoad ning erinevad kaasavad tegevused. Aruteluala hõlmab noorte- ja lasteala, kultuuriala, linnaruumiala, kogukonnaelu ala, töötubade ala ning Narva giidi ala.</w:t>
      </w:r>
      <w:r>
        <w:br/>
      </w:r>
      <w:r>
        <w:br/>
        <w:t xml:space="preserve">Joaoru </w:t>
      </w:r>
      <w:proofErr w:type="spellStart"/>
      <w:r>
        <w:t>puhkealal</w:t>
      </w:r>
      <w:proofErr w:type="spellEnd"/>
      <w:r>
        <w:t xml:space="preserve"> </w:t>
      </w:r>
      <w:proofErr w:type="spellStart"/>
      <w:r>
        <w:t>toimub</w:t>
      </w:r>
      <w:proofErr w:type="spellEnd"/>
      <w:r>
        <w:t xml:space="preserve"> </w:t>
      </w:r>
      <w:proofErr w:type="spellStart"/>
      <w:r>
        <w:t>ajavahemikus</w:t>
      </w:r>
      <w:proofErr w:type="spellEnd"/>
      <w:r>
        <w:t xml:space="preserve"> </w:t>
      </w:r>
      <w:r w:rsidR="00E76933">
        <w:t>17.00</w:t>
      </w:r>
      <w:r>
        <w:t xml:space="preserve">–20.00 </w:t>
      </w:r>
      <w:proofErr w:type="spellStart"/>
      <w:r>
        <w:t>kogukondlik</w:t>
      </w:r>
      <w:proofErr w:type="spellEnd"/>
      <w:r>
        <w:t xml:space="preserve"> </w:t>
      </w:r>
      <w:proofErr w:type="spellStart"/>
      <w:r>
        <w:t>laulupiknik</w:t>
      </w:r>
      <w:proofErr w:type="spellEnd"/>
      <w:r>
        <w:t xml:space="preserve">, </w:t>
      </w:r>
      <w:proofErr w:type="spellStart"/>
      <w:r>
        <w:t>kus</w:t>
      </w:r>
      <w:proofErr w:type="spellEnd"/>
      <w:r>
        <w:t xml:space="preserve"> astuvad üles Ida‑Virumaa koorid, saatebänd ja külalisesinejad. Programm ühendab muusika, lavastuse, video- ja valguslahendused ning loob kogukondi ühendava kultuurisündmuse. Oodatav külastajate arv on kuni 3000 inimest.</w:t>
      </w:r>
    </w:p>
    <w:p w14:paraId="19B012DB" w14:textId="77777777" w:rsidR="007C555D" w:rsidRDefault="00000000">
      <w:pPr>
        <w:pStyle w:val="Heading2"/>
      </w:pPr>
      <w:r>
        <w:t>3. Aja- ja tegevuskava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C555D" w14:paraId="0AF013AF" w14:textId="77777777">
        <w:tc>
          <w:tcPr>
            <w:tcW w:w="4320" w:type="dxa"/>
          </w:tcPr>
          <w:p w14:paraId="12D01B8D" w14:textId="77777777" w:rsidR="007C555D" w:rsidRDefault="00000000">
            <w:r>
              <w:t>Aeg</w:t>
            </w:r>
          </w:p>
        </w:tc>
        <w:tc>
          <w:tcPr>
            <w:tcW w:w="4320" w:type="dxa"/>
          </w:tcPr>
          <w:p w14:paraId="54BDA858" w14:textId="77777777" w:rsidR="007C555D" w:rsidRDefault="00000000">
            <w:r>
              <w:t>Tegevus</w:t>
            </w:r>
          </w:p>
        </w:tc>
      </w:tr>
      <w:tr w:rsidR="007C555D" w14:paraId="4ED821B6" w14:textId="77777777">
        <w:tc>
          <w:tcPr>
            <w:tcW w:w="4320" w:type="dxa"/>
          </w:tcPr>
          <w:p w14:paraId="372FE0A4" w14:textId="77777777" w:rsidR="007C555D" w:rsidRDefault="00000000">
            <w:r>
              <w:t>17.–19.08.2026</w:t>
            </w:r>
          </w:p>
        </w:tc>
        <w:tc>
          <w:tcPr>
            <w:tcW w:w="4320" w:type="dxa"/>
          </w:tcPr>
          <w:p w14:paraId="42C9B2AB" w14:textId="721A284D" w:rsidR="007C555D" w:rsidRDefault="003C1232">
            <w:proofErr w:type="spellStart"/>
            <w:r>
              <w:t>Joaorus</w:t>
            </w:r>
            <w:proofErr w:type="spellEnd"/>
            <w:r>
              <w:t xml:space="preserve"> </w:t>
            </w:r>
            <w:proofErr w:type="spellStart"/>
            <w:r>
              <w:t>Laulupikniku</w:t>
            </w:r>
            <w:proofErr w:type="spellEnd"/>
            <w:r>
              <w:t xml:space="preserve"> </w:t>
            </w:r>
            <w:proofErr w:type="spellStart"/>
            <w:r>
              <w:t>ü</w:t>
            </w:r>
            <w:r w:rsidR="00000000">
              <w:t>rituse</w:t>
            </w:r>
            <w:proofErr w:type="spellEnd"/>
            <w:r w:rsidR="00000000">
              <w:t xml:space="preserve"> ala </w:t>
            </w:r>
            <w:proofErr w:type="spellStart"/>
            <w:r w:rsidR="00000000">
              <w:t>ettevalmistamine</w:t>
            </w:r>
            <w:proofErr w:type="spellEnd"/>
            <w:r w:rsidR="00000000">
              <w:t xml:space="preserve">, lava, </w:t>
            </w:r>
            <w:proofErr w:type="spellStart"/>
            <w:r w:rsidR="00000000">
              <w:t>telkide</w:t>
            </w:r>
            <w:proofErr w:type="spellEnd"/>
            <w:r w:rsidR="00000000">
              <w:t xml:space="preserve"> ja tehniliste lahenduste paigaldus, elektri-, heli-, valgus- ja videolahenduste rajamine, proovide ja tehniliste testide läbiviimine.</w:t>
            </w:r>
          </w:p>
        </w:tc>
      </w:tr>
      <w:tr w:rsidR="003C1232" w14:paraId="3EC13F67" w14:textId="77777777">
        <w:tc>
          <w:tcPr>
            <w:tcW w:w="4320" w:type="dxa"/>
          </w:tcPr>
          <w:p w14:paraId="550D9CD0" w14:textId="08E21285" w:rsidR="003C1232" w:rsidRDefault="003C1232">
            <w:r>
              <w:t>19.08.2026</w:t>
            </w:r>
          </w:p>
        </w:tc>
        <w:tc>
          <w:tcPr>
            <w:tcW w:w="4320" w:type="dxa"/>
          </w:tcPr>
          <w:p w14:paraId="0645CC74" w14:textId="586C4D72" w:rsidR="003C1232" w:rsidRDefault="003C1232">
            <w:proofErr w:type="spellStart"/>
            <w:r>
              <w:t>Rugodivi</w:t>
            </w:r>
            <w:proofErr w:type="spellEnd"/>
            <w:r>
              <w:t xml:space="preserve"> </w:t>
            </w:r>
            <w:proofErr w:type="spellStart"/>
            <w:r>
              <w:t>pargis</w:t>
            </w:r>
            <w:proofErr w:type="spellEnd"/>
            <w:r>
              <w:t xml:space="preserve"> </w:t>
            </w:r>
            <w:proofErr w:type="spellStart"/>
            <w:r>
              <w:t>Kogukonnahääle</w:t>
            </w:r>
            <w:proofErr w:type="spellEnd"/>
            <w:r>
              <w:t xml:space="preserve"> </w:t>
            </w:r>
            <w:proofErr w:type="spellStart"/>
            <w:r>
              <w:t>ürituse</w:t>
            </w:r>
            <w:proofErr w:type="spellEnd"/>
            <w:r>
              <w:t xml:space="preserve"> ala </w:t>
            </w:r>
            <w:proofErr w:type="spellStart"/>
            <w:r>
              <w:t>ettevalmistamine</w:t>
            </w:r>
            <w:proofErr w:type="spellEnd"/>
          </w:p>
        </w:tc>
      </w:tr>
      <w:tr w:rsidR="007C555D" w14:paraId="054EB953" w14:textId="77777777">
        <w:tc>
          <w:tcPr>
            <w:tcW w:w="4320" w:type="dxa"/>
          </w:tcPr>
          <w:p w14:paraId="549229EB" w14:textId="77777777" w:rsidR="007C555D" w:rsidRDefault="00000000">
            <w:r>
              <w:t>20.08.2026 10.00–14.00</w:t>
            </w:r>
          </w:p>
        </w:tc>
        <w:tc>
          <w:tcPr>
            <w:tcW w:w="4320" w:type="dxa"/>
          </w:tcPr>
          <w:p w14:paraId="065EFE4E" w14:textId="77777777" w:rsidR="007C555D" w:rsidRDefault="00000000">
            <w:r>
              <w:t>Peaproovid ja tehnilised kontrollid.</w:t>
            </w:r>
          </w:p>
        </w:tc>
      </w:tr>
      <w:tr w:rsidR="007C555D" w14:paraId="4685E6A3" w14:textId="77777777">
        <w:tc>
          <w:tcPr>
            <w:tcW w:w="4320" w:type="dxa"/>
          </w:tcPr>
          <w:p w14:paraId="38286777" w14:textId="77777777" w:rsidR="007C555D" w:rsidRDefault="00000000">
            <w:r>
              <w:t>20.08.2026 12.00–16.00</w:t>
            </w:r>
          </w:p>
        </w:tc>
        <w:tc>
          <w:tcPr>
            <w:tcW w:w="4320" w:type="dxa"/>
          </w:tcPr>
          <w:p w14:paraId="0116108F" w14:textId="77777777" w:rsidR="007C555D" w:rsidRDefault="00000000">
            <w:r>
              <w:t>Kogukondlikud arutelud „Kogukonnahääl“, töötoad ja kogukonnategevused Rugodivi Kultuurimaja pargis.</w:t>
            </w:r>
          </w:p>
        </w:tc>
      </w:tr>
      <w:tr w:rsidR="007C555D" w14:paraId="1B09C9BF" w14:textId="77777777">
        <w:tc>
          <w:tcPr>
            <w:tcW w:w="4320" w:type="dxa"/>
          </w:tcPr>
          <w:p w14:paraId="19EDC6E5" w14:textId="77777777" w:rsidR="007C555D" w:rsidRDefault="00000000">
            <w:r>
              <w:t>20.08.2026 16.30–20.00</w:t>
            </w:r>
          </w:p>
        </w:tc>
        <w:tc>
          <w:tcPr>
            <w:tcW w:w="4320" w:type="dxa"/>
          </w:tcPr>
          <w:p w14:paraId="51F40FAA" w14:textId="77777777" w:rsidR="007C555D" w:rsidRDefault="00000000">
            <w:r>
              <w:t xml:space="preserve">Laulupiknik Joaoru puhkealal, kooride ja </w:t>
            </w:r>
            <w:r>
              <w:lastRenderedPageBreak/>
              <w:t>artistide esinemised, publikuprogramm, foto- ja videojäädvustus.</w:t>
            </w:r>
          </w:p>
        </w:tc>
      </w:tr>
      <w:tr w:rsidR="007C555D" w14:paraId="6725CD1A" w14:textId="77777777">
        <w:tc>
          <w:tcPr>
            <w:tcW w:w="4320" w:type="dxa"/>
          </w:tcPr>
          <w:p w14:paraId="618D67D2" w14:textId="77777777" w:rsidR="007C555D" w:rsidRDefault="00000000">
            <w:r>
              <w:lastRenderedPageBreak/>
              <w:t>21.–22.08.2026</w:t>
            </w:r>
          </w:p>
        </w:tc>
        <w:tc>
          <w:tcPr>
            <w:tcW w:w="4320" w:type="dxa"/>
          </w:tcPr>
          <w:p w14:paraId="08D4CF6A" w14:textId="77777777" w:rsidR="007C555D" w:rsidRDefault="00000000">
            <w:r>
              <w:t>Tehnika demontaaž, ala koristus, jäätmete äravedu ning territooriumi taastamine.</w:t>
            </w:r>
          </w:p>
        </w:tc>
      </w:tr>
    </w:tbl>
    <w:p w14:paraId="303A561B" w14:textId="77777777" w:rsidR="007C555D" w:rsidRDefault="00000000">
      <w:pPr>
        <w:pStyle w:val="Heading2"/>
      </w:pPr>
      <w:r>
        <w:t>4. Korraldus ja ohutus</w:t>
      </w:r>
    </w:p>
    <w:p w14:paraId="490626B8" w14:textId="74B2BBBD" w:rsidR="007C555D" w:rsidRDefault="00000000">
      <w:r>
        <w:t xml:space="preserve">Ürituse korraldamisel tagatakse professionaalne </w:t>
      </w:r>
      <w:proofErr w:type="spellStart"/>
      <w:r>
        <w:t>projektijuhtimine</w:t>
      </w:r>
      <w:proofErr w:type="spellEnd"/>
      <w:r>
        <w:t xml:space="preserve">, </w:t>
      </w:r>
      <w:proofErr w:type="spellStart"/>
      <w:r>
        <w:t>tehniline</w:t>
      </w:r>
      <w:proofErr w:type="spellEnd"/>
      <w:r>
        <w:t xml:space="preserve"> </w:t>
      </w:r>
      <w:proofErr w:type="spellStart"/>
      <w:r>
        <w:t>juhtimine</w:t>
      </w:r>
      <w:proofErr w:type="spellEnd"/>
      <w:r>
        <w:t xml:space="preserve">, </w:t>
      </w:r>
      <w:proofErr w:type="spellStart"/>
      <w:r>
        <w:t>turvateenus</w:t>
      </w:r>
      <w:proofErr w:type="spellEnd"/>
      <w:r>
        <w:t xml:space="preserve">, </w:t>
      </w:r>
      <w:proofErr w:type="spellStart"/>
      <w:r>
        <w:t>liiklus</w:t>
      </w:r>
      <w:proofErr w:type="spellEnd"/>
      <w:r>
        <w:t xml:space="preserve">- ja </w:t>
      </w:r>
      <w:proofErr w:type="spellStart"/>
      <w:r>
        <w:t>evakuatsioonikorraldus</w:t>
      </w:r>
      <w:proofErr w:type="spellEnd"/>
      <w:r>
        <w:t>, külastajate suunamine, ajutised sanitaartingimused ning territooriumi pidev korrashoid. Kõik ajutised rajatised ja tehnilised lahendused vastavad kehtivatele ohutusnõuetele ning avalike ürituste korraldamise nõuetele.</w:t>
      </w:r>
    </w:p>
    <w:p w14:paraId="0C0843AD" w14:textId="77777777" w:rsidR="007C555D" w:rsidRDefault="00000000">
      <w:pPr>
        <w:pStyle w:val="Heading2"/>
      </w:pPr>
      <w:r>
        <w:t>5. Oodatav tulemus</w:t>
      </w:r>
    </w:p>
    <w:p w14:paraId="34190DBA" w14:textId="77777777" w:rsidR="007C555D" w:rsidRDefault="00000000">
      <w:r>
        <w:t>Ürituse tulemusena tähistatakse Eesti taasiseseisvumispäeva kogukondlikus ja kaasavas vormis, mis toetab erinevate kogukondade omavahelist suhtlust, suurendab ühtekuuluvustunnet ning rikastab Narva linna kultuurielu.</w:t>
      </w:r>
    </w:p>
    <w:p w14:paraId="40307628" w14:textId="04E30222" w:rsidR="007C555D" w:rsidRDefault="00000000">
      <w:r>
        <w:br/>
        <w:t>Koostaja: L</w:t>
      </w:r>
      <w:r w:rsidR="00E76933">
        <w:t>ive</w:t>
      </w:r>
      <w:r>
        <w:t xml:space="preserve"> Agentuur OÜ</w:t>
      </w:r>
    </w:p>
    <w:sectPr w:rsidR="007C55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0351469">
    <w:abstractNumId w:val="8"/>
  </w:num>
  <w:num w:numId="2" w16cid:durableId="2005235161">
    <w:abstractNumId w:val="6"/>
  </w:num>
  <w:num w:numId="3" w16cid:durableId="1785462817">
    <w:abstractNumId w:val="5"/>
  </w:num>
  <w:num w:numId="4" w16cid:durableId="578633404">
    <w:abstractNumId w:val="4"/>
  </w:num>
  <w:num w:numId="5" w16cid:durableId="1785345941">
    <w:abstractNumId w:val="7"/>
  </w:num>
  <w:num w:numId="6" w16cid:durableId="1661688790">
    <w:abstractNumId w:val="3"/>
  </w:num>
  <w:num w:numId="7" w16cid:durableId="705258420">
    <w:abstractNumId w:val="2"/>
  </w:num>
  <w:num w:numId="8" w16cid:durableId="1618608784">
    <w:abstractNumId w:val="1"/>
  </w:num>
  <w:num w:numId="9" w16cid:durableId="545603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5D7"/>
    <w:rsid w:val="0006063C"/>
    <w:rsid w:val="0015074B"/>
    <w:rsid w:val="0029639D"/>
    <w:rsid w:val="00326F90"/>
    <w:rsid w:val="003C1232"/>
    <w:rsid w:val="007C555D"/>
    <w:rsid w:val="00AA1D8D"/>
    <w:rsid w:val="00B47730"/>
    <w:rsid w:val="00CB0664"/>
    <w:rsid w:val="00E769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AF405DF"/>
  <w14:defaultImageDpi w14:val="300"/>
  <w15:docId w15:val="{9E160936-BC46-A54A-99E9-53B0FC65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2562</Characters>
  <Application>Microsoft Office Word</Application>
  <DocSecurity>0</DocSecurity>
  <Lines>59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LIVE! agency</cp:lastModifiedBy>
  <cp:revision>3</cp:revision>
  <dcterms:created xsi:type="dcterms:W3CDTF">2013-12-23T23:15:00Z</dcterms:created>
  <dcterms:modified xsi:type="dcterms:W3CDTF">2026-07-16T15:17:00Z</dcterms:modified>
  <cp:category/>
</cp:coreProperties>
</file>