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BED8" w14:textId="77777777" w:rsidR="000904A1" w:rsidRPr="00266ACD" w:rsidRDefault="00266ACD" w:rsidP="00266AC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Lisa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  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raamlepingu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partnerite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loetelu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1656"/>
        <w:gridCol w:w="2203"/>
        <w:gridCol w:w="2909"/>
        <w:gridCol w:w="3744"/>
      </w:tblGrid>
      <w:tr w:rsidR="007D69D9" w:rsidRPr="00266ACD" w14:paraId="69923EDD" w14:textId="77777777" w:rsidTr="60296618">
        <w:trPr>
          <w:cantSplit/>
          <w:tblHeader/>
          <w:jc w:val="center"/>
        </w:trPr>
        <w:tc>
          <w:tcPr>
            <w:tcW w:w="2232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45336" w14:textId="77777777" w:rsidR="007D69D9" w:rsidRPr="00266ACD" w:rsidRDefault="007D69D9" w:rsidP="00266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Juriidilise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isiku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nimetus</w:t>
            </w:r>
            <w:proofErr w:type="spellEnd"/>
          </w:p>
        </w:tc>
        <w:tc>
          <w:tcPr>
            <w:tcW w:w="1656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392A70" w14:textId="77777777" w:rsidR="007D69D9" w:rsidRPr="00266ACD" w:rsidRDefault="007D6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Registrikood</w:t>
            </w:r>
            <w:proofErr w:type="spellEnd"/>
          </w:p>
        </w:tc>
        <w:tc>
          <w:tcPr>
            <w:tcW w:w="2203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1DF323" w14:textId="77777777" w:rsidR="007D69D9" w:rsidRDefault="007D69D9">
            <w:r>
              <w:rPr>
                <w:rFonts w:ascii="Times New Roman" w:eastAsia="Times New Roman" w:hAnsi="Times New Roman" w:cs="Times New Roman"/>
                <w:b/>
                <w:sz w:val="24"/>
              </w:rPr>
              <w:t>Asukoht</w:t>
            </w:r>
          </w:p>
        </w:tc>
        <w:tc>
          <w:tcPr>
            <w:tcW w:w="2909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56780" w14:textId="77777777" w:rsidR="007D69D9" w:rsidRPr="00266ACD" w:rsidRDefault="007D6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Lepingu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allkirjastaja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(d)</w:t>
            </w:r>
          </w:p>
        </w:tc>
        <w:tc>
          <w:tcPr>
            <w:tcW w:w="374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04E8D" w14:textId="77777777" w:rsidR="007D69D9" w:rsidRPr="00266ACD" w:rsidRDefault="007D6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Lepingu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kontaktisiku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andmed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nimi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meiliaadress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</w:t>
            </w:r>
            <w:proofErr w:type="spellEnd"/>
            <w:r w:rsidRPr="00266A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nr)</w:t>
            </w:r>
          </w:p>
        </w:tc>
      </w:tr>
      <w:tr w:rsidR="007D69D9" w:rsidRPr="00A548D2" w14:paraId="7893F13D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2A0E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Futurist Estonia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32749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14460225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E7214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Viimsi vald, Haabneeme alevik, Paadi tee 3, 74001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F4106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Andres Kostiv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2561E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Andres Kostiv andres@futurist.ee +3725289406</w:t>
            </w:r>
          </w:p>
        </w:tc>
      </w:tr>
      <w:tr w:rsidR="007D69D9" w:rsidRPr="00A548D2" w14:paraId="187C9D7B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AA9B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RiskSight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DDBB8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14406183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9326E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Kristiine linnaosa, Pirni tn 7/1, 10617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48CFA0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Markus Ilmar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Münzer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2073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Vahur Rähn, vahur.rahn@risksight.io, 53445528</w:t>
            </w:r>
          </w:p>
        </w:tc>
      </w:tr>
      <w:tr w:rsidR="007D69D9" w:rsidRPr="00A548D2" w14:paraId="6A4CC7A5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BCAF0" w14:textId="408619E7" w:rsidR="007D69D9" w:rsidRPr="002472C0" w:rsidRDefault="007D69D9" w:rsidP="6029661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>Educraftor</w:t>
            </w:r>
            <w:proofErr w:type="spellEnd"/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Oy Ab</w:t>
            </w:r>
          </w:p>
          <w:p w14:paraId="7231B563" w14:textId="77777777" w:rsidR="007D69D9" w:rsidRPr="002472C0" w:rsidRDefault="007D69D9" w:rsidP="5D61F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D61F8F5">
              <w:rPr>
                <w:rFonts w:ascii="Times New Roman" w:eastAsia="Times New Roman" w:hAnsi="Times New Roman" w:cs="Times New Roman"/>
                <w:sz w:val="20"/>
                <w:szCs w:val="20"/>
              </w:rPr>
              <w:t>Eesti Rahvusraamatukogu (74000139) SIA Riga International Tuition Centre (40103978328)</w:t>
            </w:r>
          </w:p>
          <w:p w14:paraId="7FB24707" w14:textId="72CFA0F6" w:rsidR="007D69D9" w:rsidRPr="002472C0" w:rsidRDefault="007D69D9" w:rsidP="5D61F8F5">
            <w:pPr>
              <w:rPr>
                <w:rFonts w:ascii="Times New Roman" w:eastAsia="Times New Roman" w:hAnsi="Times New Roman" w:cs="Times New Roman"/>
                <w:color w:val="ED0000"/>
                <w:sz w:val="20"/>
                <w:szCs w:val="20"/>
              </w:rPr>
            </w:pP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BE574" w14:textId="77777777" w:rsidR="007D69D9" w:rsidRPr="002472C0" w:rsidRDefault="007D69D9" w:rsidP="60296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>0839665-2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F7270D" w14:textId="030ADF8C" w:rsidR="007D69D9" w:rsidRPr="00A548D2" w:rsidRDefault="007D69D9" w:rsidP="6029661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Pärnu mnt 10, 10148</w:t>
            </w:r>
          </w:p>
          <w:p w14:paraId="617E948A" w14:textId="2EA93FEA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1566A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Peter Fagerström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FB31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Marie Nõgisto, marie@educraftor.com, 53862191</w:t>
            </w:r>
          </w:p>
        </w:tc>
      </w:tr>
      <w:tr w:rsidR="007D69D9" w:rsidRPr="00A548D2" w14:paraId="0ABC9528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94035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Silver Trading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13138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11765289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D9FA8C" w14:textId="1245B9FF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Viimsi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Pringi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küla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Rannaniidu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tee 24, 74011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DB87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Piret Ilver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4A340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Piret Ilver, 53903597, piret.ilver@gmail.com</w:t>
            </w:r>
          </w:p>
        </w:tc>
      </w:tr>
      <w:tr w:rsidR="007D69D9" w:rsidRPr="00A548D2" w14:paraId="58BEB9DD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2CE5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Garage48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A38D6C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14270370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50E3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Põhja-Tallinna linnaosa, Telliskivi tn 57/1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F7E1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Mari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Hanikat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84387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Mari Hanikat, mari@garage48.org, +37256677510</w:t>
            </w:r>
          </w:p>
        </w:tc>
      </w:tr>
      <w:tr w:rsidR="007D69D9" w:rsidRPr="00A548D2" w14:paraId="167CC98D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D3957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Digitarkus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MTÜ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BD8137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80637065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3072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Karnapi tee 17, 74021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072E47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Tolmats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726F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Lea Tolmats, leatolmats@gmail.com +372 56729241</w:t>
            </w:r>
          </w:p>
        </w:tc>
      </w:tr>
      <w:tr w:rsidR="007D69D9" w:rsidRPr="00A548D2" w14:paraId="58299E4D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CDB7F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Väike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Päike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Koolituskeskus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Oü</w:t>
            </w:r>
            <w:proofErr w:type="spellEnd"/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D7699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14946577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0B8EC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Tuukri tn 11, 10120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71D8F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Sven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Soomuste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D3FB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Mari Kummer, mari.kummer@lasteklubi.ee, +372 5623 9539</w:t>
            </w:r>
          </w:p>
        </w:tc>
      </w:tr>
      <w:tr w:rsidR="007D69D9" w:rsidRPr="00A548D2" w14:paraId="69BA4BB9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AE62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Delfi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Meedia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B9159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10586863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13EBD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Narva mnt 13, 10151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1373DB" w14:textId="30F6F16F" w:rsidR="007D69D9" w:rsidRPr="00A548D2" w:rsidRDefault="007D69D9">
            <w:r w:rsidRPr="4B3A58D4">
              <w:rPr>
                <w:rFonts w:ascii="Times New Roman" w:eastAsia="Times New Roman" w:hAnsi="Times New Roman" w:cs="Times New Roman"/>
                <w:sz w:val="20"/>
                <w:szCs w:val="20"/>
              </w:rPr>
              <w:t>Erik Heins</w:t>
            </w:r>
          </w:p>
          <w:p w14:paraId="474C194F" w14:textId="3559CAF5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4B3A58D4">
              <w:rPr>
                <w:rFonts w:ascii="Times New Roman" w:eastAsia="Times New Roman" w:hAnsi="Times New Roman" w:cs="Times New Roman"/>
                <w:sz w:val="20"/>
                <w:szCs w:val="20"/>
              </w:rPr>
              <w:t>aar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73C32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Eveli Reitelmann, eveli.reitelmann@eestikonverentsikeskus.ee, +37254547878</w:t>
            </w:r>
          </w:p>
        </w:tc>
      </w:tr>
      <w:tr w:rsidR="007D69D9" w:rsidRPr="00A548D2" w14:paraId="5969E682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F7E0E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Sajoko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B0E6E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14340062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53AA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Koidu tn 40-7, 10136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7BDF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Egle Saska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10488E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1. Egle Saska, eglesaska@gmail.com, 5166390. 2. Mare Tolli, tollimare@gmail.com, 56497807</w:t>
            </w:r>
          </w:p>
        </w:tc>
      </w:tr>
      <w:tr w:rsidR="007D69D9" w:rsidRPr="00A548D2" w14:paraId="3B69F1C0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CE95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mittetulundusühing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Valga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Arvutikeskus</w:t>
            </w:r>
            <w:proofErr w:type="spellEnd"/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5149FC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80087434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0210A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Valga maakond, Valga vald, Valga linn, Vabaduse tn 22, 68204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043F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Igor Jallai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4C319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Igor Jallai, info@walk.ee, 56634269</w:t>
            </w:r>
          </w:p>
        </w:tc>
      </w:tr>
      <w:tr w:rsidR="007D69D9" w:rsidRPr="00A548D2" w14:paraId="7D55A2BE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6C343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Veebikool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CA156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16717378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63B47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Järva maakond, Paide linn, Paide linn, Pikk tn 1, 72713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D073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Marika Juusu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0B469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Marika Juusu, marika@veebikool.ee, 58566702;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Kirsike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Kukk-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Viiol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, kirsike@veebikool.ee, 53485717</w:t>
            </w:r>
          </w:p>
        </w:tc>
      </w:tr>
      <w:tr w:rsidR="007D69D9" w:rsidRPr="00A548D2" w14:paraId="0D2F1247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5154F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Ülikool</w:t>
            </w:r>
            <w:proofErr w:type="spellEnd"/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34C6EB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74001073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FFAA4" w14:textId="7B68B831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hAnsi="Times New Roman" w:cs="Times New Roman"/>
                <w:sz w:val="20"/>
                <w:szCs w:val="20"/>
              </w:rPr>
              <w:t>Tartu maakond, Tartu linn, Tartu linn, Ülikooli tn 18, 50090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FF342E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Siret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Rutiku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grandikeskuse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juhataja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190F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Kaia Kask (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51 918 713, kaia.kask@ut.ee)</w:t>
            </w:r>
          </w:p>
        </w:tc>
      </w:tr>
      <w:tr w:rsidR="007D69D9" w:rsidRPr="00A548D2" w14:paraId="44450814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DCF0B4" w14:textId="7904587C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OÜ </w:t>
            </w:r>
            <w:proofErr w:type="spellStart"/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>PragmatiqAI</w:t>
            </w:r>
            <w:proofErr w:type="spellEnd"/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0B0B18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17189378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B5928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Lasnamäe linnaosa, Katusepapi tn 12-20, 11412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313C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Andres Gavriljuk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DB28E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Henri Nõmm, henri@pragmatiqai.com, 6237154, 53736870</w:t>
            </w:r>
          </w:p>
        </w:tc>
      </w:tr>
      <w:tr w:rsidR="007D69D9" w:rsidRPr="00A548D2" w14:paraId="71A073B3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53D08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KoolitusAI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41FD7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17571634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F64F8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J. Poska tn 4, 10121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56A2E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Deniss Osman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420C0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Deniss Osman; deniss.osman@gmail.com; +37253659974</w:t>
            </w:r>
          </w:p>
        </w:tc>
      </w:tr>
      <w:tr w:rsidR="007D69D9" w:rsidRPr="00A548D2" w14:paraId="1ED39760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37FC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Tallinna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Tehnikaülikool</w:t>
            </w:r>
            <w:proofErr w:type="spellEnd"/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C9E8E8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74000323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8F08A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Mustamäe linnaosa, Ehitajate tee 5, 19086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092F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Ingrid Pappel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29D0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Hanno Tomberg, hanno.tomberg@taltech.ee, +372 50 31345</w:t>
            </w:r>
          </w:p>
        </w:tc>
      </w:tr>
      <w:tr w:rsidR="007D69D9" w:rsidRPr="00A548D2" w14:paraId="631206DA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62F79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Tartu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Rahvaülikool</w:t>
            </w:r>
            <w:proofErr w:type="spellEnd"/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C070A3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90007135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ADD377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Tartu maakond, Tartu linn, Tartu linn, Pepleri tn 4, 51003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6432F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Silm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C62C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Anette-Helena Endrekson-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Hendriksman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, anette@rahvaylikool.ee, +372 736 1544</w:t>
            </w:r>
          </w:p>
        </w:tc>
      </w:tr>
      <w:tr w:rsidR="007D69D9" w:rsidRPr="00A548D2" w14:paraId="4126F08B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9DD06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Artelity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0FF3F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>14610133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5CE915" w14:textId="0A5EA54D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hAnsi="Times New Roman" w:cs="Times New Roman"/>
                <w:sz w:val="20"/>
                <w:szCs w:val="20"/>
              </w:rPr>
              <w:t>Harju maakond, Tallinn, Pirita linnaosa, Tohu tn 8-5, 12013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66924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Artur Makarov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5E0B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Artur Makarov, artur@artelityai.com, +37258035166</w:t>
            </w:r>
          </w:p>
        </w:tc>
      </w:tr>
      <w:tr w:rsidR="007D69D9" w:rsidRPr="00A548D2" w14:paraId="472FE1DF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E6D80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TechTailor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FAE5C6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17455041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DDD9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Filtri tee 8, 10132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A725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Mirjam Rätsep-Mikkov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0A1C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Mirjam Rätsep-Mikkov, mirjam.ratsep@gmail.com, +372 55678907</w:t>
            </w:r>
          </w:p>
        </w:tc>
      </w:tr>
      <w:tr w:rsidR="007D69D9" w:rsidRPr="00A548D2" w14:paraId="58A84060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81B4CB" w14:textId="74CC1082" w:rsidR="007D69D9" w:rsidRPr="00A548D2" w:rsidRDefault="007D69D9">
            <w:r w:rsidRPr="5D61F8F5">
              <w:rPr>
                <w:rFonts w:ascii="Times New Roman" w:eastAsia="Times New Roman" w:hAnsi="Times New Roman" w:cs="Times New Roman"/>
                <w:sz w:val="20"/>
                <w:szCs w:val="20"/>
              </w:rPr>
              <w:t>BDA Consulting OÜ</w:t>
            </w:r>
          </w:p>
          <w:p w14:paraId="39FEF673" w14:textId="77777777" w:rsidR="007D69D9" w:rsidRPr="00A548D2" w:rsidRDefault="007D69D9" w:rsidP="5D61F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D61F8F5">
              <w:rPr>
                <w:rFonts w:ascii="Times New Roman" w:eastAsia="Times New Roman" w:hAnsi="Times New Roman" w:cs="Times New Roman"/>
                <w:sz w:val="20"/>
                <w:szCs w:val="20"/>
              </w:rPr>
              <w:t>Digiwise OÜ (12538302); Sihtasutus Tallinna Teaduspark TEHNOPOL (90008258)</w:t>
            </w:r>
          </w:p>
          <w:p w14:paraId="12F90E4B" w14:textId="1A6CBCFE" w:rsidR="007D69D9" w:rsidRPr="00A548D2" w:rsidRDefault="007D69D9" w:rsidP="5D61F8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60465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11152948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039CE4" w14:textId="2DE82D93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Sõle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14, 10611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A6969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Marikai Karilaid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C0EC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Marikai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Karilaid, marikai@bda.ee, 56461333,</w:t>
            </w:r>
          </w:p>
        </w:tc>
      </w:tr>
      <w:tr w:rsidR="007D69D9" w:rsidRPr="00A548D2" w14:paraId="536F13D6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BA92E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OÜ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Otek</w:t>
            </w:r>
            <w:proofErr w:type="spellEnd"/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A223E0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12907515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470333" w14:textId="7861E991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Harju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Rae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Järveküla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, Maidu tee 8, 75304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525F3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Ott Velsberg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1AC65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Ott Velsberg, ott.velsberg@gmail.com, 5133898</w:t>
            </w:r>
          </w:p>
        </w:tc>
      </w:tr>
      <w:tr w:rsidR="007D69D9" w:rsidRPr="00A548D2" w14:paraId="1088E140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8D2A7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Finnable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64FAC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16022676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B4EC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Jõelähtme vald, Iru küla, Metsa tee 24/1, 74206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910B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Gerlyn Tiigemäe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304B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Gerlyn Tiigemäe, gerlyn@tiigemae.ee, 5269209; Marju Sokman, marjusokman@gmail.com, 5169671; Airi Mitendorf, airi.mitendorf@gmail.com, 5233188</w:t>
            </w:r>
          </w:p>
        </w:tc>
      </w:tr>
      <w:tr w:rsidR="007D69D9" w:rsidRPr="00A548D2" w14:paraId="6C3AA24B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617F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Tehisintellekt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43002E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16967299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AB24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Jalgpalli tn 1, 11312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458E1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Eneli Eljand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696C8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Eneli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Eljand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, eneli@tehisintellekt.ee 56474115</w:t>
            </w:r>
          </w:p>
        </w:tc>
      </w:tr>
      <w:tr w:rsidR="007D69D9" w:rsidRPr="00A548D2" w14:paraId="05B7EFD6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10CF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Miltton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New Nordics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0AFAA2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14618181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3DD45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Põhja-Tallinna linnaosa, Telliskivi tn 60/2, 10412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08165A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Sandra Kamilova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E4120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Sandra Kamilova, sandra.kamilova@miltton.com, +372 5667 5362</w:t>
            </w:r>
          </w:p>
        </w:tc>
      </w:tr>
      <w:tr w:rsidR="007D69D9" w:rsidRPr="00A548D2" w14:paraId="1A8298BC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8A5A0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TopAI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76F6DE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17545353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E9735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Narva mnt 5, 10117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FAE8D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Sven Illing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C41D5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Sven Illing, sven@topai.ee, +3725251686</w:t>
            </w:r>
          </w:p>
        </w:tc>
      </w:tr>
      <w:tr w:rsidR="007D69D9" w:rsidRPr="00A548D2" w14:paraId="6516C7DD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A1E3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Kungla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Koolitused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60D7B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17578045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CFF7F0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Saare maakond, Saaremaa vald, Kuressaare linn, Kungla tn 6, 93814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6753E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Kesküla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0ABB1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Kesküla, kristjan.keskyla@gmail.com, +37253735449</w:t>
            </w:r>
          </w:p>
        </w:tc>
      </w:tr>
      <w:tr w:rsidR="007D69D9" w:rsidRPr="00A548D2" w14:paraId="14F8B4DA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FE5209" w14:textId="6B5FE23C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0296618">
              <w:rPr>
                <w:rFonts w:ascii="Times New Roman" w:eastAsia="Times New Roman" w:hAnsi="Times New Roman" w:cs="Times New Roman"/>
                <w:sz w:val="20"/>
                <w:szCs w:val="20"/>
              </w:rPr>
              <w:t>KOIV INVEST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9DFA8F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11517964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2313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Viimsi vald, Haabneeme alevik, Pihlaka tee 19, 74001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47E39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F2664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Kõiv, urmas@areng.ee, 5077007</w:t>
            </w:r>
          </w:p>
        </w:tc>
      </w:tr>
      <w:tr w:rsidR="007D69D9" w:rsidRPr="00A548D2" w14:paraId="5E4A6372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3ECE8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GENERGIO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53DBA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10687009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9DBCA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Lasnamäe linnaosa, Lõõtsa tn 6, 74001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5AE900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A95D6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Kõiv, urmas@areng.ee, 5077007</w:t>
            </w:r>
          </w:p>
        </w:tc>
      </w:tr>
      <w:tr w:rsidR="007D69D9" w:rsidRPr="00A548D2" w14:paraId="7F061983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D5F35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MINDTITAN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E626A7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14131800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5B5C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Tartu maakond, Tartu linn, Tartu linn, Võru tn 154b, 50111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FB565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Jansons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2CAA6A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Jansons, kristjan.jansons@mindtitan.com, 5668 8239</w:t>
            </w:r>
          </w:p>
        </w:tc>
      </w:tr>
      <w:tr w:rsidR="007D69D9" w:rsidRPr="00A548D2" w14:paraId="656C6E63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0DA57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BCS Koolitus AS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2594B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10723047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786485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Aia tn 7,10111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506B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Anni Sild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CFE131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Kerli Saarelaid, kerli.saarelaid@bcs.ee, 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5696 3001; Ott Alemaa, ott.alemaa@bcs.ee, tel 680 6880</w:t>
            </w:r>
          </w:p>
        </w:tc>
      </w:tr>
      <w:tr w:rsidR="007D69D9" w:rsidRPr="00A548D2" w14:paraId="5331DFCB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D3C7FA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Projektiagentuur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AB6689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14090283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896FC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Rapla maakond, Rapla vald, Rapla linn, Jaama tn 3, 79514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914516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Jane Helandi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142E24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Jane Helandi, projektiagentuur@gmail.com, 53823380</w:t>
            </w:r>
          </w:p>
        </w:tc>
      </w:tr>
      <w:tr w:rsidR="007D69D9" w:rsidRPr="00A548D2" w14:paraId="5A728C03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635E3D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häkademy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32EC9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17288212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C6D30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Haabersti linnaosa, Meistri tn 12, 13517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B614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Einar Tiimla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FCC8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Einar Tiimla, einar@hak.ee, +372 5343 3871</w:t>
            </w:r>
          </w:p>
        </w:tc>
      </w:tr>
      <w:tr w:rsidR="007D69D9" w:rsidRPr="00A548D2" w14:paraId="74A35FE4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23118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Turunduskoolitus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D25609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14147132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B7BE7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Loode tn 4, 10137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0CFE4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Katrin Vilimaa-Otsing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8477FC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Katrin Vilimaa-</w:t>
            </w: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Otsing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, katrin@turunduskoolitus.ee, 56667618</w:t>
            </w:r>
          </w:p>
        </w:tc>
      </w:tr>
      <w:tr w:rsidR="007D69D9" w:rsidRPr="00A548D2" w14:paraId="2618DA00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A2B5D3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Predictive Labs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262D35" w14:textId="569D9FBB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12061679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0FDA8" w14:textId="59967665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Harju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Mustamäe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Karsti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A548D2">
              <w:rPr>
                <w:rFonts w:ascii="Times New Roman" w:hAnsi="Times New Roman" w:cs="Times New Roman"/>
                <w:sz w:val="20"/>
                <w:szCs w:val="20"/>
              </w:rPr>
              <w:t xml:space="preserve"> 3-17, 11625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FE0BD" w14:textId="78521ED1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hAnsi="Times New Roman" w:cs="Times New Roman"/>
                <w:sz w:val="20"/>
                <w:szCs w:val="20"/>
              </w:rPr>
              <w:t>Julian Jürgen Kaljuvee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D69CF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JULIAN JÜRGEN KALJUVEE, jk@predictivelabs.eu, +372 5180071</w:t>
            </w:r>
          </w:p>
        </w:tc>
      </w:tr>
      <w:tr w:rsidR="007D69D9" w:rsidRPr="00A548D2" w14:paraId="28E3FF02" w14:textId="77777777" w:rsidTr="60296618"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6FEC39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Pernimo</w:t>
            </w:r>
            <w:proofErr w:type="spellEnd"/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Solutions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C5FF5A" w14:textId="77777777" w:rsidR="007D69D9" w:rsidRPr="00A548D2" w:rsidRDefault="007D69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14146463</w:t>
            </w:r>
          </w:p>
        </w:tc>
        <w:tc>
          <w:tcPr>
            <w:tcW w:w="22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E205D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Harju maakond, Tallinn, Kesklinna linnaosa, Pärnu mnt 148, 11317</w:t>
            </w:r>
          </w:p>
        </w:tc>
        <w:tc>
          <w:tcPr>
            <w:tcW w:w="290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06393B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Kristo Peterson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CE7482" w14:textId="77777777" w:rsidR="007D69D9" w:rsidRPr="00A548D2" w:rsidRDefault="007D6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48D2">
              <w:rPr>
                <w:rFonts w:ascii="Times New Roman" w:eastAsia="Times New Roman" w:hAnsi="Times New Roman" w:cs="Times New Roman"/>
                <w:sz w:val="20"/>
                <w:szCs w:val="20"/>
              </w:rPr>
              <w:t>Kristo Peterson, kristo@kasulik.ai, 5030220</w:t>
            </w:r>
          </w:p>
        </w:tc>
      </w:tr>
      <w:tr w:rsidR="007D69D9" w:rsidRPr="00A100F1" w14:paraId="5A62E3BB" w14:textId="77777777" w:rsidTr="60296618">
        <w:tblPrEx>
          <w:jc w:val="left"/>
        </w:tblPrEx>
        <w:tc>
          <w:tcPr>
            <w:tcW w:w="2232" w:type="dxa"/>
          </w:tcPr>
          <w:p w14:paraId="7EAC557B" w14:textId="6990EEDA" w:rsidR="007D69D9" w:rsidRPr="00A100F1" w:rsidRDefault="007D69D9" w:rsidP="60296618">
            <w:pPr>
              <w:rPr>
                <w:sz w:val="20"/>
                <w:szCs w:val="20"/>
              </w:rPr>
            </w:pPr>
            <w:r w:rsidRPr="60296618">
              <w:rPr>
                <w:sz w:val="20"/>
                <w:szCs w:val="20"/>
              </w:rPr>
              <w:t xml:space="preserve">Seppo AI </w:t>
            </w:r>
            <w:proofErr w:type="gramStart"/>
            <w:r w:rsidRPr="60296618">
              <w:rPr>
                <w:sz w:val="20"/>
                <w:szCs w:val="20"/>
              </w:rPr>
              <w:t>OÜ ,</w:t>
            </w:r>
            <w:proofErr w:type="gramEnd"/>
          </w:p>
          <w:p w14:paraId="590C618A" w14:textId="77777777" w:rsidR="007D69D9" w:rsidRPr="00A100F1" w:rsidRDefault="007D69D9" w:rsidP="5D61F8F5">
            <w:pPr>
              <w:rPr>
                <w:sz w:val="20"/>
                <w:szCs w:val="20"/>
              </w:rPr>
            </w:pPr>
            <w:r w:rsidRPr="60296618">
              <w:rPr>
                <w:sz w:val="20"/>
                <w:szCs w:val="20"/>
              </w:rPr>
              <w:t>PORTATA OÜ (11357277)</w:t>
            </w:r>
          </w:p>
          <w:p w14:paraId="1B8936D4" w14:textId="13616A32" w:rsidR="007D69D9" w:rsidRPr="00A100F1" w:rsidRDefault="007D69D9" w:rsidP="00B5533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56" w:type="dxa"/>
          </w:tcPr>
          <w:p w14:paraId="7A0929F8" w14:textId="77777777" w:rsidR="007D69D9" w:rsidRPr="00A100F1" w:rsidRDefault="007D69D9" w:rsidP="60296618">
            <w:pPr>
              <w:jc w:val="center"/>
              <w:rPr>
                <w:sz w:val="20"/>
                <w:szCs w:val="20"/>
              </w:rPr>
            </w:pPr>
            <w:r w:rsidRPr="60296618">
              <w:rPr>
                <w:sz w:val="20"/>
                <w:szCs w:val="20"/>
              </w:rPr>
              <w:t>17133416</w:t>
            </w:r>
          </w:p>
        </w:tc>
        <w:tc>
          <w:tcPr>
            <w:tcW w:w="2203" w:type="dxa"/>
          </w:tcPr>
          <w:p w14:paraId="4C9C0FD2" w14:textId="77777777" w:rsidR="007D69D9" w:rsidRPr="00A100F1" w:rsidRDefault="007D69D9" w:rsidP="60296618">
            <w:pPr>
              <w:rPr>
                <w:sz w:val="20"/>
                <w:szCs w:val="20"/>
              </w:rPr>
            </w:pPr>
            <w:r w:rsidRPr="60296618">
              <w:rPr>
                <w:sz w:val="20"/>
                <w:szCs w:val="20"/>
              </w:rPr>
              <w:t>Harju maakond, Tallinn, Kesklinna linnaosa, Uus-Tatari tn 16-48, 10134</w:t>
            </w:r>
          </w:p>
        </w:tc>
        <w:tc>
          <w:tcPr>
            <w:tcW w:w="2909" w:type="dxa"/>
          </w:tcPr>
          <w:p w14:paraId="1A17C787" w14:textId="77777777" w:rsidR="007D69D9" w:rsidRPr="00A100F1" w:rsidRDefault="007D69D9" w:rsidP="60296618">
            <w:pPr>
              <w:rPr>
                <w:sz w:val="20"/>
                <w:szCs w:val="20"/>
              </w:rPr>
            </w:pPr>
            <w:r w:rsidRPr="60296618">
              <w:rPr>
                <w:sz w:val="20"/>
                <w:szCs w:val="20"/>
              </w:rPr>
              <w:t>Indrek Seppo</w:t>
            </w:r>
          </w:p>
        </w:tc>
        <w:tc>
          <w:tcPr>
            <w:tcW w:w="3744" w:type="dxa"/>
          </w:tcPr>
          <w:p w14:paraId="1D4E5086" w14:textId="77777777" w:rsidR="007D69D9" w:rsidRPr="00A100F1" w:rsidRDefault="007D69D9" w:rsidP="60296618">
            <w:pPr>
              <w:rPr>
                <w:sz w:val="20"/>
                <w:szCs w:val="20"/>
              </w:rPr>
            </w:pPr>
            <w:r w:rsidRPr="60296618">
              <w:rPr>
                <w:sz w:val="20"/>
                <w:szCs w:val="20"/>
              </w:rPr>
              <w:t>Indrek.seppo@seppo.ai, +37256653467</w:t>
            </w:r>
          </w:p>
        </w:tc>
      </w:tr>
    </w:tbl>
    <w:p w14:paraId="4DBABB41" w14:textId="77777777" w:rsidR="000D55F9" w:rsidRPr="00E167A3" w:rsidRDefault="000D55F9">
      <w:pPr>
        <w:rPr>
          <w:rFonts w:ascii="Times New Roman" w:hAnsi="Times New Roman" w:cs="Times New Roman"/>
          <w:sz w:val="20"/>
          <w:szCs w:val="20"/>
        </w:rPr>
      </w:pPr>
    </w:p>
    <w:sectPr w:rsidR="000D55F9" w:rsidRPr="00E167A3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4268187">
    <w:abstractNumId w:val="8"/>
  </w:num>
  <w:num w:numId="2" w16cid:durableId="1015377969">
    <w:abstractNumId w:val="6"/>
  </w:num>
  <w:num w:numId="3" w16cid:durableId="2060350943">
    <w:abstractNumId w:val="5"/>
  </w:num>
  <w:num w:numId="4" w16cid:durableId="1671981549">
    <w:abstractNumId w:val="4"/>
  </w:num>
  <w:num w:numId="5" w16cid:durableId="2119835389">
    <w:abstractNumId w:val="7"/>
  </w:num>
  <w:num w:numId="6" w16cid:durableId="1017737830">
    <w:abstractNumId w:val="3"/>
  </w:num>
  <w:num w:numId="7" w16cid:durableId="1209495894">
    <w:abstractNumId w:val="2"/>
  </w:num>
  <w:num w:numId="8" w16cid:durableId="204415070">
    <w:abstractNumId w:val="1"/>
  </w:num>
  <w:num w:numId="9" w16cid:durableId="14138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4A1"/>
    <w:rsid w:val="000D55F9"/>
    <w:rsid w:val="000F0CCF"/>
    <w:rsid w:val="0015074B"/>
    <w:rsid w:val="002472C0"/>
    <w:rsid w:val="0025067E"/>
    <w:rsid w:val="00266ACD"/>
    <w:rsid w:val="0029639D"/>
    <w:rsid w:val="00305098"/>
    <w:rsid w:val="003056A7"/>
    <w:rsid w:val="00326F90"/>
    <w:rsid w:val="003B5267"/>
    <w:rsid w:val="003E2E84"/>
    <w:rsid w:val="0052382B"/>
    <w:rsid w:val="006D1C87"/>
    <w:rsid w:val="006D5738"/>
    <w:rsid w:val="00741FE5"/>
    <w:rsid w:val="007D69D9"/>
    <w:rsid w:val="00834CF8"/>
    <w:rsid w:val="0099313F"/>
    <w:rsid w:val="00A544FD"/>
    <w:rsid w:val="00A548D2"/>
    <w:rsid w:val="00A72DBD"/>
    <w:rsid w:val="00AA1D8D"/>
    <w:rsid w:val="00B2123F"/>
    <w:rsid w:val="00B47730"/>
    <w:rsid w:val="00BF7613"/>
    <w:rsid w:val="00CB0664"/>
    <w:rsid w:val="00E167A3"/>
    <w:rsid w:val="00EC2006"/>
    <w:rsid w:val="00FA2A0F"/>
    <w:rsid w:val="00FC693F"/>
    <w:rsid w:val="07C4EEC7"/>
    <w:rsid w:val="084FD274"/>
    <w:rsid w:val="0A0A22D4"/>
    <w:rsid w:val="1271F31E"/>
    <w:rsid w:val="1A8A11DA"/>
    <w:rsid w:val="3784AF63"/>
    <w:rsid w:val="38CA67E9"/>
    <w:rsid w:val="4568A169"/>
    <w:rsid w:val="4B3A58D4"/>
    <w:rsid w:val="4F78C399"/>
    <w:rsid w:val="58EF4ED8"/>
    <w:rsid w:val="5D61F8F5"/>
    <w:rsid w:val="5EFF5CDB"/>
    <w:rsid w:val="60296618"/>
    <w:rsid w:val="6300C498"/>
    <w:rsid w:val="65249D96"/>
    <w:rsid w:val="65DACFCD"/>
    <w:rsid w:val="65E241D9"/>
    <w:rsid w:val="65E4B857"/>
    <w:rsid w:val="72656E13"/>
    <w:rsid w:val="76BA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029E7"/>
  <w14:defaultImageDpi w14:val="300"/>
  <w15:docId w15:val="{6DAE242E-6131-4CFC-B6A7-ACA68183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5169</Characters>
  <Application>Microsoft Office Word</Application>
  <DocSecurity>0</DocSecurity>
  <Lines>43</Lines>
  <Paragraphs>12</Paragraphs>
  <ScaleCrop>false</ScaleCrop>
  <Manager/>
  <Company/>
  <LinksUpToDate>false</LinksUpToDate>
  <CharactersWithSpaces>6048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Kaire Karp - RK</cp:lastModifiedBy>
  <cp:revision>19</cp:revision>
  <dcterms:created xsi:type="dcterms:W3CDTF">2026-09-21T15:51:00Z</dcterms:created>
  <dcterms:modified xsi:type="dcterms:W3CDTF">2026-09-28T09:55:00Z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2026-09-21T14:26:17Z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324951d5-6b74-4acf-b24f-410dbffdb1de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