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0FFB5" w14:textId="77777777" w:rsidR="000E5D29" w:rsidRDefault="00000000">
      <w:pPr>
        <w:pStyle w:val="1"/>
      </w:pPr>
      <w:r>
        <w:t>NÕUSOLEK KINNISASJA KASUTAMISEKS</w:t>
      </w:r>
    </w:p>
    <w:p w14:paraId="0F4EAF1A" w14:textId="77777777" w:rsidR="000E5D29" w:rsidRDefault="00000000">
      <w:r>
        <w:t>Lisa avaliku ürituse loa taotlusele</w:t>
      </w:r>
      <w:r>
        <w:br/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0E5D29" w14:paraId="6CF66CA6" w14:textId="77777777">
        <w:tc>
          <w:tcPr>
            <w:tcW w:w="4320" w:type="dxa"/>
          </w:tcPr>
          <w:p w14:paraId="58A044F2" w14:textId="0A4274B5" w:rsidR="000E5D29" w:rsidRDefault="006755E5">
            <w:proofErr w:type="spellStart"/>
            <w:r>
              <w:t>V</w:t>
            </w:r>
            <w:r w:rsidR="00000000">
              <w:t>aldaja</w:t>
            </w:r>
            <w:proofErr w:type="spellEnd"/>
            <w:r w:rsidR="00000000">
              <w:t>:</w:t>
            </w:r>
          </w:p>
        </w:tc>
        <w:tc>
          <w:tcPr>
            <w:tcW w:w="4320" w:type="dxa"/>
          </w:tcPr>
          <w:p w14:paraId="1781E337" w14:textId="6576E446" w:rsidR="000E5D29" w:rsidRDefault="00600777">
            <w:r>
              <w:t xml:space="preserve">Narva </w:t>
            </w:r>
            <w:proofErr w:type="spellStart"/>
            <w:r>
              <w:t>Kultuurimaja</w:t>
            </w:r>
            <w:proofErr w:type="spellEnd"/>
            <w:r>
              <w:t xml:space="preserve"> </w:t>
            </w:r>
            <w:proofErr w:type="spellStart"/>
            <w:r w:rsidR="00000000">
              <w:t>Rugodiv</w:t>
            </w:r>
            <w:proofErr w:type="spellEnd"/>
            <w:r w:rsidR="00000000">
              <w:t xml:space="preserve"> </w:t>
            </w:r>
          </w:p>
        </w:tc>
      </w:tr>
      <w:tr w:rsidR="000E5D29" w14:paraId="45B9393D" w14:textId="77777777">
        <w:tc>
          <w:tcPr>
            <w:tcW w:w="4320" w:type="dxa"/>
          </w:tcPr>
          <w:p w14:paraId="44B31AEF" w14:textId="77777777" w:rsidR="000E5D29" w:rsidRDefault="00000000">
            <w:r>
              <w:t>Üritus:</w:t>
            </w:r>
          </w:p>
        </w:tc>
        <w:tc>
          <w:tcPr>
            <w:tcW w:w="4320" w:type="dxa"/>
          </w:tcPr>
          <w:p w14:paraId="261D1B9E" w14:textId="77777777" w:rsidR="000E5D29" w:rsidRDefault="00000000">
            <w:r>
              <w:t>Taasiseseisvumispäeva tähistav kogukonnapiknik</w:t>
            </w:r>
          </w:p>
        </w:tc>
      </w:tr>
      <w:tr w:rsidR="000E5D29" w14:paraId="72155451" w14:textId="77777777">
        <w:tc>
          <w:tcPr>
            <w:tcW w:w="4320" w:type="dxa"/>
          </w:tcPr>
          <w:p w14:paraId="6DD5C5E1" w14:textId="77777777" w:rsidR="000E5D29" w:rsidRDefault="00000000">
            <w:r>
              <w:t>Toimumise aeg:</w:t>
            </w:r>
          </w:p>
        </w:tc>
        <w:tc>
          <w:tcPr>
            <w:tcW w:w="4320" w:type="dxa"/>
          </w:tcPr>
          <w:p w14:paraId="3D153815" w14:textId="77777777" w:rsidR="000E5D29" w:rsidRDefault="00000000">
            <w:r>
              <w:t>20. august 2026</w:t>
            </w:r>
          </w:p>
        </w:tc>
      </w:tr>
      <w:tr w:rsidR="000E5D29" w14:paraId="6A50886D" w14:textId="77777777">
        <w:tc>
          <w:tcPr>
            <w:tcW w:w="4320" w:type="dxa"/>
          </w:tcPr>
          <w:p w14:paraId="3750ADB3" w14:textId="77777777" w:rsidR="000E5D29" w:rsidRDefault="00000000">
            <w:r>
              <w:t>Kasutatav ala:</w:t>
            </w:r>
          </w:p>
        </w:tc>
        <w:tc>
          <w:tcPr>
            <w:tcW w:w="4320" w:type="dxa"/>
          </w:tcPr>
          <w:p w14:paraId="2D2472B0" w14:textId="6F0C5871" w:rsidR="000E5D29" w:rsidRDefault="00600777">
            <w:r>
              <w:t xml:space="preserve">Narva </w:t>
            </w:r>
            <w:proofErr w:type="spellStart"/>
            <w:r>
              <w:t>Kultuurimaja</w:t>
            </w:r>
            <w:proofErr w:type="spellEnd"/>
            <w:r>
              <w:t xml:space="preserve"> </w:t>
            </w:r>
            <w:proofErr w:type="spellStart"/>
            <w:r>
              <w:t>Rugodiv</w:t>
            </w:r>
            <w:proofErr w:type="spellEnd"/>
            <w:r>
              <w:t xml:space="preserve"> </w:t>
            </w:r>
            <w:r w:rsidR="00000000">
              <w:t>park</w:t>
            </w:r>
          </w:p>
        </w:tc>
      </w:tr>
      <w:tr w:rsidR="000E5D29" w14:paraId="06EA8C7B" w14:textId="77777777">
        <w:tc>
          <w:tcPr>
            <w:tcW w:w="4320" w:type="dxa"/>
          </w:tcPr>
          <w:p w14:paraId="2E8EAA2C" w14:textId="77777777" w:rsidR="000E5D29" w:rsidRDefault="00000000">
            <w:r>
              <w:t>Kasutamise periood:</w:t>
            </w:r>
          </w:p>
        </w:tc>
        <w:tc>
          <w:tcPr>
            <w:tcW w:w="4320" w:type="dxa"/>
          </w:tcPr>
          <w:p w14:paraId="32231507" w14:textId="1AA061CE" w:rsidR="000E5D29" w:rsidRDefault="00000000">
            <w:r>
              <w:t>1</w:t>
            </w:r>
            <w:r w:rsidR="004A7C86">
              <w:t>9</w:t>
            </w:r>
            <w:r>
              <w:t>.–2</w:t>
            </w:r>
            <w:r w:rsidR="004A7C86">
              <w:t>0</w:t>
            </w:r>
            <w:r>
              <w:t>. august 2026</w:t>
            </w:r>
          </w:p>
        </w:tc>
      </w:tr>
    </w:tbl>
    <w:p w14:paraId="6F1C037A" w14:textId="77777777" w:rsidR="000E5D29" w:rsidRDefault="00000000">
      <w:pPr>
        <w:pStyle w:val="21"/>
      </w:pPr>
      <w:r>
        <w:t>Nõusolek</w:t>
      </w:r>
    </w:p>
    <w:p w14:paraId="20BE5363" w14:textId="47A9D9C4" w:rsidR="000E5D29" w:rsidRDefault="00000000">
      <w:proofErr w:type="spellStart"/>
      <w:r>
        <w:t>Käesolevaga</w:t>
      </w:r>
      <w:proofErr w:type="spellEnd"/>
      <w:r>
        <w:t xml:space="preserve"> </w:t>
      </w:r>
      <w:proofErr w:type="spellStart"/>
      <w:r>
        <w:t>kinnitab</w:t>
      </w:r>
      <w:proofErr w:type="spellEnd"/>
      <w:r>
        <w:t xml:space="preserve"> </w:t>
      </w:r>
      <w:proofErr w:type="spellStart"/>
      <w:r>
        <w:t>õiguspärane</w:t>
      </w:r>
      <w:proofErr w:type="spellEnd"/>
      <w:r>
        <w:t xml:space="preserve"> </w:t>
      </w:r>
      <w:proofErr w:type="spellStart"/>
      <w:r>
        <w:t>valdaja</w:t>
      </w:r>
      <w:proofErr w:type="spellEnd"/>
      <w:r>
        <w:t xml:space="preserve">, et </w:t>
      </w:r>
      <w:proofErr w:type="spellStart"/>
      <w:r>
        <w:t>annab</w:t>
      </w:r>
      <w:proofErr w:type="spellEnd"/>
      <w:r>
        <w:t xml:space="preserve"> nõusoleku kasutada eespool nimetatud territooriumi avaliku ürituse „Taasiseseisvumispäeva tähistav </w:t>
      </w:r>
      <w:proofErr w:type="gramStart"/>
      <w:r>
        <w:t>kogukonnapiknik“ ettevalmistamiseks</w:t>
      </w:r>
      <w:proofErr w:type="gramEnd"/>
      <w:r>
        <w:t>, läbiviimiseks ja inventari demonteerimiseks nimetatud ajavahemikul.</w:t>
      </w:r>
    </w:p>
    <w:p w14:paraId="4091BE61" w14:textId="77777777" w:rsidR="000E5D29" w:rsidRDefault="00000000">
      <w:r>
        <w:t>Nõusolek antakse vastavalt esitatud asendiplaanile ning avaliku ürituse loa taotlusele lisatud dokumentidele.</w:t>
      </w:r>
    </w:p>
    <w:p w14:paraId="324158AB" w14:textId="65F5B590" w:rsidR="000E5D29" w:rsidRDefault="006755E5">
      <w:pPr>
        <w:pStyle w:val="21"/>
      </w:pPr>
      <w:proofErr w:type="spellStart"/>
      <w:r>
        <w:t>V</w:t>
      </w:r>
      <w:r w:rsidR="00000000">
        <w:t>aldaja</w:t>
      </w:r>
      <w:proofErr w:type="spellEnd"/>
      <w:r w:rsidR="00000000">
        <w:t xml:space="preserve"> </w:t>
      </w:r>
      <w:proofErr w:type="spellStart"/>
      <w:r w:rsidR="00000000">
        <w:t>kinnitus</w:t>
      </w:r>
      <w:proofErr w:type="spellEnd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6755E5" w14:paraId="24BF4C96" w14:textId="77777777" w:rsidTr="006755E5">
        <w:tc>
          <w:tcPr>
            <w:tcW w:w="4316" w:type="dxa"/>
          </w:tcPr>
          <w:p w14:paraId="0FF37243" w14:textId="77777777" w:rsidR="006755E5" w:rsidRDefault="006755E5" w:rsidP="006755E5">
            <w:proofErr w:type="spellStart"/>
            <w:r>
              <w:t>Asutus</w:t>
            </w:r>
            <w:proofErr w:type="spellEnd"/>
            <w:r>
              <w:t>:</w:t>
            </w:r>
          </w:p>
        </w:tc>
        <w:tc>
          <w:tcPr>
            <w:tcW w:w="4314" w:type="dxa"/>
          </w:tcPr>
          <w:p w14:paraId="09733B86" w14:textId="391E3D19" w:rsidR="006755E5" w:rsidRDefault="006755E5" w:rsidP="006755E5">
            <w:r>
              <w:t xml:space="preserve">Narva </w:t>
            </w:r>
            <w:proofErr w:type="spellStart"/>
            <w:r>
              <w:t>Kultuurimaja</w:t>
            </w:r>
            <w:proofErr w:type="spellEnd"/>
            <w:r>
              <w:t xml:space="preserve"> </w:t>
            </w:r>
            <w:proofErr w:type="spellStart"/>
            <w:r>
              <w:t>Rugodiv</w:t>
            </w:r>
            <w:proofErr w:type="spellEnd"/>
            <w:r>
              <w:t xml:space="preserve"> </w:t>
            </w:r>
          </w:p>
        </w:tc>
      </w:tr>
      <w:tr w:rsidR="006755E5" w14:paraId="763A295F" w14:textId="77777777" w:rsidTr="006755E5">
        <w:tc>
          <w:tcPr>
            <w:tcW w:w="4316" w:type="dxa"/>
          </w:tcPr>
          <w:p w14:paraId="59E9E637" w14:textId="77777777" w:rsidR="006755E5" w:rsidRDefault="006755E5" w:rsidP="006755E5">
            <w:r>
              <w:t>Esindaja nimi:</w:t>
            </w:r>
          </w:p>
        </w:tc>
        <w:tc>
          <w:tcPr>
            <w:tcW w:w="4314" w:type="dxa"/>
          </w:tcPr>
          <w:p w14:paraId="7D31B002" w14:textId="18FFCB62" w:rsidR="006755E5" w:rsidRDefault="006755E5" w:rsidP="006755E5">
            <w:r>
              <w:t xml:space="preserve">Sofja </w:t>
            </w:r>
            <w:proofErr w:type="spellStart"/>
            <w:r>
              <w:t>Homjakova</w:t>
            </w:r>
            <w:proofErr w:type="spellEnd"/>
          </w:p>
        </w:tc>
      </w:tr>
      <w:tr w:rsidR="006755E5" w14:paraId="28497733" w14:textId="77777777" w:rsidTr="006755E5">
        <w:tc>
          <w:tcPr>
            <w:tcW w:w="4316" w:type="dxa"/>
          </w:tcPr>
          <w:p w14:paraId="305209E3" w14:textId="77777777" w:rsidR="006755E5" w:rsidRDefault="006755E5" w:rsidP="006755E5">
            <w:r>
              <w:t>Ametikoht:</w:t>
            </w:r>
          </w:p>
        </w:tc>
        <w:tc>
          <w:tcPr>
            <w:tcW w:w="4314" w:type="dxa"/>
          </w:tcPr>
          <w:p w14:paraId="5652245A" w14:textId="211184A7" w:rsidR="006755E5" w:rsidRDefault="006755E5" w:rsidP="006755E5">
            <w:proofErr w:type="spellStart"/>
            <w:r>
              <w:t>direktor</w:t>
            </w:r>
            <w:proofErr w:type="spellEnd"/>
          </w:p>
        </w:tc>
      </w:tr>
      <w:tr w:rsidR="006755E5" w14:paraId="63234A8B" w14:textId="77777777" w:rsidTr="006755E5">
        <w:tc>
          <w:tcPr>
            <w:tcW w:w="4316" w:type="dxa"/>
          </w:tcPr>
          <w:p w14:paraId="256EA596" w14:textId="77777777" w:rsidR="006755E5" w:rsidRDefault="006755E5" w:rsidP="006755E5">
            <w:r>
              <w:t>Kuupäev:</w:t>
            </w:r>
          </w:p>
        </w:tc>
        <w:tc>
          <w:tcPr>
            <w:tcW w:w="4314" w:type="dxa"/>
          </w:tcPr>
          <w:p w14:paraId="20D33EF7" w14:textId="1E492DD4" w:rsidR="006755E5" w:rsidRDefault="006755E5" w:rsidP="006755E5">
            <w:r>
              <w:t>17.07.2026</w:t>
            </w:r>
          </w:p>
        </w:tc>
      </w:tr>
      <w:tr w:rsidR="006755E5" w14:paraId="076D99BB" w14:textId="77777777" w:rsidTr="006755E5">
        <w:tc>
          <w:tcPr>
            <w:tcW w:w="4316" w:type="dxa"/>
          </w:tcPr>
          <w:p w14:paraId="5BEF94E8" w14:textId="77777777" w:rsidR="006755E5" w:rsidRDefault="006755E5" w:rsidP="006755E5">
            <w:r>
              <w:t>Allkiri:</w:t>
            </w:r>
          </w:p>
        </w:tc>
        <w:tc>
          <w:tcPr>
            <w:tcW w:w="4314" w:type="dxa"/>
          </w:tcPr>
          <w:p w14:paraId="11305D07" w14:textId="320165B1" w:rsidR="006755E5" w:rsidRDefault="006755E5" w:rsidP="006755E5">
            <w:proofErr w:type="spellStart"/>
            <w:r>
              <w:t>Digitaalselt</w:t>
            </w:r>
            <w:proofErr w:type="spellEnd"/>
            <w:r>
              <w:t xml:space="preserve"> </w:t>
            </w:r>
            <w:proofErr w:type="spellStart"/>
            <w:r>
              <w:t>allkirjatatud</w:t>
            </w:r>
            <w:proofErr w:type="spellEnd"/>
            <w:r>
              <w:t xml:space="preserve"> </w:t>
            </w:r>
          </w:p>
        </w:tc>
      </w:tr>
    </w:tbl>
    <w:p w14:paraId="12AF59A7" w14:textId="77777777" w:rsidR="007D3D2A" w:rsidRDefault="007D3D2A"/>
    <w:sectPr w:rsidR="007D3D2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4805204">
    <w:abstractNumId w:val="8"/>
  </w:num>
  <w:num w:numId="2" w16cid:durableId="966547380">
    <w:abstractNumId w:val="6"/>
  </w:num>
  <w:num w:numId="3" w16cid:durableId="2001274724">
    <w:abstractNumId w:val="5"/>
  </w:num>
  <w:num w:numId="4" w16cid:durableId="2140023987">
    <w:abstractNumId w:val="4"/>
  </w:num>
  <w:num w:numId="5" w16cid:durableId="650139715">
    <w:abstractNumId w:val="7"/>
  </w:num>
  <w:num w:numId="6" w16cid:durableId="1399787068">
    <w:abstractNumId w:val="3"/>
  </w:num>
  <w:num w:numId="7" w16cid:durableId="372770619">
    <w:abstractNumId w:val="2"/>
  </w:num>
  <w:num w:numId="8" w16cid:durableId="1545754429">
    <w:abstractNumId w:val="1"/>
  </w:num>
  <w:num w:numId="9" w16cid:durableId="196353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55D7"/>
    <w:rsid w:val="0006063C"/>
    <w:rsid w:val="000E5D29"/>
    <w:rsid w:val="0015074B"/>
    <w:rsid w:val="0029639D"/>
    <w:rsid w:val="00326F90"/>
    <w:rsid w:val="004A7C86"/>
    <w:rsid w:val="00600777"/>
    <w:rsid w:val="006755E5"/>
    <w:rsid w:val="007D3D2A"/>
    <w:rsid w:val="007E08FE"/>
    <w:rsid w:val="00AA1D8D"/>
    <w:rsid w:val="00B47730"/>
    <w:rsid w:val="00C5242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E0A2A4"/>
  <w14:defaultImageDpi w14:val="300"/>
  <w15:docId w15:val="{9E160936-BC46-A54A-99E9-53B0FC65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Calibri" w:hAnsi="Calibri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Marina Aleksejeva</cp:lastModifiedBy>
  <cp:revision>2</cp:revision>
  <dcterms:created xsi:type="dcterms:W3CDTF">2026-07-17T10:44:00Z</dcterms:created>
  <dcterms:modified xsi:type="dcterms:W3CDTF">2026-07-17T10:44:00Z</dcterms:modified>
  <cp:category/>
</cp:coreProperties>
</file>