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6936" w14:textId="77777777" w:rsidR="00253A42" w:rsidRPr="003331B0" w:rsidRDefault="19624880" w:rsidP="00822EF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68A87AC">
        <w:rPr>
          <w:rFonts w:ascii="Times New Roman" w:eastAsia="Times New Roman" w:hAnsi="Times New Roman" w:cs="Times New Roman"/>
          <w:b/>
          <w:bCs/>
          <w:sz w:val="20"/>
          <w:szCs w:val="20"/>
        </w:rPr>
        <w:t>Lisa 1 - raamlepingu partnerite loetelu</w:t>
      </w:r>
    </w:p>
    <w:tbl>
      <w:tblPr>
        <w:tblStyle w:val="GridTable1Light-Accent1"/>
        <w:tblW w:w="14455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2343"/>
        <w:gridCol w:w="3096"/>
        <w:gridCol w:w="2016"/>
        <w:gridCol w:w="3744"/>
      </w:tblGrid>
      <w:tr w:rsidR="00822EF1" w:rsidRPr="003331B0" w14:paraId="092A4AE9" w14:textId="77777777" w:rsidTr="00F24A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BE5F1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826A5" w14:textId="77777777" w:rsidR="00822EF1" w:rsidRPr="003331B0" w:rsidRDefault="19624880" w:rsidP="068A87A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proofErr w:type="spellStart"/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Juriidilise</w:t>
            </w:r>
            <w:proofErr w:type="spellEnd"/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isiku</w:t>
            </w:r>
            <w:proofErr w:type="spellEnd"/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nimetus</w:t>
            </w:r>
            <w:proofErr w:type="spellEnd"/>
          </w:p>
        </w:tc>
        <w:tc>
          <w:tcPr>
            <w:tcW w:w="2343" w:type="dxa"/>
            <w:shd w:val="clear" w:color="auto" w:fill="DBE5F1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BF3C3E" w14:textId="77777777" w:rsidR="00822EF1" w:rsidRPr="003331B0" w:rsidRDefault="19624880" w:rsidP="068A8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Registrikood</w:t>
            </w:r>
          </w:p>
        </w:tc>
        <w:tc>
          <w:tcPr>
            <w:tcW w:w="3096" w:type="dxa"/>
            <w:shd w:val="clear" w:color="auto" w:fill="DBE5F1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76E81F" w14:textId="77777777" w:rsidR="00586C52" w:rsidRPr="003331B0" w:rsidRDefault="1C4C8B5F" w:rsidP="068A87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Asukoht</w:t>
            </w:r>
          </w:p>
        </w:tc>
        <w:tc>
          <w:tcPr>
            <w:tcW w:w="2016" w:type="dxa"/>
            <w:shd w:val="clear" w:color="auto" w:fill="DBE5F1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B3BFAE" w14:textId="77777777" w:rsidR="00822EF1" w:rsidRPr="003331B0" w:rsidRDefault="19624880" w:rsidP="068A8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Lepingu allkirjastaja(d)</w:t>
            </w:r>
          </w:p>
        </w:tc>
        <w:tc>
          <w:tcPr>
            <w:tcW w:w="3744" w:type="dxa"/>
            <w:shd w:val="clear" w:color="auto" w:fill="DBE5F1" w:themeFill="accent1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CD6EEC" w14:textId="77777777" w:rsidR="00822EF1" w:rsidRPr="003331B0" w:rsidRDefault="19624880" w:rsidP="068A8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68A87AC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  <w:t>Lepingu kontaktisiku(te) andmed (nimi, meiliaadress, tel nr)</w:t>
            </w:r>
          </w:p>
        </w:tc>
      </w:tr>
      <w:tr w:rsidR="00822EF1" w:rsidRPr="00F24A88" w14:paraId="6F789D26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8716F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Futurist Estonia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49048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14460225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CFF5A5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Viimsi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Haabneeme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alevik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Paadi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tee 3, 74001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0F8C77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Andres Kostiv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8C7CAE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Andres Kostiv andres@futurist.ee +3725289406</w:t>
            </w:r>
          </w:p>
        </w:tc>
      </w:tr>
      <w:tr w:rsidR="00822EF1" w:rsidRPr="00F24A88" w14:paraId="5AD51385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19BC4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RiskSight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1637A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14406183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C21EC7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Kristiine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Pirni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7/1, 10617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23AD54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Markus Ilmar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Münzer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D653A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Vahur Rähn, vahur.rahn@risksight.io, 53445528</w:t>
            </w:r>
          </w:p>
        </w:tc>
      </w:tr>
      <w:tr w:rsidR="00822EF1" w:rsidRPr="00F24A88" w14:paraId="3191088B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F5C9FD" w14:textId="5F470955" w:rsidR="00822EF1" w:rsidRPr="00F24A88" w:rsidRDefault="5A2AF310" w:rsidP="268CF55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Educraftor Oy Ab</w:t>
            </w:r>
            <w:r w:rsidR="3E9B27D3"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,</w:t>
            </w:r>
          </w:p>
          <w:p w14:paraId="157E00D5" w14:textId="602BFBCC" w:rsidR="00822EF1" w:rsidRPr="00F24A88" w:rsidRDefault="3E9B27D3" w:rsidP="268CF55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Eesti Rahvusraamatu-kogu (74000139) SIA Riga International Tuition Centre (40103978328)</w:t>
            </w:r>
          </w:p>
          <w:p w14:paraId="3B5AB7B3" w14:textId="0379AE5C" w:rsidR="00822EF1" w:rsidRPr="00F24A88" w:rsidRDefault="00822EF1" w:rsidP="268CF55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61476" w14:textId="77777777" w:rsidR="00822EF1" w:rsidRPr="00F24A88" w:rsidRDefault="5A2AF310" w:rsidP="268CF5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0839665-2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FF3F77" w14:textId="77777777" w:rsidR="00050FD7" w:rsidRPr="00F24A88" w:rsidRDefault="00050FD7" w:rsidP="268CF5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8BC2D0" w14:textId="663278AB" w:rsidR="00586C52" w:rsidRPr="00F24A88" w:rsidRDefault="7A0E808C" w:rsidP="268CF5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Harju maakond, Tallinn, Kesklinna linnaosa, Pärnu mnt 10, 10148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D9E80" w14:textId="77777777" w:rsidR="00822EF1" w:rsidRPr="00F24A88" w:rsidRDefault="5A2AF310" w:rsidP="268CF5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Peter Fagerström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764E92" w14:textId="77777777" w:rsidR="00822EF1" w:rsidRPr="00F24A88" w:rsidRDefault="5A2AF310" w:rsidP="268CF5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Marie Nõgisto, marie@educraftor.com, 53862191</w:t>
            </w:r>
          </w:p>
        </w:tc>
      </w:tr>
      <w:tr w:rsidR="00822EF1" w:rsidRPr="00F24A88" w14:paraId="79683394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018554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Garage48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4B045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14270370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CB2F37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Telliskivi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57/1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DF3D40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Hanikat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3DAC25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Mari Hanikat, mari@garage48.org, +37256677510</w:t>
            </w:r>
          </w:p>
        </w:tc>
      </w:tr>
      <w:tr w:rsidR="00822EF1" w:rsidRPr="00F24A88" w14:paraId="4F3EFB63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8FB6EB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Digitarkus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MTÜ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691C7A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80637065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765C9F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Karnapi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tee 17, 74021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CC139C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Tolmats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1904F7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Lea Tolmats, leatolmats@gmail.com +372 56729241</w:t>
            </w:r>
          </w:p>
        </w:tc>
      </w:tr>
      <w:tr w:rsidR="00822EF1" w:rsidRPr="00F24A88" w14:paraId="790B28A8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EDDE8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Väike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Päike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Koolituskeskus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Oü</w:t>
            </w:r>
            <w:proofErr w:type="spellEnd"/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D3D810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14946577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149BEE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Tuukri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11, 10120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EC331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Sven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Soomuste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82FE72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Mari Kummer, mari.kummer@lasteklubi.ee, +372 5623 9539</w:t>
            </w:r>
          </w:p>
        </w:tc>
      </w:tr>
      <w:tr w:rsidR="00822EF1" w:rsidRPr="00F24A88" w14:paraId="43AA3C22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23AAF9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Delfi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Meedia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AS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2D944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10586863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35D221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Narva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mnt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13, 10151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B2052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Erik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Heinsaar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3A594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Eveli Reitelmann, eveli.reitelmann@eestikonverentsikeskus.ee, +37254547878</w:t>
            </w:r>
          </w:p>
        </w:tc>
      </w:tr>
      <w:tr w:rsidR="00822EF1" w:rsidRPr="00F24A88" w14:paraId="5B095E69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D1ACBB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Sajoko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DC6D9B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14340062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5ADE5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Koidu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40-7, 10136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CD1B30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Egle Saska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8B09E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1. Egle Saska, eglesaska@gmail.com, 5166390. 2. Mare Tolli, tollimare@gmail.com, 56497807</w:t>
            </w:r>
          </w:p>
        </w:tc>
      </w:tr>
      <w:tr w:rsidR="00822EF1" w:rsidRPr="00F24A88" w14:paraId="0147F905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77C640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mittetulundusühing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Valga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Arvutikeskus</w:t>
            </w:r>
            <w:proofErr w:type="spellEnd"/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FD5280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80087434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2DCC2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Valga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Valga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Valga 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Vabaduse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22, 68204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EBB34D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Igor Jallai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4A6CFC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Igor Jallai, info@walk.ee, 56634269</w:t>
            </w:r>
          </w:p>
        </w:tc>
      </w:tr>
      <w:tr w:rsidR="00822EF1" w:rsidRPr="00F24A88" w14:paraId="56005DCA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8E7B1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Veebikool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4D57F4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16717378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340B1A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Järva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Paide linn, Paide linn, Pikk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1, 72713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9AA7A7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Marika Juusu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1EAF40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Marika Juusu, marika@veebikool.ee, 58566702;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Kirsike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Kukk-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Viiol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, kirsike@veebikool.ee, 53485717</w:t>
            </w:r>
          </w:p>
        </w:tc>
      </w:tr>
      <w:tr w:rsidR="00822EF1" w:rsidRPr="00F24A88" w14:paraId="090C75B5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1AF5DB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Tartu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Ülikool</w:t>
            </w:r>
            <w:proofErr w:type="spellEnd"/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56CCD8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74001073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FD3EBA" w14:textId="3B3F6AAF" w:rsidR="00586C52" w:rsidRPr="00F24A88" w:rsidRDefault="00E24F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Tartu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Tartu linn, Tartu linn,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Ülikooli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18, 50090 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5C519E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Siret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Rutiku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grandikeskuse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juhataja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B3F18A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Kaia Kask (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51 918 713, kaia.kask@ut.ee)</w:t>
            </w:r>
          </w:p>
        </w:tc>
      </w:tr>
      <w:tr w:rsidR="00822EF1" w:rsidRPr="00F24A88" w14:paraId="260FADC1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0C617E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PragmatiqAI</w:t>
            </w:r>
            <w:proofErr w:type="spellEnd"/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04F636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17189378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674D8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Lasnamäe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Katusepapi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12-20, 11412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9D6CCB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Andres Gavriljuk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6377EC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Henri Nõmm, henri@pragmatiqai.com, 6237154, 53736870</w:t>
            </w:r>
          </w:p>
        </w:tc>
      </w:tr>
      <w:tr w:rsidR="00822EF1" w:rsidRPr="00F24A88" w14:paraId="5D1D47A0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997BF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KoolitusAI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8F61C0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17571634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A5DF5D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J. Poska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4, 10121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76B9BE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Deniss Osman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08863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Deniss Osman; deniss.osman@gmail.com; +37253659974</w:t>
            </w:r>
          </w:p>
        </w:tc>
      </w:tr>
      <w:tr w:rsidR="00822EF1" w:rsidRPr="00F24A88" w14:paraId="560D7AEA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51BC56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Tallinna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Tehnikaülikool</w:t>
            </w:r>
            <w:proofErr w:type="spellEnd"/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B308B5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74000323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1DCF2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Mustamäe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Ehitajate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tee 5, 19086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61DE9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Ingrid Pappel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963FFF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Hanno Tomberg, hanno.tomberg@taltech.ee, +372 50 31345</w:t>
            </w:r>
          </w:p>
        </w:tc>
      </w:tr>
      <w:tr w:rsidR="00822EF1" w:rsidRPr="00F24A88" w14:paraId="7C60C4CD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13A99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SA Tartu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Rahvaülikool</w:t>
            </w:r>
            <w:proofErr w:type="spellEnd"/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A1E663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90007135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101F88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Tartu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Tartu linn, Tartu 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Pepleri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4, 51003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968DC2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Silm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90DC9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Anette-Helena Endrekson-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Hendriksman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, anette@rahvaylikool.ee, +372 736 1544</w:t>
            </w:r>
          </w:p>
        </w:tc>
      </w:tr>
      <w:tr w:rsidR="00822EF1" w:rsidRPr="00F24A88" w14:paraId="69EC5DC2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6ADE84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TechTailor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E7331D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17455041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A0AC1D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Filtri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tee 8, 10132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F7A070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Mirjam Rätsep-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Mikkov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2C29B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Mirjam Rätsep-Mikkov, mirjam.ratsep@gmail.com, +372 55678907</w:t>
            </w:r>
          </w:p>
        </w:tc>
      </w:tr>
      <w:tr w:rsidR="00822EF1" w:rsidRPr="00F24A88" w14:paraId="61704511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57B6F" w14:textId="7E03ED7F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Produktize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  <w:r w:rsidR="4BF45E9C"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,</w:t>
            </w:r>
          </w:p>
          <w:p w14:paraId="0927B0F0" w14:textId="77777777" w:rsidR="00822EF1" w:rsidRPr="00F24A88" w:rsidRDefault="4BF45E9C" w:rsidP="3C86266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TA RE Disain OÜ (16811060)</w:t>
            </w:r>
          </w:p>
          <w:p w14:paraId="2BD5D071" w14:textId="528BF784" w:rsidR="00822EF1" w:rsidRPr="00F24A88" w:rsidRDefault="00822EF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AA4748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16729335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D72E4" w14:textId="732905B7" w:rsidR="00586C52" w:rsidRPr="00F24A88" w:rsidRDefault="00772C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Vibu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5-8, 10415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AD7796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Anna-Liisa Reinson, Helen Minarik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D17868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Helen Minarik, minarikhelen@gmail.com, 56680126; Anna-Liisa Reinson, anna-liisa@produktize.eu, 5531365</w:t>
            </w:r>
          </w:p>
        </w:tc>
      </w:tr>
      <w:tr w:rsidR="00822EF1" w:rsidRPr="00F24A88" w14:paraId="1B7EC999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553C77" w14:textId="600B4C08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BDA Consulting OÜ</w:t>
            </w:r>
            <w:r w:rsidR="243A7FC5"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</w:p>
          <w:p w14:paraId="2B169237" w14:textId="248BF312" w:rsidR="00822EF1" w:rsidRPr="00F24A88" w:rsidRDefault="243A7FC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Digiwise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 (12538302);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Sihtasutus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Tallinna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Teaduspark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TEHNOPOL (90008258)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4172F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11152948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2A1952" w14:textId="41B594C3" w:rsidR="00586C52" w:rsidRPr="00F24A88" w:rsidRDefault="00772C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Harju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Sõle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14, 10611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1A6849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Marikai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Karilaid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1F77FD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Marikai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Karilaid, marikai@bda.ee, 56461333,</w:t>
            </w:r>
          </w:p>
        </w:tc>
      </w:tr>
      <w:tr w:rsidR="00822EF1" w:rsidRPr="00F24A88" w14:paraId="0F58C20F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08BE68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Finnable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7D9516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16022676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CD701E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Jõelähtme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Iru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küla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, Metsa tee 24/1, 74206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5303F1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Gerlyn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Tiigemäe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CB149C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Gerlyn Tiigemäe, gerlyn@tiigemae.ee, 5269209; Marju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Sokman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marjusokman@gmail.com, 5169671; Airi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Mitendorf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, airi.mitendorf@gmail.com, 5233188</w:t>
            </w:r>
          </w:p>
        </w:tc>
      </w:tr>
      <w:tr w:rsidR="00822EF1" w:rsidRPr="00F24A88" w14:paraId="4E6522C3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19782A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Tehisintellekt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23BE5E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16967299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4B178F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Jalgpalli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1, 11312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D382B8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Eneli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Eljand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4AA867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Eneli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Eljand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, eneli@tehisintellekt.ee 56474115</w:t>
            </w:r>
          </w:p>
        </w:tc>
      </w:tr>
      <w:tr w:rsidR="00822EF1" w:rsidRPr="00F24A88" w14:paraId="470DFF0F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F369AF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Miltton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New Nordics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2A260E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14618181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02CBDD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Telliskivi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60/2, 10412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53C2E4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Sandra Kamilova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863FF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Sandra Kamilova, sandra.kamilova@miltton.com, +372 5667 5362</w:t>
            </w:r>
          </w:p>
        </w:tc>
      </w:tr>
      <w:tr w:rsidR="00822EF1" w:rsidRPr="00F24A88" w14:paraId="2561FCF4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FEC4D4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TopAI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D1E5D1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17545353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A2C83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Narva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mnt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5, 10117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3A7028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Sven Illing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EDB52D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Sven Illing, sven@topai.ee, +3725251686</w:t>
            </w:r>
          </w:p>
        </w:tc>
      </w:tr>
      <w:tr w:rsidR="00822EF1" w:rsidRPr="00F24A88" w14:paraId="0CDBD92E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31E09B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Kungla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Koolitused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523A26" w14:textId="5BBD1DD7" w:rsidR="00822EF1" w:rsidRPr="00F24A88" w:rsidRDefault="00822EF1" w:rsidP="634F4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25B20" w14:textId="71E082FA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17578045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EE92AC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Saare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Saaremaa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Kuressaare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Kungla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6, 93814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7DA53A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Kesküla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388C9F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Kesküla, kristjan.keskyla@gmail.com, +37253735449</w:t>
            </w:r>
          </w:p>
        </w:tc>
      </w:tr>
      <w:tr w:rsidR="00822EF1" w:rsidRPr="00F24A88" w14:paraId="4162975E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27604C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Mittetulundusühing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Tuleviku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Tehnoloogiaharidus</w:t>
            </w:r>
            <w:proofErr w:type="spellEnd"/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6325B" w14:textId="2DC178E5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1F0BE9"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583085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6925E" w14:textId="1309BBEC" w:rsidR="00586C52" w:rsidRPr="00F24A88" w:rsidRDefault="001B3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Ida-Viru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Jõhvi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Jõhvi linn, 2. Tartu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põik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5, 41537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89FAAA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Lauri Haav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620F6C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Erki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Veiko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erki@kood.tech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, +3725575041</w:t>
            </w:r>
          </w:p>
        </w:tc>
      </w:tr>
      <w:tr w:rsidR="00822EF1" w:rsidRPr="00F24A88" w14:paraId="2AA0DBD1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5C3A4" w14:textId="44841DF3" w:rsidR="00822EF1" w:rsidRPr="00F24A88" w:rsidRDefault="00E304FF" w:rsidP="00F24A8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KOIV INVEST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3F6A42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11517964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DC2D3D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Viimsi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Haabneeme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alevik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Pihlaka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tee 19, 74001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C026AC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86016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Kõiv, urmas@areng.ee, 5077007</w:t>
            </w:r>
          </w:p>
        </w:tc>
      </w:tr>
      <w:tr w:rsidR="00822EF1" w:rsidRPr="00F24A88" w14:paraId="5B60701D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1DB4B1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GENERGIO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9ED5A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10687009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363B2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Lasnamäe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Lõõtsa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6, 74001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1480DF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A0E9B8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Kõiv, urmas@areng.ee, 5077007</w:t>
            </w:r>
          </w:p>
        </w:tc>
      </w:tr>
      <w:tr w:rsidR="00822EF1" w:rsidRPr="00F24A88" w14:paraId="7461B0F8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B9F183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MINDTITAN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72F46D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14131800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17B82A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Tartu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Tartu linn, Tartu linn, Võru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154b, 50111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0F06F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Jansons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14BB1C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Jansons, kristjan.jansons@mindtitan.com, 5668 8239</w:t>
            </w:r>
          </w:p>
        </w:tc>
      </w:tr>
      <w:tr w:rsidR="00822EF1" w:rsidRPr="00F24A88" w14:paraId="7A8226D0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F1DD1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BCS Koolitus AS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B7C15A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10723047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817F26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Aia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7,10111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F7AC65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Anni Sild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9D857E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Kerli Saarelaid, kerli.saarelaid@bcs.ee,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5696 3001; Ott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Alemaa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ott.alemaa@bcs.ee,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680 6880</w:t>
            </w:r>
          </w:p>
        </w:tc>
      </w:tr>
      <w:tr w:rsidR="00822EF1" w:rsidRPr="00F24A88" w14:paraId="631FA4AE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17E947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Projektiagentuur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5D4267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14090283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93BC3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Rapla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Rapla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Rapla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linn, Jaama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3, 79514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069994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Jane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Helandi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3EB8A0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Jane Helandi, projektiagentuur@gmail.com, 53823380</w:t>
            </w:r>
          </w:p>
        </w:tc>
      </w:tr>
      <w:tr w:rsidR="00822EF1" w:rsidRPr="00F24A88" w14:paraId="59F8F834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D8E76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häkademy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4F2A3F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17288212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148382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Haabersti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Meistri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12, 13517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05FD26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Einar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Tiimla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CD7C6F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Einar Tiimla, einar@hak.ee, +372 5343 3871</w:t>
            </w:r>
          </w:p>
        </w:tc>
      </w:tr>
      <w:tr w:rsidR="00822EF1" w:rsidRPr="00F24A88" w14:paraId="25F3AC88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56BFA7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Turunduskoolitus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33E8F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14147132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83EC6F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Loode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4, 10137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123B29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Katrin Vilimaa-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Otsing</w:t>
            </w:r>
            <w:proofErr w:type="spellEnd"/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746FC2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Katrin Vilimaa-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Otsing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, katrin@turunduskoolitus.ee, 56667618</w:t>
            </w:r>
          </w:p>
        </w:tc>
      </w:tr>
      <w:tr w:rsidR="00822EF1" w:rsidRPr="00F24A88" w14:paraId="02AE6A84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EB5C0" w14:textId="077F3B02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Predictive Labs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FF4025" w14:textId="074A88DF" w:rsidR="00822EF1" w:rsidRPr="00F24A88" w:rsidRDefault="008464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12061679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4CAA86" w14:textId="2B2152DB" w:rsidR="00586C52" w:rsidRPr="00F24A88" w:rsidRDefault="008464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Harju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Mustamäe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Karsti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hAnsi="Times New Roman" w:cs="Times New Roman"/>
                <w:sz w:val="20"/>
                <w:szCs w:val="20"/>
              </w:rPr>
              <w:t xml:space="preserve"> 3-17, 11625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9879D7" w14:textId="33875CAD" w:rsidR="00AF70C0" w:rsidRPr="00F24A88" w:rsidRDefault="00AF70C0" w:rsidP="00AF7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Julian Jürgen Kaljuvee </w:t>
            </w:r>
          </w:p>
          <w:p w14:paraId="6136C3D9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8577FD" w14:textId="18753449" w:rsidR="00507061" w:rsidRPr="00F24A88" w:rsidRDefault="00507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Julian Jürgen Kaljuvee </w:t>
            </w:r>
          </w:p>
          <w:p w14:paraId="0D044EA0" w14:textId="73D8542A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jk@predictivelabs.eu, +372 5180071</w:t>
            </w:r>
          </w:p>
        </w:tc>
      </w:tr>
      <w:tr w:rsidR="00822EF1" w:rsidRPr="00F24A88" w14:paraId="790721E0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38FBA1" w14:textId="77777777" w:rsidR="00822EF1" w:rsidRPr="00F24A88" w:rsidRDefault="00822EF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Pernimo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 Solutions OÜ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A39BD" w14:textId="77777777" w:rsidR="00822EF1" w:rsidRPr="00F24A88" w:rsidRDefault="00822E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14146463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25E7F2" w14:textId="77777777" w:rsidR="00586C52" w:rsidRPr="00F24A88" w:rsidRDefault="00935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Pärnu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mnt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148, 11317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FF20C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Kristo Peterson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5ACF8" w14:textId="77777777" w:rsidR="00822EF1" w:rsidRPr="00F24A88" w:rsidRDefault="0082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Kristo Peterson, kristo@kasulik.ai, 5030220</w:t>
            </w:r>
          </w:p>
        </w:tc>
      </w:tr>
      <w:tr w:rsidR="00A37AC1" w:rsidRPr="00F24A88" w14:paraId="2BEA9515" w14:textId="77777777" w:rsidTr="00F24A88">
        <w:trPr>
          <w:cantSplit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D382B0" w14:textId="6060C1FA" w:rsidR="00A37AC1" w:rsidRPr="00F24A88" w:rsidRDefault="00A37AC1" w:rsidP="5A01B6E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Seppo AI </w:t>
            </w:r>
            <w:proofErr w:type="gramStart"/>
            <w:r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OÜ </w:t>
            </w:r>
            <w:r w:rsidR="5D5FE91D" w:rsidRPr="00F24A8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,</w:t>
            </w:r>
            <w:proofErr w:type="gramEnd"/>
          </w:p>
          <w:p w14:paraId="6BDFC668" w14:textId="48B55EDA" w:rsidR="00A37AC1" w:rsidRPr="00F24A88" w:rsidRDefault="5D5FE91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24A8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PORTATA OÜ (11357277)</w:t>
            </w:r>
          </w:p>
        </w:tc>
        <w:tc>
          <w:tcPr>
            <w:tcW w:w="2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CB7A66" w14:textId="24CDF3F0" w:rsidR="00A37AC1" w:rsidRPr="00F24A88" w:rsidRDefault="000709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17133416</w:t>
            </w:r>
          </w:p>
        </w:tc>
        <w:tc>
          <w:tcPr>
            <w:tcW w:w="309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233CD9" w14:textId="369A1139" w:rsidR="00A37AC1" w:rsidRPr="00F24A88" w:rsidRDefault="009F5F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Uus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-Tatari </w:t>
            </w:r>
            <w:proofErr w:type="spellStart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16-48, 10134</w:t>
            </w:r>
          </w:p>
        </w:tc>
        <w:tc>
          <w:tcPr>
            <w:tcW w:w="201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E2279B" w14:textId="20E0CE22" w:rsidR="00A37AC1" w:rsidRPr="00F24A88" w:rsidRDefault="00A100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Indrek Seppo</w:t>
            </w:r>
          </w:p>
        </w:tc>
        <w:tc>
          <w:tcPr>
            <w:tcW w:w="37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161676" w14:textId="58C6375F" w:rsidR="00A37AC1" w:rsidRPr="00F24A88" w:rsidRDefault="00A100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4A88">
              <w:rPr>
                <w:rFonts w:ascii="Times New Roman" w:eastAsia="Times New Roman" w:hAnsi="Times New Roman" w:cs="Times New Roman"/>
                <w:sz w:val="20"/>
                <w:szCs w:val="20"/>
              </w:rPr>
              <w:t>Indrek.seppo@seppo.ai, +37256653467</w:t>
            </w:r>
          </w:p>
        </w:tc>
      </w:tr>
    </w:tbl>
    <w:p w14:paraId="21AB7C39" w14:textId="77777777" w:rsidR="00DC0B0B" w:rsidRPr="00F24A88" w:rsidRDefault="00DC0B0B">
      <w:pPr>
        <w:rPr>
          <w:rFonts w:ascii="Times New Roman" w:hAnsi="Times New Roman" w:cs="Times New Roman"/>
          <w:sz w:val="20"/>
          <w:szCs w:val="20"/>
        </w:rPr>
      </w:pPr>
    </w:p>
    <w:sectPr w:rsidR="00DC0B0B" w:rsidRPr="00F24A88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7890157">
    <w:abstractNumId w:val="6"/>
  </w:num>
  <w:num w:numId="2" w16cid:durableId="179593023">
    <w:abstractNumId w:val="8"/>
  </w:num>
  <w:num w:numId="3" w16cid:durableId="1812285384">
    <w:abstractNumId w:val="4"/>
  </w:num>
  <w:num w:numId="4" w16cid:durableId="1831018942">
    <w:abstractNumId w:val="3"/>
  </w:num>
  <w:num w:numId="5" w16cid:durableId="1857888783">
    <w:abstractNumId w:val="5"/>
  </w:num>
  <w:num w:numId="6" w16cid:durableId="2133667775">
    <w:abstractNumId w:val="7"/>
  </w:num>
  <w:num w:numId="7" w16cid:durableId="534198698">
    <w:abstractNumId w:val="0"/>
  </w:num>
  <w:num w:numId="8" w16cid:durableId="60686641">
    <w:abstractNumId w:val="1"/>
  </w:num>
  <w:num w:numId="9" w16cid:durableId="898057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FD7"/>
    <w:rsid w:val="0006063C"/>
    <w:rsid w:val="00070973"/>
    <w:rsid w:val="00086574"/>
    <w:rsid w:val="00142E9A"/>
    <w:rsid w:val="0015074B"/>
    <w:rsid w:val="00195ADC"/>
    <w:rsid w:val="001A1309"/>
    <w:rsid w:val="001B34BA"/>
    <w:rsid w:val="001B646B"/>
    <w:rsid w:val="001C27B6"/>
    <w:rsid w:val="001F0BE9"/>
    <w:rsid w:val="001F3E8A"/>
    <w:rsid w:val="00204239"/>
    <w:rsid w:val="002476DA"/>
    <w:rsid w:val="00253A42"/>
    <w:rsid w:val="0029639D"/>
    <w:rsid w:val="002B7307"/>
    <w:rsid w:val="00323338"/>
    <w:rsid w:val="00326F90"/>
    <w:rsid w:val="003331B0"/>
    <w:rsid w:val="00400FD5"/>
    <w:rsid w:val="004A72B9"/>
    <w:rsid w:val="004D4FAF"/>
    <w:rsid w:val="00507061"/>
    <w:rsid w:val="0052351B"/>
    <w:rsid w:val="00586C52"/>
    <w:rsid w:val="005B0443"/>
    <w:rsid w:val="005F7503"/>
    <w:rsid w:val="00660695"/>
    <w:rsid w:val="006A5059"/>
    <w:rsid w:val="006C0760"/>
    <w:rsid w:val="006D1C87"/>
    <w:rsid w:val="007503DB"/>
    <w:rsid w:val="00754E69"/>
    <w:rsid w:val="00772CC0"/>
    <w:rsid w:val="00775532"/>
    <w:rsid w:val="007C7697"/>
    <w:rsid w:val="007D1E13"/>
    <w:rsid w:val="007D654C"/>
    <w:rsid w:val="00810179"/>
    <w:rsid w:val="00817455"/>
    <w:rsid w:val="00822EF1"/>
    <w:rsid w:val="008464F7"/>
    <w:rsid w:val="008A5D31"/>
    <w:rsid w:val="008C1D3B"/>
    <w:rsid w:val="008E1344"/>
    <w:rsid w:val="008E283D"/>
    <w:rsid w:val="009351AE"/>
    <w:rsid w:val="00957F9B"/>
    <w:rsid w:val="009F5F01"/>
    <w:rsid w:val="00A053EC"/>
    <w:rsid w:val="00A100F1"/>
    <w:rsid w:val="00A37AC1"/>
    <w:rsid w:val="00A544FD"/>
    <w:rsid w:val="00A6419D"/>
    <w:rsid w:val="00AA1D8D"/>
    <w:rsid w:val="00AF70C0"/>
    <w:rsid w:val="00B47730"/>
    <w:rsid w:val="00B77B7B"/>
    <w:rsid w:val="00BA2EDC"/>
    <w:rsid w:val="00BA54FB"/>
    <w:rsid w:val="00BC10B6"/>
    <w:rsid w:val="00C14230"/>
    <w:rsid w:val="00C47AF1"/>
    <w:rsid w:val="00CB0664"/>
    <w:rsid w:val="00D20CA9"/>
    <w:rsid w:val="00DC0B0B"/>
    <w:rsid w:val="00DC52A5"/>
    <w:rsid w:val="00E077E5"/>
    <w:rsid w:val="00E24FD8"/>
    <w:rsid w:val="00E304FF"/>
    <w:rsid w:val="00E64C4F"/>
    <w:rsid w:val="00F24A88"/>
    <w:rsid w:val="00F64A15"/>
    <w:rsid w:val="00FC693F"/>
    <w:rsid w:val="0391ADCD"/>
    <w:rsid w:val="068A87AC"/>
    <w:rsid w:val="0CA9BA57"/>
    <w:rsid w:val="0E7356C2"/>
    <w:rsid w:val="18D68106"/>
    <w:rsid w:val="19624880"/>
    <w:rsid w:val="19AF0F98"/>
    <w:rsid w:val="1C4C8B5F"/>
    <w:rsid w:val="21628A5F"/>
    <w:rsid w:val="243A7FC5"/>
    <w:rsid w:val="268CF558"/>
    <w:rsid w:val="288ED40E"/>
    <w:rsid w:val="382992BF"/>
    <w:rsid w:val="39E77DD6"/>
    <w:rsid w:val="3AD5CE99"/>
    <w:rsid w:val="3C317F51"/>
    <w:rsid w:val="3C86266A"/>
    <w:rsid w:val="3E9B27D3"/>
    <w:rsid w:val="450FB52D"/>
    <w:rsid w:val="453D17FD"/>
    <w:rsid w:val="45523E62"/>
    <w:rsid w:val="4BF45E9C"/>
    <w:rsid w:val="52590E41"/>
    <w:rsid w:val="55612F0B"/>
    <w:rsid w:val="5A01B6E9"/>
    <w:rsid w:val="5A2AF310"/>
    <w:rsid w:val="5B7ABB69"/>
    <w:rsid w:val="5BC8EAB7"/>
    <w:rsid w:val="5D0ED0E8"/>
    <w:rsid w:val="5D5FE91D"/>
    <w:rsid w:val="634F4263"/>
    <w:rsid w:val="6AC22BD8"/>
    <w:rsid w:val="6B192273"/>
    <w:rsid w:val="77EEF950"/>
    <w:rsid w:val="7A0E808C"/>
    <w:rsid w:val="7B1CC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0D4AC"/>
  <w14:defaultImageDpi w14:val="300"/>
  <w15:docId w15:val="{39425F18-6122-4094-80D8-5CB879DAB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7B6"/>
    <w:rPr>
      <w:rFonts w:ascii="Aptos" w:hAnsi="Aptos"/>
      <w:sz w:val="16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7B6"/>
    <w:rPr>
      <w:rFonts w:ascii="Aptos" w:hAnsi="Aptos"/>
      <w:sz w:val="16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BA54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27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4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C27B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C27B6"/>
    <w:rPr>
      <w:rFonts w:ascii="Aptos" w:hAnsi="Aptos"/>
      <w:sz w:val="16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1C27B6"/>
    <w:rPr>
      <w:rFonts w:ascii="Aptos" w:hAnsi="Aptos"/>
      <w:sz w:val="16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C27B6"/>
    <w:rPr>
      <w:rFonts w:ascii="Aptos" w:hAnsi="Aptos"/>
      <w:sz w:val="16"/>
      <w:szCs w:val="16"/>
    </w:rPr>
  </w:style>
  <w:style w:type="paragraph" w:styleId="MacroText">
    <w:name w:val="macro"/>
    <w:link w:val="MacroTextChar"/>
    <w:uiPriority w:val="99"/>
    <w:unhideWhenUsed/>
    <w:rsid w:val="00BA54F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1C27B6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C27B6"/>
    <w:rPr>
      <w:rFonts w:ascii="Aptos" w:hAnsi="Aptos"/>
      <w:i/>
      <w:iCs/>
      <w:color w:val="000000" w:themeColor="text1"/>
      <w:sz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7B6"/>
    <w:rPr>
      <w:rFonts w:ascii="Aptos" w:hAnsi="Aptos"/>
      <w:b/>
      <w:bCs/>
      <w:i/>
      <w:iCs/>
      <w:color w:val="4F81BD" w:themeColor="accent1"/>
      <w:sz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ealkiri1Mrk">
    <w:name w:val="Pealkiri 1 Märk"/>
    <w:basedOn w:val="DefaultParagraphFont"/>
    <w:uiPriority w:val="9"/>
    <w:rsid w:val="001C2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DefaultParagraphFont"/>
    <w:uiPriority w:val="9"/>
    <w:rsid w:val="001C27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DefaultParagraphFont"/>
    <w:uiPriority w:val="9"/>
    <w:rsid w:val="001C27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ealkiri4Mrk">
    <w:name w:val="Pealkiri 4 Märk"/>
    <w:basedOn w:val="DefaultParagraphFont"/>
    <w:uiPriority w:val="9"/>
    <w:semiHidden/>
    <w:rsid w:val="001C27B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DefaultParagraphFont"/>
    <w:uiPriority w:val="9"/>
    <w:semiHidden/>
    <w:rsid w:val="001C27B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DefaultParagraphFont"/>
    <w:uiPriority w:val="9"/>
    <w:semiHidden/>
    <w:rsid w:val="001C27B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DefaultParagraphFont"/>
    <w:uiPriority w:val="9"/>
    <w:semiHidden/>
    <w:rsid w:val="001C27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DefaultParagraphFont"/>
    <w:uiPriority w:val="9"/>
    <w:semiHidden/>
    <w:rsid w:val="001C27B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DefaultParagraphFont"/>
    <w:uiPriority w:val="9"/>
    <w:semiHidden/>
    <w:rsid w:val="001C27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891</Words>
  <Characters>5172</Characters>
  <Application>Microsoft Office Word</Application>
  <DocSecurity>0</DocSecurity>
  <Lines>43</Lines>
  <Paragraphs>12</Paragraphs>
  <ScaleCrop>false</ScaleCrop>
  <Manager/>
  <Company/>
  <LinksUpToDate>false</LinksUpToDate>
  <CharactersWithSpaces>6051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Kaire Karp - RK</cp:lastModifiedBy>
  <cp:revision>42</cp:revision>
  <dcterms:created xsi:type="dcterms:W3CDTF">2026-09-21T15:56:00Z</dcterms:created>
  <dcterms:modified xsi:type="dcterms:W3CDTF">2026-09-22T15:29:00Z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2026-09-21T14:17:17Z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8012a02b-e817-4679-a058-d285b21a611d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