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7714" w14:textId="77777777" w:rsidR="00064A67" w:rsidRDefault="00000000">
      <w:r>
        <w:rPr>
          <w:b/>
          <w:sz w:val="24"/>
        </w:rPr>
        <w:t>TRANSPORDIAMET</w:t>
      </w:r>
    </w:p>
    <w:p w14:paraId="523DF529" w14:textId="77777777" w:rsidR="00064A67" w:rsidRDefault="00000000">
      <w:r>
        <w:rPr>
          <w:b/>
          <w:sz w:val="26"/>
        </w:rPr>
        <w:t>Liiklusvälise teabevahendi riigitee kaitsevööndisse paigaldamise nõusoleku taotlus</w:t>
      </w:r>
    </w:p>
    <w:p w14:paraId="2DF2F6E5" w14:textId="77777777" w:rsidR="00064A67" w:rsidRDefault="00064A67"/>
    <w:p w14:paraId="5CF6703A" w14:textId="77777777" w:rsidR="00064A67" w:rsidRDefault="00000000">
      <w:r>
        <w:rPr>
          <w:b/>
        </w:rPr>
        <w:t>Taotleja (ettevõtte, füüsilise isiku) nimi, aadress, telefoni number, e-post:</w:t>
      </w:r>
    </w:p>
    <w:p w14:paraId="753C5462" w14:textId="77777777" w:rsidR="00064A67" w:rsidRPr="00E156C2" w:rsidRDefault="00000000">
      <w:pPr>
        <w:rPr>
          <w:lang w:val="it-IT"/>
        </w:rPr>
      </w:pPr>
      <w:r w:rsidRPr="00E156C2">
        <w:rPr>
          <w:lang w:val="it-IT"/>
        </w:rPr>
        <w:t xml:space="preserve">Roopa </w:t>
      </w:r>
      <w:proofErr w:type="spellStart"/>
      <w:r w:rsidRPr="00E156C2">
        <w:rPr>
          <w:lang w:val="it-IT"/>
        </w:rPr>
        <w:t>Arendus</w:t>
      </w:r>
      <w:proofErr w:type="spellEnd"/>
      <w:r w:rsidRPr="00E156C2">
        <w:rPr>
          <w:lang w:val="it-IT"/>
        </w:rPr>
        <w:t xml:space="preserve"> OÜ, </w:t>
      </w:r>
      <w:proofErr w:type="spellStart"/>
      <w:r w:rsidRPr="00E156C2">
        <w:rPr>
          <w:lang w:val="it-IT"/>
        </w:rPr>
        <w:t>Ahtri</w:t>
      </w:r>
      <w:proofErr w:type="spellEnd"/>
      <w:r w:rsidRPr="00E156C2">
        <w:rPr>
          <w:lang w:val="it-IT"/>
        </w:rPr>
        <w:t xml:space="preserve"> 6a, Tallinn, +372 5307 3633, renate.hinno@favorte.ee</w:t>
      </w:r>
    </w:p>
    <w:p w14:paraId="267E2259" w14:textId="77777777" w:rsidR="00064A67" w:rsidRPr="00E156C2" w:rsidRDefault="00000000">
      <w:pPr>
        <w:rPr>
          <w:lang w:val="it-IT"/>
        </w:rPr>
      </w:pPr>
      <w:r w:rsidRPr="00E156C2">
        <w:rPr>
          <w:b/>
          <w:lang w:val="it-IT"/>
        </w:rPr>
        <w:t xml:space="preserve">Registri- </w:t>
      </w:r>
      <w:proofErr w:type="spellStart"/>
      <w:r w:rsidRPr="00E156C2">
        <w:rPr>
          <w:b/>
          <w:lang w:val="it-IT"/>
        </w:rPr>
        <w:t>või</w:t>
      </w:r>
      <w:proofErr w:type="spellEnd"/>
      <w:r w:rsidRPr="00E156C2">
        <w:rPr>
          <w:b/>
          <w:lang w:val="it-IT"/>
        </w:rPr>
        <w:t xml:space="preserve"> </w:t>
      </w:r>
      <w:proofErr w:type="spellStart"/>
      <w:r w:rsidRPr="00E156C2">
        <w:rPr>
          <w:b/>
          <w:lang w:val="it-IT"/>
        </w:rPr>
        <w:t>isikukood</w:t>
      </w:r>
      <w:proofErr w:type="spellEnd"/>
      <w:r w:rsidRPr="00E156C2">
        <w:rPr>
          <w:b/>
          <w:lang w:val="it-IT"/>
        </w:rPr>
        <w:t xml:space="preserve">: </w:t>
      </w:r>
      <w:r w:rsidRPr="00E156C2">
        <w:rPr>
          <w:lang w:val="it-IT"/>
        </w:rPr>
        <w:t>12071420</w:t>
      </w:r>
    </w:p>
    <w:p w14:paraId="4FF875CA" w14:textId="77777777" w:rsidR="00064A67" w:rsidRPr="00E156C2" w:rsidRDefault="00064A67">
      <w:pPr>
        <w:rPr>
          <w:lang w:val="it-IT"/>
        </w:rPr>
      </w:pPr>
    </w:p>
    <w:p w14:paraId="09CBAED6" w14:textId="77777777" w:rsidR="00064A67" w:rsidRPr="00E156C2" w:rsidRDefault="00000000">
      <w:pPr>
        <w:rPr>
          <w:lang w:val="it-IT"/>
        </w:rPr>
      </w:pPr>
      <w:proofErr w:type="spellStart"/>
      <w:r w:rsidRPr="00E156C2">
        <w:rPr>
          <w:b/>
          <w:lang w:val="it-IT"/>
        </w:rPr>
        <w:t>Liiklusvälise</w:t>
      </w:r>
      <w:proofErr w:type="spellEnd"/>
      <w:r w:rsidRPr="00E156C2">
        <w:rPr>
          <w:b/>
          <w:lang w:val="it-IT"/>
        </w:rPr>
        <w:t xml:space="preserve"> </w:t>
      </w:r>
      <w:proofErr w:type="spellStart"/>
      <w:r w:rsidRPr="00E156C2">
        <w:rPr>
          <w:b/>
          <w:lang w:val="it-IT"/>
        </w:rPr>
        <w:t>teabevahendi</w:t>
      </w:r>
      <w:proofErr w:type="spellEnd"/>
      <w:r w:rsidRPr="00E156C2">
        <w:rPr>
          <w:b/>
          <w:lang w:val="it-IT"/>
        </w:rPr>
        <w:t xml:space="preserve"> (</w:t>
      </w:r>
      <w:proofErr w:type="spellStart"/>
      <w:r w:rsidRPr="00E156C2">
        <w:rPr>
          <w:b/>
          <w:lang w:val="it-IT"/>
        </w:rPr>
        <w:t>edaspidi</w:t>
      </w:r>
      <w:proofErr w:type="spellEnd"/>
      <w:r w:rsidRPr="00E156C2">
        <w:rPr>
          <w:b/>
          <w:lang w:val="it-IT"/>
        </w:rPr>
        <w:t xml:space="preserve"> – </w:t>
      </w:r>
      <w:proofErr w:type="spellStart"/>
      <w:r w:rsidRPr="00E156C2">
        <w:rPr>
          <w:b/>
          <w:lang w:val="it-IT"/>
        </w:rPr>
        <w:t>teabevahend</w:t>
      </w:r>
      <w:proofErr w:type="spellEnd"/>
      <w:r w:rsidRPr="00E156C2">
        <w:rPr>
          <w:b/>
          <w:lang w:val="it-IT"/>
        </w:rPr>
        <w:t xml:space="preserve">) </w:t>
      </w:r>
      <w:proofErr w:type="spellStart"/>
      <w:r w:rsidRPr="00E156C2">
        <w:rPr>
          <w:b/>
          <w:lang w:val="it-IT"/>
        </w:rPr>
        <w:t>taotletav</w:t>
      </w:r>
      <w:proofErr w:type="spellEnd"/>
      <w:r w:rsidRPr="00E156C2">
        <w:rPr>
          <w:b/>
          <w:lang w:val="it-IT"/>
        </w:rPr>
        <w:t xml:space="preserve"> </w:t>
      </w:r>
      <w:proofErr w:type="spellStart"/>
      <w:r w:rsidRPr="00E156C2">
        <w:rPr>
          <w:b/>
          <w:lang w:val="it-IT"/>
        </w:rPr>
        <w:t>paigalduskoht</w:t>
      </w:r>
      <w:proofErr w:type="spellEnd"/>
      <w:r w:rsidRPr="00E156C2">
        <w:rPr>
          <w:b/>
          <w:lang w:val="it-IT"/>
        </w:rPr>
        <w:t>:</w:t>
      </w:r>
    </w:p>
    <w:p w14:paraId="65FF0329" w14:textId="02BBC76A" w:rsidR="00064A67" w:rsidRPr="00E156C2" w:rsidRDefault="00000000">
      <w:pPr>
        <w:rPr>
          <w:lang w:val="it-IT"/>
        </w:rPr>
      </w:pPr>
      <w:r w:rsidRPr="00E156C2">
        <w:rPr>
          <w:b/>
          <w:lang w:val="it-IT"/>
        </w:rPr>
        <w:t xml:space="preserve">Tee nimi </w:t>
      </w:r>
      <w:proofErr w:type="spellStart"/>
      <w:r w:rsidRPr="00E156C2">
        <w:rPr>
          <w:b/>
          <w:lang w:val="it-IT"/>
        </w:rPr>
        <w:t>ja</w:t>
      </w:r>
      <w:proofErr w:type="spellEnd"/>
      <w:r w:rsidRPr="00E156C2">
        <w:rPr>
          <w:b/>
          <w:lang w:val="it-IT"/>
        </w:rPr>
        <w:t xml:space="preserve"> </w:t>
      </w:r>
      <w:proofErr w:type="spellStart"/>
      <w:r w:rsidRPr="00E156C2">
        <w:rPr>
          <w:b/>
          <w:lang w:val="it-IT"/>
        </w:rPr>
        <w:t>kilomeeter</w:t>
      </w:r>
      <w:proofErr w:type="spellEnd"/>
      <w:r w:rsidRPr="00E156C2">
        <w:rPr>
          <w:b/>
          <w:lang w:val="it-IT"/>
        </w:rPr>
        <w:t xml:space="preserve">: </w:t>
      </w:r>
      <w:proofErr w:type="spellStart"/>
      <w:r w:rsidRPr="006E46B8">
        <w:rPr>
          <w:lang w:val="it-IT"/>
        </w:rPr>
        <w:t>riigitee</w:t>
      </w:r>
      <w:proofErr w:type="spellEnd"/>
      <w:r w:rsidRPr="006E46B8">
        <w:rPr>
          <w:lang w:val="it-IT"/>
        </w:rPr>
        <w:t xml:space="preserve"> nr 11254 </w:t>
      </w:r>
      <w:proofErr w:type="spellStart"/>
      <w:r w:rsidRPr="006E46B8">
        <w:rPr>
          <w:lang w:val="it-IT"/>
        </w:rPr>
        <w:t>Muuga</w:t>
      </w:r>
      <w:proofErr w:type="spellEnd"/>
      <w:r w:rsidRPr="006E46B8">
        <w:rPr>
          <w:lang w:val="it-IT"/>
        </w:rPr>
        <w:t xml:space="preserve"> tee; </w:t>
      </w:r>
      <w:r w:rsidR="008F3199" w:rsidRPr="008F3199">
        <w:rPr>
          <w:lang w:val="it-IT"/>
        </w:rPr>
        <w:t>1,29</w:t>
      </w:r>
      <w:r w:rsidR="008F3199">
        <w:rPr>
          <w:lang w:val="it-IT"/>
        </w:rPr>
        <w:t xml:space="preserve"> </w:t>
      </w:r>
      <w:r w:rsidRPr="006E46B8">
        <w:rPr>
          <w:lang w:val="it-IT"/>
        </w:rPr>
        <w:t>km (</w:t>
      </w:r>
      <w:proofErr w:type="spellStart"/>
      <w:r w:rsidRPr="006E46B8">
        <w:rPr>
          <w:lang w:val="it-IT"/>
        </w:rPr>
        <w:t>Loovälja</w:t>
      </w:r>
      <w:proofErr w:type="spellEnd"/>
      <w:r w:rsidRPr="006E46B8">
        <w:rPr>
          <w:lang w:val="it-IT"/>
        </w:rPr>
        <w:t xml:space="preserve"> tee </w:t>
      </w:r>
      <w:proofErr w:type="spellStart"/>
      <w:r w:rsidRPr="006E46B8">
        <w:rPr>
          <w:lang w:val="it-IT"/>
        </w:rPr>
        <w:t>ristmik</w:t>
      </w:r>
      <w:proofErr w:type="spellEnd"/>
      <w:r w:rsidRPr="006E46B8">
        <w:rPr>
          <w:lang w:val="it-IT"/>
        </w:rPr>
        <w:t xml:space="preserve">, </w:t>
      </w:r>
      <w:proofErr w:type="spellStart"/>
      <w:r w:rsidRPr="006E46B8">
        <w:rPr>
          <w:lang w:val="it-IT"/>
        </w:rPr>
        <w:t>Metsakasti</w:t>
      </w:r>
      <w:proofErr w:type="spellEnd"/>
      <w:r w:rsidRPr="006E46B8">
        <w:rPr>
          <w:lang w:val="it-IT"/>
        </w:rPr>
        <w:t xml:space="preserve"> </w:t>
      </w:r>
      <w:proofErr w:type="spellStart"/>
      <w:r w:rsidRPr="006E46B8">
        <w:rPr>
          <w:lang w:val="it-IT"/>
        </w:rPr>
        <w:t>küla</w:t>
      </w:r>
      <w:proofErr w:type="spellEnd"/>
      <w:r w:rsidRPr="006E46B8">
        <w:rPr>
          <w:lang w:val="it-IT"/>
        </w:rPr>
        <w:t xml:space="preserve">, </w:t>
      </w:r>
      <w:proofErr w:type="spellStart"/>
      <w:r w:rsidRPr="006E46B8">
        <w:rPr>
          <w:lang w:val="it-IT"/>
        </w:rPr>
        <w:t>Viimsi</w:t>
      </w:r>
      <w:proofErr w:type="spellEnd"/>
      <w:r w:rsidRPr="006E46B8">
        <w:rPr>
          <w:lang w:val="it-IT"/>
        </w:rPr>
        <w:t xml:space="preserve"> </w:t>
      </w:r>
      <w:proofErr w:type="spellStart"/>
      <w:r w:rsidRPr="006E46B8">
        <w:rPr>
          <w:lang w:val="it-IT"/>
        </w:rPr>
        <w:t>vald</w:t>
      </w:r>
      <w:proofErr w:type="spellEnd"/>
      <w:r w:rsidRPr="006E46B8">
        <w:rPr>
          <w:lang w:val="it-IT"/>
        </w:rPr>
        <w:t>)</w:t>
      </w:r>
    </w:p>
    <w:p w14:paraId="03291750" w14:textId="77777777" w:rsidR="00064A67" w:rsidRPr="00E156C2" w:rsidRDefault="00000000">
      <w:pPr>
        <w:rPr>
          <w:lang w:val="fr-FR"/>
        </w:rPr>
      </w:pPr>
      <w:r w:rsidRPr="00E156C2">
        <w:rPr>
          <w:b/>
          <w:lang w:val="fr-FR"/>
        </w:rPr>
        <w:t xml:space="preserve">L-EST </w:t>
      </w:r>
      <w:proofErr w:type="spellStart"/>
      <w:r w:rsidRPr="00E156C2">
        <w:rPr>
          <w:b/>
          <w:lang w:val="fr-FR"/>
        </w:rPr>
        <w:t>asukoht</w:t>
      </w:r>
      <w:proofErr w:type="spellEnd"/>
      <w:r w:rsidRPr="00E156C2">
        <w:rPr>
          <w:b/>
          <w:lang w:val="fr-FR"/>
        </w:rPr>
        <w:t xml:space="preserve">: </w:t>
      </w:r>
    </w:p>
    <w:p w14:paraId="5A6FFC40" w14:textId="2CA38318" w:rsidR="00064A67" w:rsidRPr="00E156C2" w:rsidRDefault="00000000">
      <w:pPr>
        <w:rPr>
          <w:lang w:val="fr-FR"/>
        </w:rPr>
      </w:pPr>
      <w:r w:rsidRPr="00E156C2">
        <w:rPr>
          <w:b/>
          <w:lang w:val="fr-FR"/>
        </w:rPr>
        <w:t xml:space="preserve">XY: </w:t>
      </w:r>
      <w:r w:rsidR="00E156C2" w:rsidRPr="00E156C2">
        <w:rPr>
          <w:lang w:val="fr-FR"/>
        </w:rPr>
        <w:t>6595188.47, 551766.57</w:t>
      </w:r>
    </w:p>
    <w:p w14:paraId="6DA7A292" w14:textId="77777777" w:rsidR="00E156C2" w:rsidRDefault="00000000">
      <w:pPr>
        <w:rPr>
          <w:lang w:val="fr-FR"/>
        </w:rPr>
      </w:pPr>
      <w:r w:rsidRPr="00E156C2">
        <w:rPr>
          <w:b/>
          <w:lang w:val="fr-FR"/>
        </w:rPr>
        <w:t xml:space="preserve">BL: </w:t>
      </w:r>
      <w:r w:rsidR="00E156C2" w:rsidRPr="00E156C2">
        <w:rPr>
          <w:lang w:val="fr-FR"/>
        </w:rPr>
        <w:t>59.491214, 24.913718</w:t>
      </w:r>
    </w:p>
    <w:p w14:paraId="7E2C3388" w14:textId="4648F8EF" w:rsidR="00064A67" w:rsidRPr="00E156C2" w:rsidRDefault="00000000">
      <w:pPr>
        <w:rPr>
          <w:lang w:val="fr-FR"/>
        </w:rPr>
      </w:pPr>
      <w:r w:rsidRPr="00E156C2">
        <w:rPr>
          <w:b/>
          <w:lang w:val="fr-FR"/>
        </w:rPr>
        <w:t xml:space="preserve">H: </w:t>
      </w:r>
      <w:r w:rsidR="00E156C2">
        <w:rPr>
          <w:lang w:val="fr-FR"/>
        </w:rPr>
        <w:t>16 m</w:t>
      </w:r>
    </w:p>
    <w:p w14:paraId="00C1D43B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b/>
          <w:lang w:val="fr-FR"/>
        </w:rPr>
        <w:t>Katastriüksus</w:t>
      </w:r>
      <w:proofErr w:type="spellEnd"/>
      <w:r w:rsidRPr="00E156C2">
        <w:rPr>
          <w:b/>
          <w:lang w:val="fr-FR"/>
        </w:rPr>
        <w:t xml:space="preserve">: </w:t>
      </w:r>
      <w:r w:rsidRPr="00E156C2">
        <w:rPr>
          <w:lang w:val="fr-FR"/>
        </w:rPr>
        <w:t>89001:001:0212 (</w:t>
      </w:r>
      <w:proofErr w:type="spellStart"/>
      <w:r w:rsidRPr="00E156C2">
        <w:rPr>
          <w:lang w:val="fr-FR"/>
        </w:rPr>
        <w:t>Viimsi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vald</w:t>
      </w:r>
      <w:proofErr w:type="spellEnd"/>
      <w:r w:rsidRPr="00E156C2">
        <w:rPr>
          <w:lang w:val="fr-FR"/>
        </w:rPr>
        <w:t>)</w:t>
      </w:r>
    </w:p>
    <w:p w14:paraId="26F79D99" w14:textId="77777777" w:rsidR="00064A67" w:rsidRPr="00E156C2" w:rsidRDefault="00064A67">
      <w:pPr>
        <w:rPr>
          <w:lang w:val="fr-FR"/>
        </w:rPr>
      </w:pPr>
    </w:p>
    <w:p w14:paraId="0465B8F9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b/>
          <w:lang w:val="fr-FR"/>
        </w:rPr>
        <w:t>Teabevahendi</w:t>
      </w:r>
      <w:proofErr w:type="spellEnd"/>
      <w:r w:rsidRPr="00E156C2">
        <w:rPr>
          <w:b/>
          <w:lang w:val="fr-FR"/>
        </w:rPr>
        <w:t xml:space="preserve"> </w:t>
      </w:r>
      <w:proofErr w:type="spellStart"/>
      <w:r w:rsidRPr="00E156C2">
        <w:rPr>
          <w:b/>
          <w:lang w:val="fr-FR"/>
        </w:rPr>
        <w:t>eksponeerimise</w:t>
      </w:r>
      <w:proofErr w:type="spellEnd"/>
      <w:r w:rsidRPr="00E156C2">
        <w:rPr>
          <w:b/>
          <w:lang w:val="fr-FR"/>
        </w:rPr>
        <w:t xml:space="preserve"> </w:t>
      </w:r>
      <w:proofErr w:type="spellStart"/>
      <w:r w:rsidRPr="00E156C2">
        <w:rPr>
          <w:b/>
          <w:lang w:val="fr-FR"/>
        </w:rPr>
        <w:t>aeg</w:t>
      </w:r>
      <w:proofErr w:type="spellEnd"/>
      <w:r w:rsidRPr="00E156C2">
        <w:rPr>
          <w:b/>
          <w:lang w:val="fr-FR"/>
        </w:rPr>
        <w:t xml:space="preserve">: </w:t>
      </w:r>
      <w:r w:rsidRPr="00E156C2">
        <w:rPr>
          <w:lang w:val="fr-FR"/>
        </w:rPr>
        <w:t>15.10.2026 – 31.08.2027</w:t>
      </w:r>
    </w:p>
    <w:p w14:paraId="4D75E4E3" w14:textId="77777777" w:rsidR="00064A67" w:rsidRPr="00E156C2" w:rsidRDefault="00064A67">
      <w:pPr>
        <w:rPr>
          <w:lang w:val="fr-FR"/>
        </w:rPr>
      </w:pPr>
    </w:p>
    <w:p w14:paraId="3EDAB20B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b/>
          <w:lang w:val="fr-FR"/>
        </w:rPr>
        <w:t>Muu</w:t>
      </w:r>
      <w:proofErr w:type="spellEnd"/>
      <w:r w:rsidRPr="00E156C2">
        <w:rPr>
          <w:b/>
          <w:lang w:val="fr-FR"/>
        </w:rPr>
        <w:t xml:space="preserve"> </w:t>
      </w:r>
      <w:proofErr w:type="spellStart"/>
      <w:r w:rsidRPr="00E156C2">
        <w:rPr>
          <w:b/>
          <w:lang w:val="fr-FR"/>
        </w:rPr>
        <w:t>informatsioon</w:t>
      </w:r>
      <w:proofErr w:type="spellEnd"/>
      <w:r w:rsidRPr="00E156C2">
        <w:rPr>
          <w:b/>
          <w:lang w:val="fr-FR"/>
        </w:rPr>
        <w:t xml:space="preserve"> (</w:t>
      </w:r>
      <w:proofErr w:type="spellStart"/>
      <w:r w:rsidRPr="00E156C2">
        <w:rPr>
          <w:b/>
          <w:lang w:val="fr-FR"/>
        </w:rPr>
        <w:t>teabevahendi</w:t>
      </w:r>
      <w:proofErr w:type="spellEnd"/>
      <w:r w:rsidRPr="00E156C2">
        <w:rPr>
          <w:b/>
          <w:lang w:val="fr-FR"/>
        </w:rPr>
        <w:t xml:space="preserve"> </w:t>
      </w:r>
      <w:proofErr w:type="spellStart"/>
      <w:r w:rsidRPr="00E156C2">
        <w:rPr>
          <w:b/>
          <w:lang w:val="fr-FR"/>
        </w:rPr>
        <w:t>sisukirjeldus</w:t>
      </w:r>
      <w:proofErr w:type="spellEnd"/>
      <w:r w:rsidRPr="00E156C2">
        <w:rPr>
          <w:b/>
          <w:lang w:val="fr-FR"/>
        </w:rPr>
        <w:t xml:space="preserve">, </w:t>
      </w:r>
      <w:proofErr w:type="spellStart"/>
      <w:r w:rsidRPr="00E156C2">
        <w:rPr>
          <w:b/>
          <w:lang w:val="fr-FR"/>
        </w:rPr>
        <w:t>mõõtmed</w:t>
      </w:r>
      <w:proofErr w:type="spellEnd"/>
      <w:r w:rsidRPr="00E156C2">
        <w:rPr>
          <w:b/>
          <w:lang w:val="fr-FR"/>
        </w:rPr>
        <w:t xml:space="preserve"> </w:t>
      </w:r>
      <w:proofErr w:type="spellStart"/>
      <w:r w:rsidRPr="00E156C2">
        <w:rPr>
          <w:b/>
          <w:lang w:val="fr-FR"/>
        </w:rPr>
        <w:t>jms</w:t>
      </w:r>
      <w:proofErr w:type="spellEnd"/>
      <w:r w:rsidRPr="00E156C2">
        <w:rPr>
          <w:b/>
          <w:lang w:val="fr-FR"/>
        </w:rPr>
        <w:t>):</w:t>
      </w:r>
    </w:p>
    <w:p w14:paraId="66ED1C6C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lang w:val="fr-FR"/>
        </w:rPr>
        <w:t>Reklaampinna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mõõtmed</w:t>
      </w:r>
      <w:proofErr w:type="spellEnd"/>
      <w:r w:rsidRPr="00E156C2">
        <w:rPr>
          <w:lang w:val="fr-FR"/>
        </w:rPr>
        <w:t xml:space="preserve">: 4 m × 2,5 m; </w:t>
      </w:r>
      <w:proofErr w:type="spellStart"/>
      <w:r w:rsidRPr="00E156C2">
        <w:rPr>
          <w:lang w:val="fr-FR"/>
        </w:rPr>
        <w:t>konstruktsiooni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kõrgus</w:t>
      </w:r>
      <w:proofErr w:type="spellEnd"/>
      <w:r w:rsidRPr="00E156C2">
        <w:rPr>
          <w:lang w:val="fr-FR"/>
        </w:rPr>
        <w:t xml:space="preserve"> 3,5 m, alumine </w:t>
      </w:r>
      <w:proofErr w:type="spellStart"/>
      <w:r w:rsidRPr="00E156C2">
        <w:rPr>
          <w:lang w:val="fr-FR"/>
        </w:rPr>
        <w:t>serv</w:t>
      </w:r>
      <w:proofErr w:type="spellEnd"/>
      <w:r w:rsidRPr="00E156C2">
        <w:rPr>
          <w:lang w:val="fr-FR"/>
        </w:rPr>
        <w:t xml:space="preserve"> 1 m </w:t>
      </w:r>
      <w:proofErr w:type="spellStart"/>
      <w:r w:rsidRPr="00E156C2">
        <w:rPr>
          <w:lang w:val="fr-FR"/>
        </w:rPr>
        <w:t>maapinnast</w:t>
      </w:r>
      <w:proofErr w:type="spellEnd"/>
      <w:r w:rsidRPr="00E156C2">
        <w:rPr>
          <w:lang w:val="fr-FR"/>
        </w:rPr>
        <w:t xml:space="preserve">. </w:t>
      </w:r>
      <w:proofErr w:type="spellStart"/>
      <w:r w:rsidRPr="00E156C2">
        <w:rPr>
          <w:lang w:val="fr-FR"/>
        </w:rPr>
        <w:t>Vabalt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seisev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ühepoolne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tahvel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kahel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metallpostil</w:t>
      </w:r>
      <w:proofErr w:type="spellEnd"/>
      <w:r w:rsidRPr="00E156C2">
        <w:rPr>
          <w:lang w:val="fr-FR"/>
        </w:rPr>
        <w:t xml:space="preserve">, </w:t>
      </w:r>
      <w:proofErr w:type="spellStart"/>
      <w:r w:rsidRPr="00E156C2">
        <w:rPr>
          <w:lang w:val="fr-FR"/>
        </w:rPr>
        <w:t>valgustamata</w:t>
      </w:r>
      <w:proofErr w:type="spellEnd"/>
      <w:r w:rsidRPr="00E156C2">
        <w:rPr>
          <w:lang w:val="fr-FR"/>
        </w:rPr>
        <w:t xml:space="preserve">, </w:t>
      </w:r>
      <w:proofErr w:type="spellStart"/>
      <w:r w:rsidRPr="00E156C2">
        <w:rPr>
          <w:lang w:val="fr-FR"/>
        </w:rPr>
        <w:t>ilma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liikuva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kujutiseta</w:t>
      </w:r>
      <w:proofErr w:type="spellEnd"/>
      <w:r w:rsidRPr="00E156C2">
        <w:rPr>
          <w:lang w:val="fr-FR"/>
        </w:rPr>
        <w:t>.</w:t>
      </w:r>
    </w:p>
    <w:p w14:paraId="31683F91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lang w:val="fr-FR"/>
        </w:rPr>
        <w:t>Kaugus</w:t>
      </w:r>
      <w:proofErr w:type="spellEnd"/>
      <w:r w:rsidRPr="00E156C2">
        <w:rPr>
          <w:lang w:val="fr-FR"/>
        </w:rPr>
        <w:t xml:space="preserve"> Muuga tee </w:t>
      </w:r>
      <w:proofErr w:type="spellStart"/>
      <w:r w:rsidRPr="00E156C2">
        <w:rPr>
          <w:lang w:val="fr-FR"/>
        </w:rPr>
        <w:t>äärmise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sõiduraja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välimisest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servast</w:t>
      </w:r>
      <w:proofErr w:type="spellEnd"/>
      <w:r w:rsidRPr="00E156C2">
        <w:rPr>
          <w:lang w:val="fr-FR"/>
        </w:rPr>
        <w:t xml:space="preserve"> 13 m; </w:t>
      </w:r>
      <w:proofErr w:type="spellStart"/>
      <w:r w:rsidRPr="00E156C2">
        <w:rPr>
          <w:lang w:val="fr-FR"/>
        </w:rPr>
        <w:t>kaugus</w:t>
      </w:r>
      <w:proofErr w:type="spellEnd"/>
      <w:r w:rsidRPr="00E156C2">
        <w:rPr>
          <w:lang w:val="fr-FR"/>
        </w:rPr>
        <w:t xml:space="preserve"> Loovälja </w:t>
      </w:r>
      <w:proofErr w:type="spellStart"/>
      <w:r w:rsidRPr="00E156C2">
        <w:rPr>
          <w:lang w:val="fr-FR"/>
        </w:rPr>
        <w:t>teest</w:t>
      </w:r>
      <w:proofErr w:type="spellEnd"/>
      <w:r w:rsidRPr="00E156C2">
        <w:rPr>
          <w:lang w:val="fr-FR"/>
        </w:rPr>
        <w:t xml:space="preserve"> 11 m. </w:t>
      </w:r>
      <w:proofErr w:type="spellStart"/>
      <w:r w:rsidRPr="00E156C2">
        <w:rPr>
          <w:lang w:val="fr-FR"/>
        </w:rPr>
        <w:t>Teabevahend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ei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varja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liiklusmärke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ega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nähtavust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Loovälja</w:t>
      </w:r>
      <w:proofErr w:type="spellEnd"/>
      <w:r w:rsidRPr="00E156C2">
        <w:rPr>
          <w:lang w:val="fr-FR"/>
        </w:rPr>
        <w:t xml:space="preserve"> tee </w:t>
      </w:r>
      <w:proofErr w:type="spellStart"/>
      <w:r w:rsidRPr="00E156C2">
        <w:rPr>
          <w:lang w:val="fr-FR"/>
        </w:rPr>
        <w:t>ja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Muuga</w:t>
      </w:r>
      <w:proofErr w:type="spellEnd"/>
      <w:r w:rsidRPr="00E156C2">
        <w:rPr>
          <w:lang w:val="fr-FR"/>
        </w:rPr>
        <w:t xml:space="preserve"> tee </w:t>
      </w:r>
      <w:proofErr w:type="spellStart"/>
      <w:r w:rsidRPr="00E156C2">
        <w:rPr>
          <w:lang w:val="fr-FR"/>
        </w:rPr>
        <w:t>ristmikul</w:t>
      </w:r>
      <w:proofErr w:type="spellEnd"/>
      <w:r w:rsidRPr="00E156C2">
        <w:rPr>
          <w:lang w:val="fr-FR"/>
        </w:rPr>
        <w:t>.</w:t>
      </w:r>
    </w:p>
    <w:p w14:paraId="075B5979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lang w:val="fr-FR"/>
        </w:rPr>
        <w:t>Tegu</w:t>
      </w:r>
      <w:proofErr w:type="spellEnd"/>
      <w:r w:rsidRPr="00E156C2">
        <w:rPr>
          <w:lang w:val="fr-FR"/>
        </w:rPr>
        <w:t xml:space="preserve"> on </w:t>
      </w:r>
      <w:proofErr w:type="spellStart"/>
      <w:r w:rsidRPr="00E156C2">
        <w:rPr>
          <w:lang w:val="fr-FR"/>
        </w:rPr>
        <w:t>Tuulehaldja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kodude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reklaamiga</w:t>
      </w:r>
      <w:proofErr w:type="spellEnd"/>
      <w:r w:rsidRPr="00E156C2">
        <w:rPr>
          <w:lang w:val="fr-FR"/>
        </w:rPr>
        <w:t xml:space="preserve"> (</w:t>
      </w:r>
      <w:proofErr w:type="spellStart"/>
      <w:r w:rsidRPr="00E156C2">
        <w:rPr>
          <w:lang w:val="fr-FR"/>
        </w:rPr>
        <w:t>arendus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Metsakasti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külas</w:t>
      </w:r>
      <w:proofErr w:type="spellEnd"/>
      <w:r w:rsidRPr="00E156C2">
        <w:rPr>
          <w:lang w:val="fr-FR"/>
        </w:rPr>
        <w:t xml:space="preserve">, </w:t>
      </w:r>
      <w:proofErr w:type="spellStart"/>
      <w:r w:rsidRPr="00E156C2">
        <w:rPr>
          <w:lang w:val="fr-FR"/>
        </w:rPr>
        <w:t>Viimsi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vallas</w:t>
      </w:r>
      <w:proofErr w:type="spellEnd"/>
      <w:r w:rsidRPr="00E156C2">
        <w:rPr>
          <w:lang w:val="fr-FR"/>
        </w:rPr>
        <w:t>).</w:t>
      </w:r>
    </w:p>
    <w:p w14:paraId="5684287C" w14:textId="77777777" w:rsidR="00064A67" w:rsidRPr="00E156C2" w:rsidRDefault="00064A67">
      <w:pPr>
        <w:rPr>
          <w:lang w:val="fr-FR"/>
        </w:rPr>
      </w:pPr>
    </w:p>
    <w:p w14:paraId="2711F95C" w14:textId="77777777" w:rsidR="00064A67" w:rsidRPr="00E156C2" w:rsidRDefault="00064A67">
      <w:pPr>
        <w:rPr>
          <w:lang w:val="fr-FR"/>
        </w:rPr>
      </w:pPr>
    </w:p>
    <w:p w14:paraId="77980FDE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lang w:val="fr-FR"/>
        </w:rPr>
        <w:lastRenderedPageBreak/>
        <w:t>Taotleja</w:t>
      </w:r>
      <w:proofErr w:type="spellEnd"/>
      <w:r w:rsidRPr="00E156C2">
        <w:rPr>
          <w:lang w:val="fr-FR"/>
        </w:rPr>
        <w:t xml:space="preserve">: Renate Marilin Hinno (Roopa </w:t>
      </w:r>
      <w:proofErr w:type="spellStart"/>
      <w:r w:rsidRPr="00E156C2">
        <w:rPr>
          <w:lang w:val="fr-FR"/>
        </w:rPr>
        <w:t>Arendus</w:t>
      </w:r>
      <w:proofErr w:type="spellEnd"/>
      <w:r w:rsidRPr="00E156C2">
        <w:rPr>
          <w:lang w:val="fr-FR"/>
        </w:rPr>
        <w:t xml:space="preserve"> OÜ)</w:t>
      </w:r>
    </w:p>
    <w:p w14:paraId="1FA5A280" w14:textId="77777777" w:rsidR="00064A67" w:rsidRPr="00E156C2" w:rsidRDefault="00064A67">
      <w:pPr>
        <w:rPr>
          <w:lang w:val="fr-FR"/>
        </w:rPr>
      </w:pPr>
    </w:p>
    <w:p w14:paraId="3057BCE0" w14:textId="77777777" w:rsidR="00064A67" w:rsidRPr="00E156C2" w:rsidRDefault="00000000">
      <w:pPr>
        <w:rPr>
          <w:lang w:val="fr-FR"/>
        </w:rPr>
      </w:pPr>
      <w:proofErr w:type="spellStart"/>
      <w:r w:rsidRPr="00E156C2">
        <w:rPr>
          <w:lang w:val="fr-FR"/>
        </w:rPr>
        <w:t>Lisad</w:t>
      </w:r>
      <w:proofErr w:type="spellEnd"/>
      <w:r w:rsidRPr="00E156C2">
        <w:rPr>
          <w:lang w:val="fr-FR"/>
        </w:rPr>
        <w:t xml:space="preserve">: </w:t>
      </w:r>
      <w:proofErr w:type="spellStart"/>
      <w:r w:rsidRPr="00E156C2">
        <w:rPr>
          <w:lang w:val="fr-FR"/>
        </w:rPr>
        <w:t>teabevahendi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värviline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kujundus</w:t>
      </w:r>
      <w:proofErr w:type="spellEnd"/>
      <w:r w:rsidRPr="00E156C2">
        <w:rPr>
          <w:lang w:val="fr-FR"/>
        </w:rPr>
        <w:t xml:space="preserve">; </w:t>
      </w:r>
      <w:proofErr w:type="spellStart"/>
      <w:r w:rsidRPr="00E156C2">
        <w:rPr>
          <w:lang w:val="fr-FR"/>
        </w:rPr>
        <w:t>asukohaskeem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ja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asukoha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fotod</w:t>
      </w:r>
      <w:proofErr w:type="spellEnd"/>
      <w:r w:rsidRPr="00E156C2">
        <w:rPr>
          <w:lang w:val="fr-FR"/>
        </w:rPr>
        <w:t xml:space="preserve"> </w:t>
      </w:r>
      <w:proofErr w:type="spellStart"/>
      <w:r w:rsidRPr="00E156C2">
        <w:rPr>
          <w:lang w:val="fr-FR"/>
        </w:rPr>
        <w:t>mõõtudega</w:t>
      </w:r>
      <w:proofErr w:type="spellEnd"/>
      <w:r w:rsidRPr="00E156C2">
        <w:rPr>
          <w:lang w:val="fr-FR"/>
        </w:rPr>
        <w:t>.</w:t>
      </w:r>
    </w:p>
    <w:sectPr w:rsidR="00064A67" w:rsidRPr="00E156C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5465861">
    <w:abstractNumId w:val="8"/>
  </w:num>
  <w:num w:numId="2" w16cid:durableId="717629337">
    <w:abstractNumId w:val="6"/>
  </w:num>
  <w:num w:numId="3" w16cid:durableId="1873806429">
    <w:abstractNumId w:val="5"/>
  </w:num>
  <w:num w:numId="4" w16cid:durableId="2001230075">
    <w:abstractNumId w:val="4"/>
  </w:num>
  <w:num w:numId="5" w16cid:durableId="138959380">
    <w:abstractNumId w:val="7"/>
  </w:num>
  <w:num w:numId="6" w16cid:durableId="342244709">
    <w:abstractNumId w:val="3"/>
  </w:num>
  <w:num w:numId="7" w16cid:durableId="717440013">
    <w:abstractNumId w:val="2"/>
  </w:num>
  <w:num w:numId="8" w16cid:durableId="422410151">
    <w:abstractNumId w:val="1"/>
  </w:num>
  <w:num w:numId="9" w16cid:durableId="52633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A67"/>
    <w:rsid w:val="0015074B"/>
    <w:rsid w:val="0029639D"/>
    <w:rsid w:val="00326F90"/>
    <w:rsid w:val="006B370C"/>
    <w:rsid w:val="006E46B8"/>
    <w:rsid w:val="008F3199"/>
    <w:rsid w:val="00964035"/>
    <w:rsid w:val="00AA1D8D"/>
    <w:rsid w:val="00B47730"/>
    <w:rsid w:val="00CB0664"/>
    <w:rsid w:val="00E156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FA8583"/>
  <w14:defaultImageDpi w14:val="300"/>
  <w15:docId w15:val="{2AD90F70-89D6-4744-8EDA-A0A62E55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Arial" w:hAnsi="Arial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Renate Hinno</cp:lastModifiedBy>
  <cp:revision>3</cp:revision>
  <dcterms:created xsi:type="dcterms:W3CDTF">2013-12-23T23:15:00Z</dcterms:created>
  <dcterms:modified xsi:type="dcterms:W3CDTF">2026-09-28T11:01:00Z</dcterms:modified>
  <cp:category/>
</cp:coreProperties>
</file>