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61C1D2" w14:textId="0D3B9FB9" w:rsidR="00ED2030" w:rsidRPr="00E910A0" w:rsidRDefault="00ED2030" w:rsidP="00ED2030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val="et-EE"/>
        </w:rPr>
      </w:pPr>
      <w:r w:rsidRPr="271BF20F">
        <w:rPr>
          <w:rFonts w:ascii="Times New Roman" w:hAnsi="Times New Roman"/>
          <w:b/>
          <w:bCs/>
          <w:sz w:val="24"/>
          <w:szCs w:val="24"/>
          <w:lang w:val="et-EE"/>
        </w:rPr>
        <w:t xml:space="preserve">Hankedokumendi lisa </w:t>
      </w:r>
      <w:r w:rsidR="6575D07B" w:rsidRPr="271BF20F">
        <w:rPr>
          <w:rFonts w:ascii="Times New Roman" w:hAnsi="Times New Roman"/>
          <w:b/>
          <w:bCs/>
          <w:sz w:val="24"/>
          <w:szCs w:val="24"/>
          <w:lang w:val="et-EE"/>
        </w:rPr>
        <w:t>4</w:t>
      </w:r>
      <w:r w:rsidRPr="271BF20F">
        <w:rPr>
          <w:rFonts w:ascii="Times New Roman" w:hAnsi="Times New Roman"/>
          <w:b/>
          <w:bCs/>
          <w:sz w:val="24"/>
          <w:szCs w:val="24"/>
          <w:lang w:val="et-EE"/>
        </w:rPr>
        <w:t xml:space="preserve">. </w:t>
      </w:r>
      <w:r w:rsidR="00CD54E4" w:rsidRPr="271BF20F">
        <w:rPr>
          <w:rFonts w:ascii="Times New Roman" w:hAnsi="Times New Roman"/>
          <w:b/>
          <w:bCs/>
          <w:sz w:val="24"/>
          <w:szCs w:val="24"/>
          <w:lang w:val="et-EE"/>
        </w:rPr>
        <w:t>PORTFOOLIO</w:t>
      </w:r>
      <w:r w:rsidRPr="271BF20F">
        <w:rPr>
          <w:rFonts w:ascii="Times New Roman" w:hAnsi="Times New Roman"/>
          <w:b/>
          <w:bCs/>
          <w:sz w:val="24"/>
          <w:szCs w:val="24"/>
          <w:lang w:val="et-EE"/>
        </w:rPr>
        <w:t xml:space="preserve"> VORM</w:t>
      </w:r>
    </w:p>
    <w:p w14:paraId="3F26ED3F" w14:textId="6366AF58" w:rsidR="004F3208" w:rsidRPr="00E910A0" w:rsidRDefault="00701180" w:rsidP="00ED20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b/>
          <w:sz w:val="24"/>
          <w:szCs w:val="24"/>
          <w:lang w:val="et-EE"/>
        </w:rPr>
        <w:t>Riigihange „Graafilise disaini teenus maa- ja ruumipoliitika teemal“</w:t>
      </w:r>
    </w:p>
    <w:p w14:paraId="5368642D" w14:textId="77777777" w:rsidR="004F3208" w:rsidRPr="00E910A0" w:rsidRDefault="00701180">
      <w:pPr>
        <w:pStyle w:val="Heading1"/>
        <w:spacing w:before="0" w:after="100"/>
        <w:rPr>
          <w:rFonts w:ascii="Times New Roman" w:hAnsi="Times New Roman" w:cs="Times New Roman"/>
          <w:color w:val="auto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color w:val="auto"/>
          <w:sz w:val="24"/>
          <w:szCs w:val="24"/>
          <w:lang w:val="et-EE"/>
        </w:rPr>
        <w:t>Pakkuja andmed</w:t>
      </w:r>
    </w:p>
    <w:tbl>
      <w:tblPr>
        <w:tblW w:w="0" w:type="auto"/>
        <w:jc w:val="center"/>
        <w:tblBorders>
          <w:top w:val="single" w:sz="6" w:space="0" w:color="7F8C8D"/>
          <w:left w:val="single" w:sz="6" w:space="0" w:color="7F8C8D"/>
          <w:bottom w:val="single" w:sz="6" w:space="0" w:color="7F8C8D"/>
          <w:right w:val="single" w:sz="6" w:space="0" w:color="7F8C8D"/>
          <w:insideH w:val="single" w:sz="6" w:space="0" w:color="7F8C8D"/>
          <w:insideV w:val="single" w:sz="6" w:space="0" w:color="7F8C8D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4F3208" w:rsidRPr="00E910A0" w14:paraId="03385F74" w14:textId="77777777" w:rsidTr="00AD75C8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6D7E777" w14:textId="77777777" w:rsidR="004F3208" w:rsidRPr="00E910A0" w:rsidRDefault="007011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Pakkuja nimi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3D7A743" w14:textId="0DAE0A86" w:rsidR="004F3208" w:rsidRPr="00E910A0" w:rsidRDefault="000F2A1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Stuudio Stuudio GD OÜ</w:t>
            </w:r>
          </w:p>
        </w:tc>
      </w:tr>
      <w:tr w:rsidR="004F3208" w:rsidRPr="00E910A0" w14:paraId="0C2A7D58" w14:textId="77777777" w:rsidTr="00AD75C8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4B29BC4" w14:textId="77777777" w:rsidR="004F3208" w:rsidRPr="00E910A0" w:rsidRDefault="007011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Registrikood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30E71A3" w14:textId="3ABBF3EA" w:rsidR="004F3208" w:rsidRPr="00E910A0" w:rsidRDefault="000F2A1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11534555</w:t>
            </w:r>
          </w:p>
        </w:tc>
      </w:tr>
    </w:tbl>
    <w:p w14:paraId="551747A6" w14:textId="77777777" w:rsidR="004F3208" w:rsidRPr="00E910A0" w:rsidRDefault="00701180">
      <w:pPr>
        <w:spacing w:before="160" w:after="100"/>
        <w:rPr>
          <w:rFonts w:ascii="Times New Roman" w:hAnsi="Times New Roman" w:cs="Times New Roman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b/>
          <w:sz w:val="24"/>
          <w:szCs w:val="24"/>
          <w:lang w:val="et-EE"/>
        </w:rPr>
        <w:t>Juhis pakkujale</w:t>
      </w:r>
    </w:p>
    <w:p w14:paraId="79248B5C" w14:textId="28BE4AD5" w:rsidR="004F3208" w:rsidRPr="00E910A0" w:rsidRDefault="00701180">
      <w:pPr>
        <w:pStyle w:val="ListBullet"/>
        <w:spacing w:after="40"/>
        <w:rPr>
          <w:rFonts w:ascii="Times New Roman" w:hAnsi="Times New Roman" w:cs="Times New Roman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sz w:val="24"/>
          <w:szCs w:val="24"/>
          <w:lang w:val="et-EE"/>
        </w:rPr>
        <w:t xml:space="preserve">Esitage portfoolios </w:t>
      </w:r>
      <w:r w:rsidR="00FD525B" w:rsidRPr="005637C4">
        <w:rPr>
          <w:rFonts w:ascii="Times New Roman" w:hAnsi="Times New Roman" w:cs="Times New Roman"/>
          <w:sz w:val="24"/>
          <w:szCs w:val="24"/>
          <w:lang w:val="et-EE"/>
        </w:rPr>
        <w:t xml:space="preserve">kolm </w:t>
      </w:r>
      <w:r w:rsidRPr="005637C4">
        <w:rPr>
          <w:rFonts w:ascii="Times New Roman" w:hAnsi="Times New Roman" w:cs="Times New Roman"/>
          <w:sz w:val="24"/>
          <w:szCs w:val="24"/>
          <w:lang w:val="et-EE"/>
        </w:rPr>
        <w:t>kuni viis</w:t>
      </w:r>
      <w:r w:rsidRPr="00E910A0">
        <w:rPr>
          <w:rFonts w:ascii="Times New Roman" w:hAnsi="Times New Roman" w:cs="Times New Roman"/>
          <w:sz w:val="24"/>
          <w:szCs w:val="24"/>
          <w:lang w:val="et-EE"/>
        </w:rPr>
        <w:t xml:space="preserve"> viimase 60 kuu jooksul teostatud tööd</w:t>
      </w:r>
      <w:r w:rsidR="00744499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744499" w:rsidRPr="0033338F">
        <w:rPr>
          <w:rFonts w:ascii="Times New Roman" w:hAnsi="Times New Roman" w:cs="Times New Roman"/>
          <w:sz w:val="24"/>
          <w:szCs w:val="24"/>
          <w:lang w:val="et-EE"/>
        </w:rPr>
        <w:t>mis teie hinnangul kõige paremini tõendavad pakutava teenuse kvaliteeti ja võrreldavust käesoleva hanke esemega</w:t>
      </w:r>
      <w:r w:rsidRPr="00E910A0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0A034362" w14:textId="6ACCC8C9" w:rsidR="004F3208" w:rsidRPr="006C4B8C" w:rsidRDefault="00701180" w:rsidP="006C4B8C">
      <w:pPr>
        <w:pStyle w:val="ListBullet"/>
        <w:spacing w:after="40"/>
        <w:rPr>
          <w:rFonts w:ascii="Times New Roman" w:hAnsi="Times New Roman" w:cs="Times New Roman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sz w:val="24"/>
          <w:szCs w:val="24"/>
          <w:lang w:val="et-EE"/>
        </w:rPr>
        <w:t xml:space="preserve">Portfoolio peab sisaldama vähemalt ühte brändikandjate või turundusmaterjalide kujundamise näidet, ühte illustratsiooni või infograafika loomise näidet ning ühte avaliku sektori või avaliku huviga seotud kommunikatsioonimaterjali </w:t>
      </w:r>
      <w:commentRangeStart w:id="0"/>
      <w:commentRangeStart w:id="1"/>
      <w:r w:rsidRPr="00E910A0">
        <w:rPr>
          <w:rFonts w:ascii="Times New Roman" w:hAnsi="Times New Roman" w:cs="Times New Roman"/>
          <w:sz w:val="24"/>
          <w:szCs w:val="24"/>
          <w:lang w:val="et-EE"/>
        </w:rPr>
        <w:t>näidet</w:t>
      </w:r>
      <w:commentRangeEnd w:id="0"/>
      <w:r w:rsidR="006C4B8C" w:rsidRPr="00E910A0">
        <w:rPr>
          <w:rStyle w:val="CommentReference"/>
          <w:rFonts w:ascii="Times New Roman" w:hAnsi="Times New Roman" w:cs="Times New Roman"/>
          <w:sz w:val="24"/>
          <w:szCs w:val="24"/>
          <w:lang w:val="et-EE"/>
        </w:rPr>
        <w:commentReference w:id="0"/>
      </w:r>
      <w:commentRangeEnd w:id="1"/>
      <w:r w:rsidR="006C4B8C" w:rsidRPr="00E910A0">
        <w:rPr>
          <w:rStyle w:val="CommentReference"/>
          <w:rFonts w:ascii="Times New Roman" w:hAnsi="Times New Roman" w:cs="Times New Roman"/>
          <w:sz w:val="24"/>
          <w:szCs w:val="24"/>
          <w:lang w:val="et-EE"/>
        </w:rPr>
        <w:commentReference w:id="1"/>
      </w:r>
      <w:r w:rsidRPr="00E910A0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6C4B8C">
        <w:rPr>
          <w:rFonts w:ascii="Times New Roman" w:hAnsi="Times New Roman" w:cs="Times New Roman"/>
          <w:sz w:val="24"/>
          <w:szCs w:val="24"/>
          <w:lang w:val="et-EE"/>
        </w:rPr>
        <w:br/>
      </w:r>
      <w:r w:rsidR="00744499" w:rsidRPr="00152C38">
        <w:rPr>
          <w:rFonts w:ascii="Times New Roman" w:hAnsi="Times New Roman" w:cs="Times New Roman"/>
          <w:sz w:val="24"/>
          <w:szCs w:val="24"/>
          <w:lang w:val="et-EE"/>
        </w:rPr>
        <w:t>Portfoolios esitatud tööd peavad olema teostatud viimase 60 kuu jooksul ning olema võrreldavad käesoleva hanke esemega. Võrreldavateks loetakse eelkõige graafilise disaini, infograafika, illustratsioonide või avalikkusele suunatud kommunikatsioonimaterjalide kujundamise tööd.</w:t>
      </w:r>
      <w:r w:rsidR="00744499" w:rsidRPr="00152C38">
        <w:rPr>
          <w:rFonts w:ascii="Times New Roman" w:hAnsi="Times New Roman" w:cs="Times New Roman"/>
          <w:sz w:val="24"/>
          <w:szCs w:val="24"/>
          <w:lang w:val="et-EE"/>
        </w:rPr>
        <w:br/>
        <w:t>Portfoolio esitatakse pakkumuste hindamiseks. Portfoolio eesmärk on võimaldada hankijal hinnata esitatud tööde kvaliteeti, võrreldavust hanke esemega ning seost pakutava projektimeeskonna kogemusega</w:t>
      </w:r>
      <w:r w:rsidR="006C4B8C" w:rsidRPr="006C4B8C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3A3CBCED" w14:textId="77777777" w:rsidR="004F3208" w:rsidRPr="00E910A0" w:rsidRDefault="00701180">
      <w:pPr>
        <w:pStyle w:val="ListBullet"/>
        <w:spacing w:after="40"/>
        <w:rPr>
          <w:rFonts w:ascii="Times New Roman" w:hAnsi="Times New Roman" w:cs="Times New Roman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sz w:val="24"/>
          <w:szCs w:val="24"/>
          <w:lang w:val="et-EE"/>
        </w:rPr>
        <w:t>Täitke iga töö kohta allolev vorm. Lisage visuaalne näide selleks ettenähtud väljale või sisestage toimiv veebiviide.</w:t>
      </w:r>
    </w:p>
    <w:p w14:paraId="4C4CD9D5" w14:textId="37400768" w:rsidR="004F3208" w:rsidRPr="00E910A0" w:rsidRDefault="00701180" w:rsidP="00C17A79">
      <w:pPr>
        <w:spacing w:before="160" w:after="80"/>
        <w:rPr>
          <w:rFonts w:ascii="Times New Roman" w:hAnsi="Times New Roman" w:cs="Times New Roman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sz w:val="24"/>
          <w:szCs w:val="24"/>
          <w:lang w:val="et-EE"/>
        </w:rPr>
        <w:br w:type="page"/>
      </w:r>
    </w:p>
    <w:p w14:paraId="3B4DA469" w14:textId="5BC3332A" w:rsidR="004F3208" w:rsidRPr="00E910A0" w:rsidRDefault="00701180">
      <w:pPr>
        <w:pStyle w:val="Heading1"/>
        <w:spacing w:before="0" w:after="140"/>
        <w:rPr>
          <w:rFonts w:ascii="Times New Roman" w:hAnsi="Times New Roman" w:cs="Times New Roman"/>
          <w:color w:val="auto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color w:val="auto"/>
          <w:sz w:val="24"/>
          <w:szCs w:val="24"/>
          <w:lang w:val="et-EE"/>
        </w:rPr>
        <w:lastRenderedPageBreak/>
        <w:t xml:space="preserve">PORTFOOLIO TÖÖ </w:t>
      </w:r>
      <w:r w:rsidR="00F24067">
        <w:rPr>
          <w:rFonts w:ascii="Times New Roman" w:hAnsi="Times New Roman" w:cs="Times New Roman"/>
          <w:color w:val="auto"/>
          <w:sz w:val="24"/>
          <w:szCs w:val="24"/>
          <w:lang w:val="et-EE"/>
        </w:rPr>
        <w:t>1</w:t>
      </w:r>
    </w:p>
    <w:tbl>
      <w:tblPr>
        <w:tblW w:w="0" w:type="auto"/>
        <w:jc w:val="center"/>
        <w:tblBorders>
          <w:top w:val="single" w:sz="6" w:space="0" w:color="7F8C8D"/>
          <w:left w:val="single" w:sz="6" w:space="0" w:color="7F8C8D"/>
          <w:bottom w:val="single" w:sz="6" w:space="0" w:color="7F8C8D"/>
          <w:right w:val="single" w:sz="6" w:space="0" w:color="7F8C8D"/>
          <w:insideH w:val="single" w:sz="6" w:space="0" w:color="7F8C8D"/>
          <w:insideV w:val="single" w:sz="6" w:space="0" w:color="7F8C8D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4F3208" w:rsidRPr="00E910A0" w14:paraId="1BDF9A46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CA9166E" w14:textId="77777777" w:rsidR="004F3208" w:rsidRPr="00E910A0" w:rsidRDefault="007011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Projekti nimetus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DCE3BF8" w14:textId="16B5CAC2" w:rsidR="004F3208" w:rsidRPr="00386A5A" w:rsidRDefault="00386A5A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386A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Graafiline disain riigiplaneeringutele 202</w:t>
            </w:r>
            <w:r w:rsidR="005133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4–2026</w:t>
            </w:r>
          </w:p>
        </w:tc>
      </w:tr>
      <w:tr w:rsidR="004F3208" w:rsidRPr="00E910A0" w14:paraId="25D2ACDF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C2E2899" w14:textId="2DDA8D29" w:rsidR="004F3208" w:rsidRPr="00E910A0" w:rsidRDefault="007011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Tellija</w:t>
            </w:r>
            <w:r w:rsidR="006C4B8C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 xml:space="preserve"> </w:t>
            </w:r>
            <w:r w:rsidR="006C4B8C" w:rsidRPr="006C4B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nimi (sh kontaktisiku nimi, e-post ja telefon)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1D86620" w14:textId="4408CFFD" w:rsidR="004F3208" w:rsidRPr="00E910A0" w:rsidRDefault="00386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Majandus- ja Kommunikatsiooniministeerium</w:t>
            </w:r>
            <w:r w:rsidRPr="00386A5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kont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aktisik</w:t>
            </w:r>
            <w:r w:rsidRPr="00386A5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Anna Semjonova, </w:t>
            </w:r>
            <w:hyperlink r:id="rId15" w:history="1">
              <w:r w:rsidR="00C17A79" w:rsidRPr="004731B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t-EE"/>
                </w:rPr>
                <w:t>anna.semjonova@mkm.ee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, </w:t>
            </w:r>
            <w:r w:rsidRPr="00386A5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526 6058</w:t>
            </w:r>
            <w:r w:rsidRPr="00386A5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‬</w:t>
            </w:r>
          </w:p>
        </w:tc>
      </w:tr>
      <w:tr w:rsidR="004F3208" w:rsidRPr="00E910A0" w14:paraId="0C592316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E3EB949" w14:textId="77777777" w:rsidR="004F3208" w:rsidRPr="00E910A0" w:rsidRDefault="007011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Teostamise aeg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756E9ED" w14:textId="63697F22" w:rsidR="004F3208" w:rsidRPr="00E910A0" w:rsidRDefault="00386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04.202</w:t>
            </w:r>
            <w:r w:rsidR="005133E5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– 06.2026</w:t>
            </w:r>
          </w:p>
        </w:tc>
      </w:tr>
      <w:tr w:rsidR="004F3208" w:rsidRPr="000F2A14" w14:paraId="50E83146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2A3AB61" w14:textId="77777777" w:rsidR="004F3208" w:rsidRPr="00E910A0" w:rsidRDefault="007011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Töö liik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42CA975" w14:textId="38E9C6D0" w:rsidR="00E910A0" w:rsidRDefault="00386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="00701180"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brändikandja või turundusmaterjal</w:t>
            </w:r>
          </w:p>
          <w:p w14:paraId="73F5A3C4" w14:textId="51164F6C" w:rsidR="00E910A0" w:rsidRDefault="00386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="00701180"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illustratsioon</w:t>
            </w:r>
          </w:p>
          <w:p w14:paraId="29C0F40B" w14:textId="7B66C12F" w:rsidR="00E910A0" w:rsidRDefault="00386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="00701180"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infograafika</w:t>
            </w:r>
          </w:p>
          <w:p w14:paraId="6BF27E67" w14:textId="260505EC" w:rsidR="004F3208" w:rsidRPr="00E910A0" w:rsidRDefault="007011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☐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muu</w:t>
            </w:r>
          </w:p>
        </w:tc>
      </w:tr>
      <w:tr w:rsidR="004F3208" w:rsidRPr="00E910A0" w14:paraId="29A3BDD6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6B72E02" w14:textId="06F9BA8B" w:rsidR="004F3208" w:rsidRPr="00E910A0" w:rsidRDefault="00035E9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M</w:t>
            </w:r>
            <w:r w:rsidR="00701180"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eeskonnaliikme roll</w:t>
            </w:r>
            <w:r w:rsidR="00744499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 xml:space="preserve"> töö </w:t>
            </w:r>
            <w:commentRangeStart w:id="2"/>
            <w:r w:rsidR="00744499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teostamisel</w:t>
            </w:r>
            <w:commentRangeEnd w:id="2"/>
            <w:r w:rsidR="000F2A14" w:rsidRPr="00E910A0">
              <w:rPr>
                <w:rStyle w:val="CommentReference"/>
                <w:rFonts w:ascii="Times New Roman" w:hAnsi="Times New Roman" w:cs="Times New Roman"/>
                <w:sz w:val="24"/>
                <w:szCs w:val="24"/>
                <w:lang w:val="et-EE"/>
              </w:rPr>
              <w:commentReference w:id="2"/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C6CEBEC" w14:textId="3FA8DEFF" w:rsidR="004F3208" w:rsidRPr="00E910A0" w:rsidRDefault="00386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Graafiline disain</w:t>
            </w:r>
          </w:p>
        </w:tc>
      </w:tr>
      <w:tr w:rsidR="004F3208" w:rsidRPr="00E910A0" w14:paraId="21A5989D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9B69363" w14:textId="77777777" w:rsidR="004F3208" w:rsidRPr="00E910A0" w:rsidRDefault="007011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Töö autor(id)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C40EBDF" w14:textId="428B153A" w:rsidR="004F3208" w:rsidRPr="00E910A0" w:rsidRDefault="00386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Stuudio Stuudio</w:t>
            </w:r>
          </w:p>
        </w:tc>
      </w:tr>
      <w:tr w:rsidR="004F3208" w:rsidRPr="00E910A0" w14:paraId="3C62C072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8DC8744" w14:textId="77777777" w:rsidR="004F3208" w:rsidRPr="00E910A0" w:rsidRDefault="007011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Projekti lühikirjeldus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F3E1970" w14:textId="0025ED1F" w:rsidR="004F3208" w:rsidRPr="00864F06" w:rsidRDefault="00864F0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864F06">
              <w:rPr>
                <w:rFonts w:ascii="Times New Roman" w:hAnsi="Times New Roman" w:cs="Times New Roman"/>
                <w:bCs/>
                <w:sz w:val="24"/>
                <w:szCs w:val="24"/>
              </w:rPr>
              <w:t>iigiplaneeringute planeeringulahenduse kontseptsiooni selgitavate visuaalsete materjalide kujundamine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5133E5">
              <w:rPr>
                <w:rFonts w:ascii="Times New Roman" w:hAnsi="Times New Roman" w:cs="Times New Roman"/>
                <w:bCs/>
                <w:sz w:val="24"/>
                <w:szCs w:val="24"/>
              </w:rPr>
              <w:t>kaardid, skeemid, illustratsioonid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jms)</w:t>
            </w:r>
          </w:p>
        </w:tc>
      </w:tr>
      <w:tr w:rsidR="004F3208" w:rsidRPr="00401481" w14:paraId="20C76526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37D987A" w14:textId="77777777" w:rsidR="004F3208" w:rsidRPr="00E910A0" w:rsidRDefault="007011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Veebiviide valminud tööle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44F4999" w14:textId="32D92BD1" w:rsidR="004F3208" w:rsidRPr="00E910A0" w:rsidRDefault="0040148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hyperlink r:id="rId16" w:history="1">
              <w:r w:rsidRPr="00401481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t-EE"/>
                </w:rPr>
                <w:t>https://www.figma.com/design/RPK5ucYuODAMZadHn8KS81/Eesti-2050-CVI-public?node-id=3607-27713&amp;t=U39f5CHvukJUa0pL-1</w:t>
              </w:r>
            </w:hyperlink>
          </w:p>
        </w:tc>
      </w:tr>
    </w:tbl>
    <w:p w14:paraId="5B50143F" w14:textId="77777777" w:rsidR="00C17A79" w:rsidRDefault="00701180">
      <w:pPr>
        <w:spacing w:before="160" w:after="8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b/>
          <w:sz w:val="24"/>
          <w:szCs w:val="24"/>
          <w:lang w:val="et-EE"/>
        </w:rPr>
        <w:t>VISUAALNE NÄIDE</w:t>
      </w:r>
    </w:p>
    <w:p w14:paraId="1C80324E" w14:textId="4F1E5FDA" w:rsidR="004F3208" w:rsidRPr="00E910A0" w:rsidRDefault="00C17A79">
      <w:pPr>
        <w:spacing w:before="160" w:after="80"/>
        <w:rPr>
          <w:rFonts w:ascii="Times New Roman" w:hAnsi="Times New Roman" w:cs="Times New Roman"/>
          <w:sz w:val="24"/>
          <w:szCs w:val="24"/>
          <w:lang w:val="et-EE"/>
        </w:rPr>
      </w:pPr>
      <w:r w:rsidRPr="00C17A79">
        <w:rPr>
          <w:rFonts w:ascii="Times New Roman" w:hAnsi="Times New Roman" w:cs="Times New Roman"/>
          <w:noProof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t-EE"/>
        </w:rPr>
        <w:drawing>
          <wp:inline distT="0" distB="0" distL="0" distR="0" wp14:anchorId="18400A48" wp14:editId="34B1782F">
            <wp:extent cx="5272391" cy="2966036"/>
            <wp:effectExtent l="0" t="0" r="0" b="6350"/>
            <wp:docPr id="409027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027860" name="Picture 40902786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8718" cy="297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01637" w14:textId="3C1B81A8" w:rsidR="004F3208" w:rsidRPr="00E910A0" w:rsidRDefault="00701180">
      <w:pPr>
        <w:pStyle w:val="Heading1"/>
        <w:spacing w:before="0" w:after="140"/>
        <w:rPr>
          <w:rFonts w:ascii="Times New Roman" w:hAnsi="Times New Roman" w:cs="Times New Roman"/>
          <w:color w:val="auto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color w:val="auto"/>
          <w:sz w:val="24"/>
          <w:szCs w:val="24"/>
          <w:lang w:val="et-EE"/>
        </w:rPr>
        <w:lastRenderedPageBreak/>
        <w:t xml:space="preserve">PORTFOOLIO TÖÖ </w:t>
      </w:r>
      <w:r w:rsidR="00F24067">
        <w:rPr>
          <w:rFonts w:ascii="Times New Roman" w:hAnsi="Times New Roman" w:cs="Times New Roman"/>
          <w:color w:val="auto"/>
          <w:sz w:val="24"/>
          <w:szCs w:val="24"/>
          <w:lang w:val="et-EE"/>
        </w:rPr>
        <w:t>2</w:t>
      </w:r>
    </w:p>
    <w:tbl>
      <w:tblPr>
        <w:tblW w:w="0" w:type="auto"/>
        <w:jc w:val="center"/>
        <w:tblBorders>
          <w:top w:val="single" w:sz="6" w:space="0" w:color="7F8C8D"/>
          <w:left w:val="single" w:sz="6" w:space="0" w:color="7F8C8D"/>
          <w:bottom w:val="single" w:sz="6" w:space="0" w:color="7F8C8D"/>
          <w:right w:val="single" w:sz="6" w:space="0" w:color="7F8C8D"/>
          <w:insideH w:val="single" w:sz="6" w:space="0" w:color="7F8C8D"/>
          <w:insideV w:val="single" w:sz="6" w:space="0" w:color="7F8C8D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E910A0" w:rsidRPr="00E910A0" w14:paraId="24D5A75C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14104F6" w14:textId="1CBEF03A" w:rsidR="00E910A0" w:rsidRPr="00E910A0" w:rsidRDefault="00E910A0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Projekti nimetus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668280F" w14:textId="01B26341" w:rsidR="00E910A0" w:rsidRPr="00401481" w:rsidRDefault="00401481" w:rsidP="00E910A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t-EE"/>
              </w:rPr>
            </w:pPr>
            <w:r w:rsidRPr="004014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„Eesti 2050“ alusuuringu „Trendide ruumilise mõju analüüs“ visuaalse kommunikatsiooni loomine</w:t>
            </w:r>
          </w:p>
        </w:tc>
      </w:tr>
      <w:tr w:rsidR="00E910A0" w:rsidRPr="00E910A0" w14:paraId="677E9278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3823B15" w14:textId="4E3DCCAD" w:rsidR="00E910A0" w:rsidRPr="00E910A0" w:rsidRDefault="00E910A0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Tellija</w:t>
            </w:r>
            <w:r w:rsidR="006C4B8C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 xml:space="preserve"> </w:t>
            </w:r>
            <w:r w:rsidR="006C4B8C" w:rsidRPr="006C4B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nimi (sh kontaktisiku nimi, e-post ja telefon)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621531F" w14:textId="605A4267" w:rsidR="00E910A0" w:rsidRPr="00E910A0" w:rsidRDefault="00401481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4014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Regionaal- ja Põllumajandusministeerium</w:t>
            </w:r>
            <w:r w:rsidRPr="004014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40148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kontaktisik Anna Semjonova, anna.semjonova@mkm.ee, 526 6058</w:t>
            </w:r>
            <w:r w:rsidRPr="0040148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‬</w:t>
            </w:r>
          </w:p>
        </w:tc>
      </w:tr>
      <w:tr w:rsidR="00E910A0" w:rsidRPr="00E910A0" w14:paraId="0CBEB510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DC5E6FF" w14:textId="52FD4199" w:rsidR="00E910A0" w:rsidRPr="00E910A0" w:rsidRDefault="00E910A0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Teostamise aeg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C3BC9F0" w14:textId="4EC4B7C5" w:rsidR="00E910A0" w:rsidRPr="00E910A0" w:rsidRDefault="00401481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07.2023–11.2023</w:t>
            </w:r>
          </w:p>
        </w:tc>
      </w:tr>
      <w:tr w:rsidR="00E910A0" w:rsidRPr="000F2A14" w14:paraId="3DB80885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B34D51F" w14:textId="676FD56C" w:rsidR="00E910A0" w:rsidRPr="00E910A0" w:rsidRDefault="00E910A0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Töö liik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F29059A" w14:textId="77777777" w:rsidR="00386A5A" w:rsidRDefault="00386A5A" w:rsidP="00386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brändikandja või turundusmaterjal</w:t>
            </w:r>
          </w:p>
          <w:p w14:paraId="13C8DFC1" w14:textId="77777777" w:rsidR="00386A5A" w:rsidRDefault="00386A5A" w:rsidP="00386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illustratsioon</w:t>
            </w:r>
          </w:p>
          <w:p w14:paraId="1C3CBDDE" w14:textId="77777777" w:rsidR="00386A5A" w:rsidRDefault="00386A5A" w:rsidP="00386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infograafika</w:t>
            </w:r>
          </w:p>
          <w:p w14:paraId="04E0C37B" w14:textId="18FA760C" w:rsidR="00E910A0" w:rsidRPr="00E910A0" w:rsidRDefault="00E910A0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☐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muu</w:t>
            </w:r>
          </w:p>
        </w:tc>
      </w:tr>
      <w:tr w:rsidR="00E910A0" w:rsidRPr="00E910A0" w14:paraId="32545AF8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82BB10E" w14:textId="35761507" w:rsidR="00E910A0" w:rsidRPr="00E910A0" w:rsidRDefault="00035E99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M</w:t>
            </w:r>
            <w:r w:rsidR="00E910A0"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eeskonnaliikme roll</w:t>
            </w:r>
            <w:r w:rsidR="00744499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 xml:space="preserve"> töö </w:t>
            </w:r>
            <w:commentRangeStart w:id="3"/>
            <w:r w:rsidR="00744499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teostamisel</w:t>
            </w:r>
            <w:commentRangeEnd w:id="3"/>
            <w:r w:rsidR="00600C4A" w:rsidRPr="00E910A0">
              <w:rPr>
                <w:rStyle w:val="CommentReference"/>
                <w:rFonts w:ascii="Times New Roman" w:hAnsi="Times New Roman" w:cs="Times New Roman"/>
                <w:sz w:val="24"/>
                <w:szCs w:val="24"/>
                <w:lang w:val="et-EE"/>
              </w:rPr>
              <w:commentReference w:id="3"/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F343EA7" w14:textId="57749B6D" w:rsidR="00E910A0" w:rsidRPr="00E910A0" w:rsidRDefault="00401481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Graafiline disain</w:t>
            </w:r>
          </w:p>
        </w:tc>
      </w:tr>
      <w:tr w:rsidR="00E910A0" w:rsidRPr="00E910A0" w14:paraId="5B268CE9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932AED0" w14:textId="64B1DE03" w:rsidR="00E910A0" w:rsidRPr="00E910A0" w:rsidRDefault="00E910A0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Töö autor(id)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8694FC8" w14:textId="2836947D" w:rsidR="00E910A0" w:rsidRPr="00E910A0" w:rsidRDefault="00401481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Stuudio Stuudio</w:t>
            </w:r>
          </w:p>
        </w:tc>
      </w:tr>
      <w:tr w:rsidR="00E910A0" w:rsidRPr="00E910A0" w14:paraId="78691327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0F8BE01" w14:textId="7015E9DD" w:rsidR="00E910A0" w:rsidRPr="00E910A0" w:rsidRDefault="00E910A0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Projekti lühikirjeldus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19E13C4" w14:textId="4173C475" w:rsidR="00E910A0" w:rsidRPr="00E910A0" w:rsidRDefault="00401481" w:rsidP="0040148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  <w:r w:rsidRPr="0040148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lusuuringu põhisõnumeid toetava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40148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visuaalse kommunikatsiooni loomine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(illustratsioonid, kaardid)</w:t>
            </w:r>
          </w:p>
        </w:tc>
      </w:tr>
      <w:tr w:rsidR="00E910A0" w:rsidRPr="00E77B52" w14:paraId="071450C2" w14:textId="77777777" w:rsidTr="00E910A0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210ADE9" w14:textId="4D19D7A2" w:rsidR="00E910A0" w:rsidRPr="00E910A0" w:rsidRDefault="00E910A0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Veebiviide valminud tööle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4ECAF78" w14:textId="53828243" w:rsidR="00E910A0" w:rsidRPr="00E910A0" w:rsidRDefault="00E77B52" w:rsidP="00E910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hyperlink r:id="rId18" w:history="1">
              <w:r w:rsidRPr="00E77B52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t-EE"/>
                </w:rPr>
                <w:t>https://www.figma.com/design/RPK5ucYuODAMZadHn8KS81/Eesti-2050-CVI-public?node-id=2577-15864&amp;t=U</w:t>
              </w:r>
              <w:r w:rsidRPr="00E77B52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t-EE"/>
                </w:rPr>
                <w:t>3</w:t>
              </w:r>
              <w:r w:rsidRPr="00E77B52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t-EE"/>
                </w:rPr>
                <w:t>9f5CHvukJUa0pL-1</w:t>
              </w:r>
            </w:hyperlink>
          </w:p>
        </w:tc>
      </w:tr>
    </w:tbl>
    <w:p w14:paraId="316AE4DD" w14:textId="77777777" w:rsidR="004F3208" w:rsidRDefault="00701180">
      <w:pPr>
        <w:spacing w:before="160" w:after="8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b/>
          <w:sz w:val="24"/>
          <w:szCs w:val="24"/>
          <w:lang w:val="et-EE"/>
        </w:rPr>
        <w:t>VISUAALNE NÄIDE</w:t>
      </w:r>
    </w:p>
    <w:p w14:paraId="441000F7" w14:textId="34BD1672" w:rsidR="00E77B52" w:rsidRPr="00E910A0" w:rsidRDefault="00E77B52">
      <w:pPr>
        <w:spacing w:before="160" w:after="80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  <w:lang w:val="et-EE"/>
        </w:rPr>
        <w:drawing>
          <wp:inline distT="0" distB="0" distL="0" distR="0" wp14:anchorId="5512F319" wp14:editId="11750E4F">
            <wp:extent cx="5496128" cy="3082681"/>
            <wp:effectExtent l="0" t="0" r="3175" b="3810"/>
            <wp:docPr id="1927746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74600" name="Picture 19277460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93669" cy="313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5D822" w14:textId="52B2A99D" w:rsidR="004F3208" w:rsidRPr="00E910A0" w:rsidRDefault="004F3208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105191C2" w14:textId="3B56EEF8" w:rsidR="004F3208" w:rsidRPr="00E910A0" w:rsidRDefault="00701180">
      <w:pPr>
        <w:pStyle w:val="Heading1"/>
        <w:spacing w:before="0" w:after="140"/>
        <w:rPr>
          <w:rFonts w:ascii="Times New Roman" w:hAnsi="Times New Roman" w:cs="Times New Roman"/>
          <w:color w:val="auto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color w:val="auto"/>
          <w:sz w:val="24"/>
          <w:szCs w:val="24"/>
          <w:lang w:val="et-EE"/>
        </w:rPr>
        <w:t xml:space="preserve">PORTFOOLIO TÖÖ </w:t>
      </w:r>
      <w:r w:rsidR="00F24067">
        <w:rPr>
          <w:rFonts w:ascii="Times New Roman" w:hAnsi="Times New Roman" w:cs="Times New Roman"/>
          <w:color w:val="auto"/>
          <w:sz w:val="24"/>
          <w:szCs w:val="24"/>
          <w:lang w:val="et-EE"/>
        </w:rPr>
        <w:t>3</w:t>
      </w:r>
    </w:p>
    <w:tbl>
      <w:tblPr>
        <w:tblW w:w="0" w:type="auto"/>
        <w:jc w:val="center"/>
        <w:tblBorders>
          <w:top w:val="single" w:sz="6" w:space="0" w:color="7F8C8D"/>
          <w:left w:val="single" w:sz="6" w:space="0" w:color="7F8C8D"/>
          <w:bottom w:val="single" w:sz="6" w:space="0" w:color="7F8C8D"/>
          <w:right w:val="single" w:sz="6" w:space="0" w:color="7F8C8D"/>
          <w:insideH w:val="single" w:sz="6" w:space="0" w:color="7F8C8D"/>
          <w:insideV w:val="single" w:sz="6" w:space="0" w:color="7F8C8D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E910A0" w:rsidRPr="00E910A0" w14:paraId="77ADA0BC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B6AC9A4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Projekti nimetus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AC66216" w14:textId="0292B7AD" w:rsidR="00E910A0" w:rsidRPr="00BA22FA" w:rsidRDefault="000F2A14" w:rsidP="00724FF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t-EE"/>
              </w:rPr>
            </w:pPr>
            <w:r w:rsidRPr="00BA22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Sunly</w:t>
            </w:r>
            <w:r w:rsidR="00BA22FA" w:rsidRPr="00BA22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 xml:space="preserve"> visuaalne kommunikatsioon</w:t>
            </w:r>
          </w:p>
        </w:tc>
      </w:tr>
      <w:tr w:rsidR="00E910A0" w:rsidRPr="00E910A0" w14:paraId="2A4C3E7C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AFC35B8" w14:textId="591B246B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Tellija</w:t>
            </w:r>
            <w:r w:rsidR="006C4B8C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 xml:space="preserve"> </w:t>
            </w:r>
            <w:r w:rsidR="006C4B8C" w:rsidRPr="006C4B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nimi (sh kontaktisiku nimi, e-post ja telefon)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8A5C391" w14:textId="63960427" w:rsidR="00E910A0" w:rsidRPr="00E910A0" w:rsidRDefault="00E77B52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Sunly AS, kontakt: Anna Lindpere, </w:t>
            </w:r>
            <w:hyperlink r:id="rId20" w:history="1">
              <w:r w:rsidRPr="004731B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t-EE"/>
                </w:rPr>
                <w:t>anna.lindpere@sunly.ee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, </w:t>
            </w:r>
            <w:r w:rsidRPr="00E77B52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5646 3229</w:t>
            </w:r>
            <w:r w:rsidRPr="00E77B52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‬</w:t>
            </w:r>
          </w:p>
        </w:tc>
      </w:tr>
      <w:tr w:rsidR="00E910A0" w:rsidRPr="00E910A0" w14:paraId="6D4E2B50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A05E659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Teostamise aeg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F62D339" w14:textId="0D2A3645" w:rsidR="00E910A0" w:rsidRPr="00E910A0" w:rsidRDefault="00E77B52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01.2025–…</w:t>
            </w:r>
          </w:p>
        </w:tc>
      </w:tr>
      <w:tr w:rsidR="00E910A0" w:rsidRPr="000F2A14" w14:paraId="3C81E92A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AE094B2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Töö liik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14C9D73" w14:textId="77777777" w:rsidR="00386A5A" w:rsidRDefault="00386A5A" w:rsidP="00386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brändikandja või turundusmaterjal</w:t>
            </w:r>
          </w:p>
          <w:p w14:paraId="534140A2" w14:textId="77777777" w:rsidR="00386A5A" w:rsidRDefault="00386A5A" w:rsidP="00386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illustratsioon</w:t>
            </w:r>
          </w:p>
          <w:p w14:paraId="09596A5C" w14:textId="77777777" w:rsidR="00386A5A" w:rsidRDefault="00386A5A" w:rsidP="00386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infograafika</w:t>
            </w:r>
          </w:p>
          <w:p w14:paraId="227D5065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☐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muu</w:t>
            </w:r>
          </w:p>
        </w:tc>
      </w:tr>
      <w:tr w:rsidR="00E910A0" w:rsidRPr="00E910A0" w14:paraId="3DE5DA8D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EDACC1E" w14:textId="0E117FAB" w:rsidR="00E910A0" w:rsidRPr="00E910A0" w:rsidRDefault="00035E99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M</w:t>
            </w:r>
            <w:r w:rsidR="00E910A0"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eeskonnaliikme roll</w:t>
            </w:r>
            <w:r w:rsidR="00744499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 xml:space="preserve"> töö </w:t>
            </w:r>
            <w:commentRangeStart w:id="4"/>
            <w:r w:rsidR="00744499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teostamisel</w:t>
            </w:r>
            <w:commentRangeEnd w:id="4"/>
            <w:r w:rsidR="00600C4A" w:rsidRPr="00E910A0">
              <w:rPr>
                <w:rStyle w:val="CommentReference"/>
                <w:rFonts w:ascii="Times New Roman" w:hAnsi="Times New Roman" w:cs="Times New Roman"/>
                <w:sz w:val="24"/>
                <w:szCs w:val="24"/>
                <w:lang w:val="et-EE"/>
              </w:rPr>
              <w:commentReference w:id="4"/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AD58F44" w14:textId="20F23FC0" w:rsidR="00E910A0" w:rsidRPr="00E910A0" w:rsidRDefault="00F24067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Graafiline disain</w:t>
            </w:r>
          </w:p>
        </w:tc>
      </w:tr>
      <w:tr w:rsidR="00E910A0" w:rsidRPr="00E910A0" w14:paraId="331A78A0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5FE2B90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Töö autor(id)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2DA1311" w14:textId="08846825" w:rsidR="00E910A0" w:rsidRPr="00E910A0" w:rsidRDefault="00401481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Stuudio Stuudio</w:t>
            </w:r>
          </w:p>
        </w:tc>
      </w:tr>
      <w:tr w:rsidR="00E910A0" w:rsidRPr="00E910A0" w14:paraId="79EC9C93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99258EF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Projekti lühikirjeldus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E6A9541" w14:textId="5DF47908" w:rsidR="00E910A0" w:rsidRPr="00E910A0" w:rsidRDefault="00BA22FA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Visuaalne kommunikatsioon taastuvenergia arendajale ja müüjale Sunly – esitlused, aruanded, skeemid, illustratsioonid, kommunikatsioonimaterjalid, sotsiaalmeedia jne</w:t>
            </w:r>
          </w:p>
        </w:tc>
      </w:tr>
      <w:tr w:rsidR="00E910A0" w:rsidRPr="00E910A0" w14:paraId="54A4AA2D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53FBBED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Veebiviide valminud tööle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91924C6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</w:tbl>
    <w:p w14:paraId="29C1D3BE" w14:textId="77777777" w:rsidR="004F3208" w:rsidRDefault="00701180">
      <w:pPr>
        <w:spacing w:before="160" w:after="8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b/>
          <w:sz w:val="24"/>
          <w:szCs w:val="24"/>
          <w:lang w:val="et-EE"/>
        </w:rPr>
        <w:t>VISUAALNE NÄIDE</w:t>
      </w:r>
    </w:p>
    <w:p w14:paraId="10980175" w14:textId="4357C659" w:rsidR="004F3208" w:rsidRPr="00E910A0" w:rsidRDefault="00D90B81" w:rsidP="00B10F37">
      <w:pPr>
        <w:spacing w:before="160" w:after="80"/>
        <w:rPr>
          <w:rFonts w:ascii="Times New Roman" w:hAnsi="Times New Roman" w:cs="Times New Roman"/>
          <w:sz w:val="24"/>
          <w:szCs w:val="24"/>
          <w:lang w:val="et-EE"/>
        </w:rPr>
      </w:pPr>
      <w:r w:rsidRPr="00D90B81">
        <w:rPr>
          <w:rFonts w:ascii="Times New Roman" w:hAnsi="Times New Roman" w:cs="Times New Roman"/>
          <w:noProof/>
          <w:sz w:val="24"/>
          <w:szCs w:val="24"/>
          <w:lang w:val="et-EE"/>
        </w:rPr>
        <w:t xml:space="preserve"> </w:t>
      </w:r>
      <w:r w:rsidR="00B10F37">
        <w:rPr>
          <w:rFonts w:ascii="Times New Roman" w:hAnsi="Times New Roman" w:cs="Times New Roman"/>
          <w:noProof/>
          <w:sz w:val="24"/>
          <w:szCs w:val="24"/>
          <w:lang w:val="et-EE"/>
        </w:rPr>
        <w:drawing>
          <wp:inline distT="0" distB="0" distL="0" distR="0" wp14:anchorId="590C2E6B" wp14:editId="49F40933">
            <wp:extent cx="5084956" cy="2845582"/>
            <wp:effectExtent l="0" t="0" r="0" b="0"/>
            <wp:docPr id="83088838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888380" name="Picture 83088838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12051" cy="286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C9921" w14:textId="1F274158" w:rsidR="004F3208" w:rsidRPr="00E910A0" w:rsidRDefault="00701180">
      <w:pPr>
        <w:pStyle w:val="Heading1"/>
        <w:spacing w:before="0" w:after="140"/>
        <w:rPr>
          <w:rFonts w:ascii="Times New Roman" w:hAnsi="Times New Roman" w:cs="Times New Roman"/>
          <w:color w:val="auto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color w:val="auto"/>
          <w:sz w:val="24"/>
          <w:szCs w:val="24"/>
          <w:lang w:val="et-EE"/>
        </w:rPr>
        <w:lastRenderedPageBreak/>
        <w:t xml:space="preserve">PORTFOOLIO TÖÖ </w:t>
      </w:r>
      <w:r w:rsidR="00F24067">
        <w:rPr>
          <w:rFonts w:ascii="Times New Roman" w:hAnsi="Times New Roman" w:cs="Times New Roman"/>
          <w:color w:val="auto"/>
          <w:sz w:val="24"/>
          <w:szCs w:val="24"/>
          <w:lang w:val="et-EE"/>
        </w:rPr>
        <w:t>4</w:t>
      </w:r>
    </w:p>
    <w:tbl>
      <w:tblPr>
        <w:tblW w:w="0" w:type="auto"/>
        <w:jc w:val="center"/>
        <w:tblBorders>
          <w:top w:val="single" w:sz="6" w:space="0" w:color="7F8C8D"/>
          <w:left w:val="single" w:sz="6" w:space="0" w:color="7F8C8D"/>
          <w:bottom w:val="single" w:sz="6" w:space="0" w:color="7F8C8D"/>
          <w:right w:val="single" w:sz="6" w:space="0" w:color="7F8C8D"/>
          <w:insideH w:val="single" w:sz="6" w:space="0" w:color="7F8C8D"/>
          <w:insideV w:val="single" w:sz="6" w:space="0" w:color="7F8C8D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E910A0" w:rsidRPr="00E910A0" w14:paraId="67FEAF36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D3DEFCC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Projekti nimetus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C2524B9" w14:textId="68B1BBDD" w:rsidR="00E910A0" w:rsidRPr="00B10F37" w:rsidRDefault="00D90B81" w:rsidP="00724FF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B10F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Ehitusgiid</w:t>
            </w:r>
          </w:p>
        </w:tc>
      </w:tr>
      <w:tr w:rsidR="00E910A0" w:rsidRPr="00E910A0" w14:paraId="770A04EF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0949AF0" w14:textId="7E18A105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Tellija</w:t>
            </w:r>
            <w:r w:rsidR="006C4B8C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 xml:space="preserve"> </w:t>
            </w:r>
            <w:r w:rsidR="006C4B8C" w:rsidRPr="006C4B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nimi (sh kontaktisiku nimi, e-post ja telefon)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008A761" w14:textId="6EC35191" w:rsidR="00E910A0" w:rsidRPr="00E910A0" w:rsidRDefault="00B10F37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B10F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Majandus- ja Kommunikatsiooniministeerium</w:t>
            </w:r>
            <w:r w:rsidRPr="00B10F3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kontakt Liisi Pajuste, 5354 3927</w:t>
            </w:r>
            <w:r w:rsidRPr="00B10F3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‬ liisi.pajuste@kliimaministeerium.ee.</w:t>
            </w:r>
          </w:p>
        </w:tc>
      </w:tr>
      <w:tr w:rsidR="00E910A0" w:rsidRPr="00E910A0" w14:paraId="7C7CE940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66C36B7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Teostamise aeg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07BE7EB" w14:textId="74635ED8" w:rsidR="00E910A0" w:rsidRPr="00E910A0" w:rsidRDefault="00B10F37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B10F3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2021.11–2024.06</w:t>
            </w:r>
          </w:p>
        </w:tc>
      </w:tr>
      <w:tr w:rsidR="00E910A0" w:rsidRPr="000F2A14" w14:paraId="542079CF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F0D3602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Töö liik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02AABD4" w14:textId="77777777" w:rsidR="00B10F37" w:rsidRDefault="00B10F37" w:rsidP="00B10F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brändikandja või turundusmaterjal</w:t>
            </w:r>
          </w:p>
          <w:p w14:paraId="600EC439" w14:textId="77777777" w:rsidR="00B10F37" w:rsidRDefault="00B10F37" w:rsidP="00B10F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illustratsioon</w:t>
            </w:r>
          </w:p>
          <w:p w14:paraId="318AA13D" w14:textId="77777777" w:rsidR="00B10F37" w:rsidRDefault="00B10F37" w:rsidP="00B10F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infograafika</w:t>
            </w:r>
          </w:p>
          <w:p w14:paraId="7F394BDE" w14:textId="2E587588" w:rsidR="00E910A0" w:rsidRPr="00E910A0" w:rsidRDefault="00B10F37" w:rsidP="00B10F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☐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muu</w:t>
            </w:r>
          </w:p>
        </w:tc>
      </w:tr>
      <w:tr w:rsidR="00E910A0" w:rsidRPr="00E910A0" w14:paraId="7AD48D93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CEDE545" w14:textId="60549814" w:rsidR="00E910A0" w:rsidRPr="00E910A0" w:rsidRDefault="00035E99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M</w:t>
            </w:r>
            <w:r w:rsidR="00E910A0"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eeskonnaliikme roll</w:t>
            </w:r>
            <w:r w:rsidR="00744499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 xml:space="preserve"> töö </w:t>
            </w:r>
            <w:commentRangeStart w:id="5"/>
            <w:r w:rsidR="00744499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teostamisel</w:t>
            </w:r>
            <w:commentRangeEnd w:id="5"/>
            <w:r w:rsidR="00600C4A" w:rsidRPr="00E910A0">
              <w:rPr>
                <w:rStyle w:val="CommentReference"/>
                <w:rFonts w:ascii="Times New Roman" w:hAnsi="Times New Roman" w:cs="Times New Roman"/>
                <w:sz w:val="24"/>
                <w:szCs w:val="24"/>
                <w:lang w:val="et-EE"/>
              </w:rPr>
              <w:commentReference w:id="5"/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D81778F" w14:textId="74D8A6F5" w:rsidR="00E910A0" w:rsidRPr="00E910A0" w:rsidRDefault="00B10F37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Teenusedisain, graafiline disain, sisu toimetamine</w:t>
            </w:r>
          </w:p>
        </w:tc>
      </w:tr>
      <w:tr w:rsidR="00E910A0" w:rsidRPr="00E910A0" w14:paraId="61F2767C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7483E6E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Töö autor(id)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98FEFE2" w14:textId="188E1547" w:rsidR="00E910A0" w:rsidRPr="00E910A0" w:rsidRDefault="00F24067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Stuudio Stuudio, Disainiosakond, Platvorm, b210, Elo Kiivet</w:t>
            </w:r>
          </w:p>
        </w:tc>
      </w:tr>
      <w:tr w:rsidR="00E910A0" w:rsidRPr="00E910A0" w14:paraId="08B7B2F5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DB85488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Projekti lühikirjeldus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38FA4F3" w14:textId="2304E98C" w:rsidR="00E910A0" w:rsidRPr="00E910A0" w:rsidRDefault="00B10F37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B10F3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Tavalugejale Ehitusseadustikku selgitava Ehitusgiidi teenusedisain ja sisu struktureerimine, hilisem sisu toimetamine ja illustreerimine</w:t>
            </w:r>
          </w:p>
        </w:tc>
      </w:tr>
      <w:tr w:rsidR="00E910A0" w:rsidRPr="00B10F37" w14:paraId="477A7F9D" w14:textId="77777777" w:rsidTr="00724FFE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A5908B8" w14:textId="77777777" w:rsidR="00E910A0" w:rsidRPr="00E910A0" w:rsidRDefault="00E910A0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Veebiviide valminud tööle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4B038AA" w14:textId="4BF3D4BC" w:rsidR="00E910A0" w:rsidRPr="00E910A0" w:rsidRDefault="00B10F37" w:rsidP="00724F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hyperlink r:id="rId22" w:history="1">
              <w:r w:rsidRPr="00B10F37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t-EE"/>
                </w:rPr>
                <w:t>https://livekluster.ehr.ee/ui/ehr/v1/abi/eh</w:t>
              </w:r>
              <w:r w:rsidRPr="00B10F37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t-EE"/>
                </w:rPr>
                <w:t>i</w:t>
              </w:r>
              <w:r w:rsidRPr="00B10F37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t-EE"/>
                </w:rPr>
                <w:t>tusgiid/</w:t>
              </w:r>
            </w:hyperlink>
          </w:p>
        </w:tc>
      </w:tr>
    </w:tbl>
    <w:p w14:paraId="549E518B" w14:textId="77777777" w:rsidR="00F24067" w:rsidRDefault="00701180" w:rsidP="00B10F37">
      <w:pPr>
        <w:spacing w:before="160" w:after="8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b/>
          <w:sz w:val="24"/>
          <w:szCs w:val="24"/>
          <w:lang w:val="et-EE"/>
        </w:rPr>
        <w:t>VISUAALNE NÄIDE</w:t>
      </w:r>
    </w:p>
    <w:p w14:paraId="387A4B98" w14:textId="2CC835F2" w:rsidR="00F24067" w:rsidRDefault="00F24067" w:rsidP="00F24067">
      <w:pPr>
        <w:spacing w:before="160" w:after="80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t-EE"/>
        </w:rPr>
        <w:drawing>
          <wp:inline distT="0" distB="0" distL="0" distR="0" wp14:anchorId="2646848E" wp14:editId="1AC89670">
            <wp:extent cx="5738648" cy="3364422"/>
            <wp:effectExtent l="0" t="0" r="1905" b="1270"/>
            <wp:docPr id="33956337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563377" name="Picture 33956337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6440" cy="338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BEE96" w14:textId="2AB51FC4" w:rsidR="00F24067" w:rsidRPr="00E910A0" w:rsidRDefault="00F24067" w:rsidP="00F24067">
      <w:pPr>
        <w:pStyle w:val="Heading1"/>
        <w:pageBreakBefore/>
        <w:spacing w:before="160" w:after="140"/>
        <w:rPr>
          <w:rFonts w:ascii="Times New Roman" w:hAnsi="Times New Roman" w:cs="Times New Roman"/>
          <w:color w:val="auto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color w:val="auto"/>
          <w:sz w:val="24"/>
          <w:szCs w:val="24"/>
          <w:lang w:val="et-EE"/>
        </w:rPr>
        <w:lastRenderedPageBreak/>
        <w:t xml:space="preserve">PORTFOOLIO TÖÖ </w:t>
      </w:r>
      <w:r>
        <w:rPr>
          <w:rFonts w:ascii="Times New Roman" w:hAnsi="Times New Roman" w:cs="Times New Roman"/>
          <w:color w:val="auto"/>
          <w:sz w:val="24"/>
          <w:szCs w:val="24"/>
          <w:lang w:val="et-EE"/>
        </w:rPr>
        <w:t>5</w:t>
      </w:r>
    </w:p>
    <w:tbl>
      <w:tblPr>
        <w:tblW w:w="0" w:type="auto"/>
        <w:jc w:val="center"/>
        <w:tblBorders>
          <w:top w:val="single" w:sz="6" w:space="0" w:color="7F8C8D"/>
          <w:left w:val="single" w:sz="6" w:space="0" w:color="7F8C8D"/>
          <w:bottom w:val="single" w:sz="6" w:space="0" w:color="7F8C8D"/>
          <w:right w:val="single" w:sz="6" w:space="0" w:color="7F8C8D"/>
          <w:insideH w:val="single" w:sz="6" w:space="0" w:color="7F8C8D"/>
          <w:insideV w:val="single" w:sz="6" w:space="0" w:color="7F8C8D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F24067" w:rsidRPr="00E910A0" w14:paraId="46E7ECF1" w14:textId="77777777" w:rsidTr="002D2CAD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99CCA1B" w14:textId="77777777" w:rsidR="00F24067" w:rsidRPr="00E910A0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Projekti nimetus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F0250F0" w14:textId="77777777" w:rsidR="00F24067" w:rsidRPr="000F2A14" w:rsidRDefault="00F24067" w:rsidP="002D2CA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0F2A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Planeerimisgiid</w:t>
            </w:r>
          </w:p>
        </w:tc>
      </w:tr>
      <w:tr w:rsidR="00F24067" w:rsidRPr="006C4B8C" w14:paraId="39ACE8FA" w14:textId="77777777" w:rsidTr="002D2CAD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A79A6A7" w14:textId="77777777" w:rsidR="00F24067" w:rsidRPr="006C4B8C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6C4B8C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 xml:space="preserve">Tellija </w:t>
            </w:r>
            <w:r w:rsidRPr="006C4B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nimi (sh kontaktisiku nimi, e-post ja telefon)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7FB2AFC" w14:textId="77777777" w:rsidR="00F24067" w:rsidRPr="006C4B8C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64F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Regionaal- ja Põllumajandusministeerium</w:t>
            </w:r>
            <w:r w:rsidRPr="00864F0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kontakt Tiit Oidjärv, 522 9007</w:t>
            </w:r>
            <w:r w:rsidRPr="00864F0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‬,  tiit.oidjarv@mkm.ee </w:t>
            </w:r>
            <w:r w:rsidRPr="000F2A14">
              <w:rPr>
                <w:rFonts w:ascii="Times New Roman" w:hAnsi="Times New Roman" w:cs="Times New Roman"/>
                <w:sz w:val="24"/>
                <w:szCs w:val="24"/>
                <w:highlight w:val="yellow"/>
                <w:lang w:val="et-EE"/>
              </w:rPr>
              <w:t>XX</w:t>
            </w:r>
          </w:p>
        </w:tc>
      </w:tr>
      <w:tr w:rsidR="00F24067" w:rsidRPr="00E910A0" w14:paraId="6DD40A7C" w14:textId="77777777" w:rsidTr="002D2CAD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9729A15" w14:textId="77777777" w:rsidR="00F24067" w:rsidRPr="00E910A0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Teostamise aeg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C8DFA9B" w14:textId="77777777" w:rsidR="00F24067" w:rsidRPr="00E910A0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64F0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2024.09–2025.12</w:t>
            </w:r>
          </w:p>
        </w:tc>
      </w:tr>
      <w:tr w:rsidR="00F24067" w:rsidRPr="000F2A14" w14:paraId="227E9484" w14:textId="77777777" w:rsidTr="002D2CAD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AA332C0" w14:textId="77777777" w:rsidR="00F24067" w:rsidRPr="00E910A0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Töö liik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1DEEBC1" w14:textId="77777777" w:rsidR="00F24067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brändikandja või turundusmaterjal</w:t>
            </w:r>
          </w:p>
          <w:p w14:paraId="40073CA1" w14:textId="77777777" w:rsidR="00F24067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☐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illustratsioon</w:t>
            </w:r>
          </w:p>
          <w:p w14:paraId="70ADCD71" w14:textId="77777777" w:rsidR="00F24067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infograafika</w:t>
            </w:r>
          </w:p>
          <w:p w14:paraId="56AF69E7" w14:textId="77777777" w:rsidR="00F24067" w:rsidRPr="00E910A0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386A5A">
              <w:rPr>
                <w:rFonts w:ascii="Segoe UI Symbol" w:hAnsi="Segoe UI Symbol" w:cs="Segoe UI Symbol"/>
                <w:sz w:val="24"/>
                <w:szCs w:val="24"/>
                <w:lang w:val="et-EE"/>
              </w:rPr>
              <w:t>☑</w:t>
            </w:r>
            <w:r w:rsidRPr="00E910A0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muu</w:t>
            </w:r>
          </w:p>
        </w:tc>
      </w:tr>
      <w:tr w:rsidR="00F24067" w:rsidRPr="00E910A0" w14:paraId="4E396529" w14:textId="77777777" w:rsidTr="002D2CAD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D145E5F" w14:textId="77777777" w:rsidR="00F24067" w:rsidRPr="00E910A0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M</w:t>
            </w: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eeskonnaliikme roll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 xml:space="preserve"> töö </w:t>
            </w:r>
            <w:commentRangeStart w:id="6"/>
            <w:commentRangeStart w:id="7"/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teostamisel</w:t>
            </w:r>
            <w:commentRangeEnd w:id="6"/>
            <w:r w:rsidRPr="00E910A0">
              <w:rPr>
                <w:rStyle w:val="CommentReference"/>
                <w:rFonts w:ascii="Times New Roman" w:hAnsi="Times New Roman" w:cs="Times New Roman"/>
                <w:sz w:val="24"/>
                <w:szCs w:val="24"/>
                <w:lang w:val="et-EE"/>
              </w:rPr>
              <w:commentReference w:id="6"/>
            </w:r>
            <w:commentRangeEnd w:id="7"/>
            <w:r w:rsidR="00035E99" w:rsidRPr="00E910A0">
              <w:rPr>
                <w:rStyle w:val="CommentReference"/>
                <w:rFonts w:ascii="Times New Roman" w:hAnsi="Times New Roman" w:cs="Times New Roman"/>
                <w:sz w:val="24"/>
                <w:szCs w:val="24"/>
                <w:lang w:val="et-EE"/>
              </w:rPr>
              <w:commentReference w:id="7"/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1755B39" w14:textId="6B8A6A03" w:rsidR="00F24067" w:rsidRPr="00E910A0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Teenusedisain, graafiline disain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sisu koosta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mine,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toimeta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mine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illustr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eerimine</w:t>
            </w:r>
          </w:p>
        </w:tc>
      </w:tr>
      <w:tr w:rsidR="00F24067" w:rsidRPr="00E910A0" w14:paraId="12B9B668" w14:textId="77777777" w:rsidTr="002D2CAD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AEAAC5E" w14:textId="77777777" w:rsidR="00F24067" w:rsidRPr="00E910A0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Töö autor(id)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7E336C9" w14:textId="4763F476" w:rsidR="00F24067" w:rsidRPr="00E910A0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Stuudio Stuudio, Disainiosakond</w:t>
            </w:r>
          </w:p>
        </w:tc>
      </w:tr>
      <w:tr w:rsidR="00F24067" w:rsidRPr="00864F06" w14:paraId="457CF343" w14:textId="77777777" w:rsidTr="002D2CAD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9977125" w14:textId="77777777" w:rsidR="00F24067" w:rsidRPr="00E910A0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Projekti lühikirjeldus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1DC8F94" w14:textId="77777777" w:rsidR="00F24067" w:rsidRPr="00E910A0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P</w:t>
            </w:r>
            <w:r w:rsidRPr="00864F0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laneerimisteemalised täiendused Ehitusgiidi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. </w:t>
            </w:r>
            <w:r w:rsidRPr="00864F0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Tellija lähteülesande (eraldiseisev planeerimisgiid planeerimine.ee veebilehel) täpsustamine kasutajauuringu läbi, fookuse seadmine Ehitusgiidi täiendamisele, sisu koostamine ja illustreerimine.</w:t>
            </w:r>
          </w:p>
        </w:tc>
      </w:tr>
      <w:tr w:rsidR="00F24067" w:rsidRPr="00C17A79" w14:paraId="63F184C1" w14:textId="77777777" w:rsidTr="002D2CAD">
        <w:trPr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58D2AA7" w14:textId="77777777" w:rsidR="00F24067" w:rsidRPr="00E910A0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E910A0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Veebiviide valminud tööle</w:t>
            </w:r>
          </w:p>
        </w:tc>
        <w:tc>
          <w:tcPr>
            <w:tcW w:w="6917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3AA3649" w14:textId="77777777" w:rsidR="00F24067" w:rsidRPr="00E910A0" w:rsidRDefault="00F24067" w:rsidP="002D2C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hyperlink r:id="rId24" w:history="1">
              <w:r w:rsidRPr="00401481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t-EE"/>
                </w:rPr>
                <w:t>https://livekluster.ehr.ee/ui/ehr/v1/abi/ehitusgiid/</w:t>
              </w:r>
            </w:hyperlink>
          </w:p>
        </w:tc>
      </w:tr>
    </w:tbl>
    <w:p w14:paraId="437ED214" w14:textId="77777777" w:rsidR="00F24067" w:rsidRDefault="00F24067" w:rsidP="00F24067">
      <w:pPr>
        <w:spacing w:before="160" w:after="8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b/>
          <w:sz w:val="24"/>
          <w:szCs w:val="24"/>
          <w:lang w:val="et-EE"/>
        </w:rPr>
        <w:t>VISUAALNE NÄIDE</w:t>
      </w:r>
    </w:p>
    <w:p w14:paraId="0B9480C0" w14:textId="734E2DAB" w:rsidR="00F24067" w:rsidRDefault="00F24067" w:rsidP="00F24067">
      <w:pPr>
        <w:spacing w:before="160" w:after="40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  <w:lang w:val="et-EE"/>
        </w:rPr>
        <w:drawing>
          <wp:inline distT="0" distB="0" distL="0" distR="0" wp14:anchorId="193AE240" wp14:editId="03065EBC">
            <wp:extent cx="6268205" cy="2821021"/>
            <wp:effectExtent l="0" t="0" r="0" b="0"/>
            <wp:docPr id="2032771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41129" name="Picture 18724112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75330" cy="2869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2B5A3" w14:textId="2E68F53A" w:rsidR="004F3208" w:rsidRPr="00E910A0" w:rsidRDefault="00701180">
      <w:pPr>
        <w:spacing w:before="160" w:after="40"/>
        <w:rPr>
          <w:rFonts w:ascii="Times New Roman" w:hAnsi="Times New Roman" w:cs="Times New Roman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b/>
          <w:sz w:val="24"/>
          <w:szCs w:val="24"/>
          <w:lang w:val="et-EE"/>
        </w:rPr>
        <w:lastRenderedPageBreak/>
        <w:t>Kinnitus</w:t>
      </w:r>
    </w:p>
    <w:p w14:paraId="147F067C" w14:textId="77777777" w:rsidR="004F3208" w:rsidRPr="00E910A0" w:rsidRDefault="00701180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E910A0">
        <w:rPr>
          <w:rFonts w:ascii="Times New Roman" w:hAnsi="Times New Roman" w:cs="Times New Roman"/>
          <w:sz w:val="24"/>
          <w:szCs w:val="24"/>
          <w:lang w:val="et-EE"/>
        </w:rPr>
        <w:t>Pakkuja kinnitab, et portfoolios esitatud andmed on õiged ning tal on õigus esitatud töid pakkumuse koosseisus kasutada ja hankijale hindamiseks esitada.</w:t>
      </w:r>
    </w:p>
    <w:sectPr w:rsidR="004F3208" w:rsidRPr="00E910A0" w:rsidSect="00034616">
      <w:footerReference w:type="default" r:id="rId26"/>
      <w:pgSz w:w="12240" w:h="15840"/>
      <w:pgMar w:top="964" w:right="1020" w:bottom="850" w:left="10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Riina Aasa - MKM" w:date="2026-08-25T13:05:00Z" w:initials="RA">
    <w:p w14:paraId="2B674042" w14:textId="77777777" w:rsidR="00D95BB4" w:rsidRDefault="005E1996" w:rsidP="00D95BB4">
      <w:pPr>
        <w:pStyle w:val="CommentText"/>
      </w:pPr>
      <w:r>
        <w:rPr>
          <w:rStyle w:val="CommentReference"/>
        </w:rPr>
        <w:annotationRef/>
      </w:r>
      <w:r w:rsidR="00D95BB4">
        <w:t>Portfoolio on nõuded pakkujale (jur isik) st pakkuja kvalifitseerimise tingimused</w:t>
      </w:r>
    </w:p>
    <w:p w14:paraId="3318DB20" w14:textId="77777777" w:rsidR="00D95BB4" w:rsidRDefault="00D95BB4" w:rsidP="00D95BB4">
      <w:pPr>
        <w:pStyle w:val="CommentText"/>
      </w:pPr>
      <w:r>
        <w:t xml:space="preserve">RHS loogika on selline, et hankija saab </w:t>
      </w:r>
      <w:r>
        <w:rPr>
          <w:b/>
          <w:bCs/>
        </w:rPr>
        <w:t>pakkuja (jur isik) kvalifikatsiooni kontrollimisek</w:t>
      </w:r>
      <w:r>
        <w:t xml:space="preserve">s nõuda andmeid ja dokumente </w:t>
      </w:r>
      <w:r>
        <w:rPr>
          <w:b/>
          <w:bCs/>
        </w:rPr>
        <w:t>hankija kindlaksmääratud tunnustele vastavate</w:t>
      </w:r>
      <w:r>
        <w:t xml:space="preserve"> olulisemate teenuste osutamise lepingute kohta ehk</w:t>
      </w:r>
      <w:r>
        <w:rPr>
          <w:b/>
          <w:bCs/>
        </w:rPr>
        <w:t xml:space="preserve"> ettevõtja kogemusele saab kehtestada kvalifitseerimise tingimuse. </w:t>
      </w:r>
    </w:p>
    <w:p w14:paraId="5B9B2879" w14:textId="77777777" w:rsidR="00D95BB4" w:rsidRDefault="00D95BB4" w:rsidP="00D95BB4">
      <w:pPr>
        <w:pStyle w:val="CommentText"/>
      </w:pPr>
      <w:r>
        <w:t xml:space="preserve"> Seega tuleks tuua välja missugustele tunnustele need näidised peavad vastama või piisab vaid näidiste esitamisest.</w:t>
      </w:r>
    </w:p>
    <w:p w14:paraId="73366576" w14:textId="77777777" w:rsidR="00D95BB4" w:rsidRDefault="00D95BB4" w:rsidP="00D95BB4">
      <w:pPr>
        <w:pStyle w:val="CommentText"/>
      </w:pPr>
      <w:r>
        <w:t>Kvalifitseerimise tingimusi ei hinnata, kui kvalifitseerimise tingimus ei ole täidetud, siis pakkuja ei kvalifitseeru vt pikem kommentaar dok-s Hankedokument</w:t>
      </w:r>
    </w:p>
  </w:comment>
  <w:comment w:id="1" w:author="Tuulikki Sillajõe - MKM" w:date="2026-08-25T17:09:00Z" w:initials="TS">
    <w:p w14:paraId="1FE229AB" w14:textId="77777777" w:rsidR="006C4B8C" w:rsidRDefault="006C4B8C" w:rsidP="006C4B8C">
      <w:pPr>
        <w:pStyle w:val="CommentText"/>
      </w:pPr>
      <w:r>
        <w:rPr>
          <w:rStyle w:val="CommentReference"/>
        </w:rPr>
        <w:annotationRef/>
      </w:r>
      <w:r>
        <w:t>Lisasin lõigu missugustele tunnustele need näidised peavad vastama. Sisuliselt dubleerib see lõik varem juba kirjas olevat.</w:t>
      </w:r>
    </w:p>
  </w:comment>
  <w:comment w:id="2" w:author="Riina Aasa - MKM" w:date="2026-08-31T10:48:00Z" w:initials="RA">
    <w:p w14:paraId="75A39647" w14:textId="77777777" w:rsidR="00600C4A" w:rsidRDefault="00600C4A" w:rsidP="00600C4A">
      <w:pPr>
        <w:pStyle w:val="CommentText"/>
      </w:pPr>
      <w:r>
        <w:rPr>
          <w:rStyle w:val="CommentReference"/>
        </w:rPr>
        <w:annotationRef/>
      </w:r>
      <w:r>
        <w:t>sama</w:t>
      </w:r>
    </w:p>
  </w:comment>
  <w:comment w:id="3" w:author="Riina Aasa - MKM" w:date="2026-08-31T10:49:00Z" w:initials="RA">
    <w:p w14:paraId="7589727F" w14:textId="77777777" w:rsidR="00600C4A" w:rsidRDefault="00600C4A" w:rsidP="00600C4A">
      <w:pPr>
        <w:pStyle w:val="CommentText"/>
      </w:pPr>
      <w:r>
        <w:rPr>
          <w:rStyle w:val="CommentReference"/>
        </w:rPr>
        <w:annotationRef/>
      </w:r>
      <w:r>
        <w:t>sama</w:t>
      </w:r>
    </w:p>
  </w:comment>
  <w:comment w:id="4" w:author="Riina Aasa - MKM" w:date="2026-08-31T10:49:00Z" w:initials="RA">
    <w:p w14:paraId="2E1DE48F" w14:textId="77777777" w:rsidR="00600C4A" w:rsidRDefault="00600C4A" w:rsidP="00600C4A">
      <w:pPr>
        <w:pStyle w:val="CommentText"/>
      </w:pPr>
      <w:r>
        <w:rPr>
          <w:rStyle w:val="CommentReference"/>
        </w:rPr>
        <w:annotationRef/>
      </w:r>
      <w:r>
        <w:t>sama</w:t>
      </w:r>
    </w:p>
  </w:comment>
  <w:comment w:id="5" w:author="Riina Aasa - MKM" w:date="2026-08-31T10:49:00Z" w:initials="RA">
    <w:p w14:paraId="05EF6D94" w14:textId="77777777" w:rsidR="00600C4A" w:rsidRDefault="00600C4A" w:rsidP="00600C4A">
      <w:pPr>
        <w:pStyle w:val="CommentText"/>
      </w:pPr>
      <w:r>
        <w:rPr>
          <w:rStyle w:val="CommentReference"/>
        </w:rPr>
        <w:annotationRef/>
      </w:r>
      <w:r>
        <w:t>sama</w:t>
      </w:r>
    </w:p>
  </w:comment>
  <w:comment w:id="6" w:author="Riina Aasa - MKM" w:date="2026-08-31T10:48:00Z" w:initials="RA">
    <w:p w14:paraId="266D0F97" w14:textId="77777777" w:rsidR="00F24067" w:rsidRDefault="00F24067" w:rsidP="00600C4A">
      <w:pPr>
        <w:pStyle w:val="CommentText"/>
      </w:pPr>
      <w:r>
        <w:rPr>
          <w:rStyle w:val="CommentReference"/>
        </w:rPr>
        <w:annotationRef/>
      </w:r>
      <w:r>
        <w:t xml:space="preserve">Kas piisab kui pakkuja vastab et pakkuja roll on "töö teostaja"? </w:t>
      </w:r>
    </w:p>
  </w:comment>
  <w:comment w:id="7" w:author="Tuulikki Sillajõe - MKM" w:date="2026-09-01T12:26:00Z" w:initials="TS">
    <w:p w14:paraId="40FBDDAA" w14:textId="77777777" w:rsidR="00F24067" w:rsidRDefault="00F24067" w:rsidP="00035E99">
      <w:pPr>
        <w:pStyle w:val="CommentText"/>
      </w:pPr>
      <w:r>
        <w:rPr>
          <w:rStyle w:val="CommentReference"/>
        </w:rPr>
        <w:annotationRef/>
      </w:r>
      <w:r>
        <w:t>Eeldame meeskonnaliikme rolli nimetamist. Tekst vastavalt korrigeeritud.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73366576" w15:done="1"/>
  <w15:commentEx w15:paraId="1FE229AB" w15:paraIdParent="73366576" w15:done="1"/>
  <w15:commentEx w15:paraId="75A39647" w15:done="1"/>
  <w15:commentEx w15:paraId="7589727F" w15:done="1"/>
  <w15:commentEx w15:paraId="2E1DE48F" w15:done="1"/>
  <w15:commentEx w15:paraId="05EF6D94" w15:done="1"/>
  <w15:commentEx w15:paraId="266D0F97" w15:done="1"/>
  <w15:commentEx w15:paraId="40FBDDAA" w15:paraIdParent="266D0F9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2849C800" w16cex:dateUtc="2026-08-25T10:05:00Z"/>
  <w16cex:commentExtensible w16cex:durableId="506F371A" w16cex:dateUtc="2026-08-25T14:09:00Z"/>
  <w16cex:commentExtensible w16cex:durableId="54544176" w16cex:dateUtc="2026-08-31T07:48:00Z"/>
  <w16cex:commentExtensible w16cex:durableId="240A0BE9" w16cex:dateUtc="2026-08-31T07:49:00Z"/>
  <w16cex:commentExtensible w16cex:durableId="216EB02C" w16cex:dateUtc="2026-08-31T07:49:00Z"/>
  <w16cex:commentExtensible w16cex:durableId="38B555F6" w16cex:dateUtc="2026-08-31T07:49:00Z"/>
  <w16cex:commentExtensible w16cex:durableId="6025710E" w16cex:dateUtc="2026-08-31T07:48:00Z"/>
  <w16cex:commentExtensible w16cex:durableId="2CB45C64" w16cex:dateUtc="2026-09-01T09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73366576" w16cid:durableId="2849C800"/>
  <w16cid:commentId w16cid:paraId="1FE229AB" w16cid:durableId="506F371A"/>
  <w16cid:commentId w16cid:paraId="75A39647" w16cid:durableId="54544176"/>
  <w16cid:commentId w16cid:paraId="7589727F" w16cid:durableId="240A0BE9"/>
  <w16cid:commentId w16cid:paraId="2E1DE48F" w16cid:durableId="216EB02C"/>
  <w16cid:commentId w16cid:paraId="05EF6D94" w16cid:durableId="38B555F6"/>
  <w16cid:commentId w16cid:paraId="266D0F97" w16cid:durableId="6025710E"/>
  <w16cid:commentId w16cid:paraId="40FBDDAA" w16cid:durableId="2CB45C6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6102DA" w14:textId="77777777" w:rsidR="007C396F" w:rsidRDefault="007C396F">
      <w:pPr>
        <w:spacing w:after="0" w:line="240" w:lineRule="auto"/>
      </w:pPr>
      <w:r>
        <w:separator/>
      </w:r>
    </w:p>
  </w:endnote>
  <w:endnote w:type="continuationSeparator" w:id="0">
    <w:p w14:paraId="3DBE07AD" w14:textId="77777777" w:rsidR="007C396F" w:rsidRDefault="007C3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6465885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359A5B9" w14:textId="7EF088C1" w:rsidR="00C05451" w:rsidRPr="00C05451" w:rsidRDefault="00C05451">
        <w:pPr>
          <w:pStyle w:val="Footer"/>
          <w:jc w:val="right"/>
          <w:rPr>
            <w:rFonts w:ascii="Times New Roman" w:hAnsi="Times New Roman" w:cs="Times New Roman"/>
          </w:rPr>
        </w:pPr>
        <w:r w:rsidRPr="00C05451">
          <w:rPr>
            <w:rFonts w:ascii="Times New Roman" w:hAnsi="Times New Roman" w:cs="Times New Roman"/>
          </w:rPr>
          <w:fldChar w:fldCharType="begin"/>
        </w:r>
        <w:r w:rsidRPr="00C05451">
          <w:rPr>
            <w:rFonts w:ascii="Times New Roman" w:hAnsi="Times New Roman" w:cs="Times New Roman"/>
          </w:rPr>
          <w:instrText>PAGE   \* MERGEFORMAT</w:instrText>
        </w:r>
        <w:r w:rsidRPr="00C05451">
          <w:rPr>
            <w:rFonts w:ascii="Times New Roman" w:hAnsi="Times New Roman" w:cs="Times New Roman"/>
          </w:rPr>
          <w:fldChar w:fldCharType="separate"/>
        </w:r>
        <w:r w:rsidRPr="00C05451">
          <w:rPr>
            <w:rFonts w:ascii="Times New Roman" w:hAnsi="Times New Roman" w:cs="Times New Roman"/>
            <w:lang w:val="et-EE"/>
          </w:rPr>
          <w:t>2</w:t>
        </w:r>
        <w:r w:rsidRPr="00C05451">
          <w:rPr>
            <w:rFonts w:ascii="Times New Roman" w:hAnsi="Times New Roman" w:cs="Times New Roman"/>
          </w:rPr>
          <w:fldChar w:fldCharType="end"/>
        </w:r>
      </w:p>
    </w:sdtContent>
  </w:sdt>
  <w:p w14:paraId="6AB1F90B" w14:textId="3DAF6E94" w:rsidR="004F3208" w:rsidRPr="00C05451" w:rsidRDefault="004F3208" w:rsidP="00C054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DCBB3F" w14:textId="77777777" w:rsidR="007C396F" w:rsidRDefault="007C396F">
      <w:pPr>
        <w:spacing w:after="0" w:line="240" w:lineRule="auto"/>
      </w:pPr>
      <w:r>
        <w:separator/>
      </w:r>
    </w:p>
  </w:footnote>
  <w:footnote w:type="continuationSeparator" w:id="0">
    <w:p w14:paraId="646DEAD7" w14:textId="77777777" w:rsidR="007C396F" w:rsidRDefault="007C3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806926">
    <w:abstractNumId w:val="8"/>
  </w:num>
  <w:num w:numId="2" w16cid:durableId="830028888">
    <w:abstractNumId w:val="6"/>
  </w:num>
  <w:num w:numId="3" w16cid:durableId="1267349007">
    <w:abstractNumId w:val="5"/>
  </w:num>
  <w:num w:numId="4" w16cid:durableId="1365330450">
    <w:abstractNumId w:val="4"/>
  </w:num>
  <w:num w:numId="5" w16cid:durableId="246308019">
    <w:abstractNumId w:val="7"/>
  </w:num>
  <w:num w:numId="6" w16cid:durableId="938877310">
    <w:abstractNumId w:val="3"/>
  </w:num>
  <w:num w:numId="7" w16cid:durableId="778337933">
    <w:abstractNumId w:val="2"/>
  </w:num>
  <w:num w:numId="8" w16cid:durableId="1611817910">
    <w:abstractNumId w:val="1"/>
  </w:num>
  <w:num w:numId="9" w16cid:durableId="100698455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Riina Aasa - MKM">
    <w15:presenceInfo w15:providerId="AD" w15:userId="S::riina.aasa@mkm.ee::5e2f09ff-00d0-4409-889f-7ca14f6f09e0"/>
  </w15:person>
  <w15:person w15:author="Tuulikki Sillajõe - MKM">
    <w15:presenceInfo w15:providerId="AD" w15:userId="S::tuulikki.sillajoe@mkm.ee::8a4fa553-82bd-4b98-b98a-4ae599d87d0a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B9C"/>
    <w:rsid w:val="00034616"/>
    <w:rsid w:val="00035E99"/>
    <w:rsid w:val="0006063C"/>
    <w:rsid w:val="000A2D72"/>
    <w:rsid w:val="000C512A"/>
    <w:rsid w:val="000F2A14"/>
    <w:rsid w:val="000F2F55"/>
    <w:rsid w:val="00133B01"/>
    <w:rsid w:val="0015074B"/>
    <w:rsid w:val="001A1EF0"/>
    <w:rsid w:val="001A5AFE"/>
    <w:rsid w:val="001C752F"/>
    <w:rsid w:val="001F5396"/>
    <w:rsid w:val="0022647A"/>
    <w:rsid w:val="0029639D"/>
    <w:rsid w:val="002B17A9"/>
    <w:rsid w:val="002B5C52"/>
    <w:rsid w:val="002C66A0"/>
    <w:rsid w:val="00326F90"/>
    <w:rsid w:val="00386A5A"/>
    <w:rsid w:val="003A52F1"/>
    <w:rsid w:val="00401481"/>
    <w:rsid w:val="00490597"/>
    <w:rsid w:val="004F3208"/>
    <w:rsid w:val="005133E5"/>
    <w:rsid w:val="005637C4"/>
    <w:rsid w:val="005B5341"/>
    <w:rsid w:val="005C796C"/>
    <w:rsid w:val="005E1996"/>
    <w:rsid w:val="00600C4A"/>
    <w:rsid w:val="0064128C"/>
    <w:rsid w:val="00657FC2"/>
    <w:rsid w:val="006A2896"/>
    <w:rsid w:val="006C4B8C"/>
    <w:rsid w:val="006C5FE6"/>
    <w:rsid w:val="00701180"/>
    <w:rsid w:val="00744499"/>
    <w:rsid w:val="007C396F"/>
    <w:rsid w:val="007D6EF6"/>
    <w:rsid w:val="00800BF8"/>
    <w:rsid w:val="008644E4"/>
    <w:rsid w:val="00864F06"/>
    <w:rsid w:val="008922F7"/>
    <w:rsid w:val="008E35AD"/>
    <w:rsid w:val="008E6189"/>
    <w:rsid w:val="00955111"/>
    <w:rsid w:val="00AA1D8D"/>
    <w:rsid w:val="00AB09FE"/>
    <w:rsid w:val="00AB2A92"/>
    <w:rsid w:val="00AD75C8"/>
    <w:rsid w:val="00B10F37"/>
    <w:rsid w:val="00B47730"/>
    <w:rsid w:val="00BA22FA"/>
    <w:rsid w:val="00BA43BF"/>
    <w:rsid w:val="00C05451"/>
    <w:rsid w:val="00C15442"/>
    <w:rsid w:val="00C17A79"/>
    <w:rsid w:val="00CB0664"/>
    <w:rsid w:val="00CD54E4"/>
    <w:rsid w:val="00D90B81"/>
    <w:rsid w:val="00D95BB4"/>
    <w:rsid w:val="00DD314D"/>
    <w:rsid w:val="00DF702B"/>
    <w:rsid w:val="00E40A8A"/>
    <w:rsid w:val="00E56155"/>
    <w:rsid w:val="00E65F64"/>
    <w:rsid w:val="00E77B52"/>
    <w:rsid w:val="00E910A0"/>
    <w:rsid w:val="00EB360B"/>
    <w:rsid w:val="00ED2030"/>
    <w:rsid w:val="00F24067"/>
    <w:rsid w:val="00F84840"/>
    <w:rsid w:val="00FB4ACB"/>
    <w:rsid w:val="00FC693F"/>
    <w:rsid w:val="00FD525B"/>
    <w:rsid w:val="271BF20F"/>
    <w:rsid w:val="6575D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4062061"/>
  <w14:defaultImageDpi w14:val="300"/>
  <w15:docId w15:val="{CF859A9A-B8BA-44A5-8A03-21CE526EC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476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F4761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E1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199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1996"/>
    <w:rPr>
      <w:rFonts w:ascii="Aptos" w:hAnsi="Apto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996"/>
    <w:rPr>
      <w:rFonts w:ascii="Aptos" w:hAnsi="Apto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C4B8C"/>
    <w:pPr>
      <w:spacing w:after="0" w:line="240" w:lineRule="auto"/>
    </w:pPr>
    <w:rPr>
      <w:rFonts w:ascii="Aptos" w:hAnsi="Aptos"/>
      <w:sz w:val="20"/>
    </w:rPr>
  </w:style>
  <w:style w:type="character" w:styleId="Hyperlink">
    <w:name w:val="Hyperlink"/>
    <w:basedOn w:val="DefaultParagraphFont"/>
    <w:uiPriority w:val="99"/>
    <w:unhideWhenUsed/>
    <w:rsid w:val="00386A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A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7B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yperlink" Target="https://www.figma.com/design/RPK5ucYuODAMZadHn8KS81/Eesti-2050-CVI-public?node-id=2577-15864&amp;t=U39f5CHvukJUa0pL-1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image" Target="media/image1.png"/><Relationship Id="rId25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s://www.figma.com/design/RPK5ucYuODAMZadHn8KS81/Eesti-2050-CVI-public?node-id=3607-27713&amp;t=U39f5CHvukJUa0pL-1" TargetMode="External"/><Relationship Id="rId20" Type="http://schemas.openxmlformats.org/officeDocument/2006/relationships/hyperlink" Target="mailto:anna.lindpere@sunly.ee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hyperlink" Target="https://livekluster.ehr.ee/ui/ehr/v1/abi/ehitusgiid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anna.semjonova@mkm.ee" TargetMode="External"/><Relationship Id="rId23" Type="http://schemas.openxmlformats.org/officeDocument/2006/relationships/image" Target="media/image4.png"/><Relationship Id="rId28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hyperlink" Target="https://livekluster.ehr.ee/ui/ehr/v1/abi/ehitusgiid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ad826c-5e31-45c9-9b04-6c25910456e1">
      <Terms xmlns="http://schemas.microsoft.com/office/infopath/2007/PartnerControls"/>
    </lcf76f155ced4ddcb4097134ff3c332f>
    <TaxCatchAll xmlns="94dcc8db-136e-4eb2-8a3f-636953334c1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4240AB1AECA45B30C5571D8135F53" ma:contentTypeVersion="14" ma:contentTypeDescription="Create a new document." ma:contentTypeScope="" ma:versionID="3ea3fc47f72a04ff9deda3dedee366b0">
  <xsd:schema xmlns:xsd="http://www.w3.org/2001/XMLSchema" xmlns:xs="http://www.w3.org/2001/XMLSchema" xmlns:p="http://schemas.microsoft.com/office/2006/metadata/properties" xmlns:ns2="b2ad826c-5e31-45c9-9b04-6c25910456e1" xmlns:ns3="94dcc8db-136e-4eb2-8a3f-636953334c12" targetNamespace="http://schemas.microsoft.com/office/2006/metadata/properties" ma:root="true" ma:fieldsID="a22a93286945c7caec0e5227a65ec87c" ns2:_="" ns3:_="">
    <xsd:import namespace="b2ad826c-5e31-45c9-9b04-6c25910456e1"/>
    <xsd:import namespace="94dcc8db-136e-4eb2-8a3f-636953334c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d826c-5e31-45c9-9b04-6c25910456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cc8db-136e-4eb2-8a3f-636953334c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fbc13e3-ca1e-4cab-891a-f58f3baf7b3d}" ma:internalName="TaxCatchAll" ma:showField="CatchAllData" ma:web="94dcc8db-136e-4eb2-8a3f-636953334c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CA701F-6562-4923-8BF2-EC00B4BA1E5A}">
  <ds:schemaRefs>
    <ds:schemaRef ds:uri="http://schemas.microsoft.com/office/2006/metadata/properties"/>
    <ds:schemaRef ds:uri="http://schemas.microsoft.com/office/infopath/2007/PartnerControls"/>
    <ds:schemaRef ds:uri="b2ad826c-5e31-45c9-9b04-6c25910456e1"/>
    <ds:schemaRef ds:uri="94dcc8db-136e-4eb2-8a3f-636953334c12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5F0C9E-47C8-481C-B517-07C2E0EBC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d826c-5e31-45c9-9b04-6c25910456e1"/>
    <ds:schemaRef ds:uri="94dcc8db-136e-4eb2-8a3f-636953334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154988-7ADE-4919-9BBB-0C2F865902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626</Words>
  <Characters>5023</Characters>
  <Application>Microsoft Office Word</Application>
  <DocSecurity>0</DocSecurity>
  <Lines>111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Hankedokumendi lisa 7. Portfoolio vorm</vt:lpstr>
    </vt:vector>
  </TitlesOfParts>
  <Manager/>
  <Company/>
  <LinksUpToDate>false</LinksUpToDate>
  <CharactersWithSpaces>5598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Hankedokumendi lisa 7. Portfoolio vorm</dc:title>
  <dc:subject>Graafilise disaini teenus maa- ja ruumipoliitika teemal</dc:subject>
  <dc:creator>Tuulikki Sillajõe - MKM</dc:creator>
  <cp:keywords/>
  <dc:description>generated by python-docx</dc:description>
  <cp:lastModifiedBy>Agnes Ratas</cp:lastModifiedBy>
  <cp:revision>3</cp:revision>
  <dcterms:created xsi:type="dcterms:W3CDTF">2026-09-01T10:29:00Z</dcterms:created>
  <dcterms:modified xsi:type="dcterms:W3CDTF">2026-09-15T12:45:00Z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2026-08-11T15:05:18Z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2f5fbb8b-9f2c-4dac-8c11-6b2ce7ec8a42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0x010100AED4240AB1AECA45B30C5571D8135F53</vt:lpwstr>
  </property>
  <property fmtid="{D5CDD505-2E9C-101B-9397-08002B2CF9AE}" pid="10" name="docLang">
    <vt:lpwstr>et</vt:lpwstr>
  </property>
  <property fmtid="{D5CDD505-2E9C-101B-9397-08002B2CF9AE}" pid="11" name="MediaServiceImageTags">
    <vt:lpwstr/>
  </property>
</Properties>
</file>